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71F" w:rsidRPr="00113517" w:rsidRDefault="00F6171F" w:rsidP="00600AC2">
      <w:pPr>
        <w:pStyle w:val="NoSpacing"/>
        <w:spacing w:after="240" w:line="360" w:lineRule="auto"/>
        <w:jc w:val="both"/>
        <w:rPr>
          <w:rFonts w:ascii="Times New Roman" w:hAnsi="Times New Roman" w:cs="Times New Roman"/>
          <w:b/>
          <w:sz w:val="28"/>
          <w:szCs w:val="28"/>
        </w:rPr>
      </w:pPr>
      <w:r w:rsidRPr="00113517">
        <w:rPr>
          <w:rFonts w:ascii="Times New Roman" w:hAnsi="Times New Roman" w:cs="Times New Roman"/>
          <w:b/>
          <w:sz w:val="28"/>
          <w:szCs w:val="28"/>
        </w:rPr>
        <w:t>1.1 INTRODUCTION</w:t>
      </w:r>
      <w:r w:rsidR="00030B04">
        <w:rPr>
          <w:rFonts w:ascii="Times New Roman" w:hAnsi="Times New Roman" w:cs="Times New Roman"/>
          <w:b/>
          <w:sz w:val="28"/>
          <w:szCs w:val="28"/>
        </w:rPr>
        <w:t xml:space="preserve"> </w:t>
      </w:r>
    </w:p>
    <w:p w:rsidR="00030B04" w:rsidRDefault="00030B04" w:rsidP="00600AC2">
      <w:pPr>
        <w:pStyle w:val="NoSpacing"/>
        <w:spacing w:after="240" w:line="360" w:lineRule="auto"/>
        <w:jc w:val="both"/>
        <w:rPr>
          <w:rFonts w:ascii="Times New Roman" w:hAnsi="Times New Roman" w:cs="Times New Roman"/>
          <w:sz w:val="24"/>
          <w:szCs w:val="28"/>
        </w:rPr>
      </w:pPr>
    </w:p>
    <w:p w:rsidR="006A7E2C" w:rsidRDefault="006A7E2C" w:rsidP="00600AC2">
      <w:pPr>
        <w:pStyle w:val="NoSpacing"/>
        <w:spacing w:after="240" w:line="360" w:lineRule="auto"/>
        <w:jc w:val="both"/>
        <w:rPr>
          <w:rFonts w:ascii="Times New Roman" w:hAnsi="Times New Roman" w:cs="Times New Roman"/>
          <w:sz w:val="24"/>
          <w:szCs w:val="28"/>
        </w:rPr>
      </w:pPr>
    </w:p>
    <w:p w:rsidR="00DE7F3F" w:rsidRDefault="00DE7F3F"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600AC2" w:rsidRDefault="00600AC2" w:rsidP="00600AC2">
      <w:pPr>
        <w:pStyle w:val="NoSpacing"/>
        <w:spacing w:after="240" w:line="360" w:lineRule="auto"/>
        <w:jc w:val="both"/>
        <w:rPr>
          <w:rFonts w:ascii="Times New Roman" w:hAnsi="Times New Roman" w:cs="Times New Roman"/>
          <w:sz w:val="24"/>
          <w:szCs w:val="28"/>
        </w:rPr>
      </w:pPr>
    </w:p>
    <w:p w:rsidR="00DE7F3F" w:rsidRDefault="00DE7F3F" w:rsidP="00600AC2">
      <w:pPr>
        <w:pStyle w:val="NoSpacing"/>
        <w:spacing w:after="240" w:line="360" w:lineRule="auto"/>
        <w:jc w:val="both"/>
        <w:rPr>
          <w:rFonts w:ascii="Times New Roman" w:hAnsi="Times New Roman" w:cs="Times New Roman"/>
          <w:sz w:val="24"/>
          <w:szCs w:val="28"/>
        </w:rPr>
      </w:pPr>
    </w:p>
    <w:p w:rsidR="00F6171F" w:rsidRPr="003628C5" w:rsidRDefault="00F6171F" w:rsidP="00600AC2">
      <w:pPr>
        <w:pStyle w:val="NoSpacing"/>
        <w:spacing w:after="240" w:line="360" w:lineRule="auto"/>
        <w:jc w:val="both"/>
        <w:rPr>
          <w:rFonts w:ascii="Times New Roman" w:hAnsi="Times New Roman" w:cs="Times New Roman"/>
          <w:sz w:val="24"/>
          <w:szCs w:val="28"/>
        </w:rPr>
      </w:pPr>
      <w:r w:rsidRPr="00113517">
        <w:rPr>
          <w:rFonts w:ascii="Times New Roman" w:hAnsi="Times New Roman" w:cs="Times New Roman"/>
          <w:b/>
          <w:sz w:val="28"/>
          <w:szCs w:val="28"/>
        </w:rPr>
        <w:lastRenderedPageBreak/>
        <w:t>1.2 INDUSTRY PROFILE</w:t>
      </w:r>
    </w:p>
    <w:p w:rsidR="00600AC2" w:rsidRPr="00822D0D" w:rsidRDefault="00600AC2" w:rsidP="00600AC2">
      <w:pPr>
        <w:spacing w:after="240" w:line="360" w:lineRule="auto"/>
        <w:jc w:val="both"/>
        <w:rPr>
          <w:rFonts w:ascii="Times New Roman" w:hAnsi="Times New Roman" w:cs="Times New Roman"/>
          <w:sz w:val="24"/>
          <w:szCs w:val="24"/>
        </w:rPr>
      </w:pP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industry</w:t>
      </w:r>
      <w:r>
        <w:rPr>
          <w:rFonts w:ascii="Times New Roman" w:hAnsi="Times New Roman" w:cs="Times New Roman"/>
          <w:sz w:val="24"/>
          <w:szCs w:val="24"/>
        </w:rPr>
        <w:t xml:space="preserve"> </w:t>
      </w:r>
      <w:r w:rsidRPr="00822D0D">
        <w:rPr>
          <w:rFonts w:ascii="Times New Roman" w:hAnsi="Times New Roman" w:cs="Times New Roman"/>
          <w:sz w:val="24"/>
          <w:szCs w:val="24"/>
        </w:rPr>
        <w:t>is</w:t>
      </w:r>
      <w:r>
        <w:rPr>
          <w:rFonts w:ascii="Times New Roman" w:hAnsi="Times New Roman" w:cs="Times New Roman"/>
          <w:sz w:val="24"/>
          <w:szCs w:val="24"/>
        </w:rPr>
        <w:t xml:space="preserve"> </w:t>
      </w:r>
      <w:r w:rsidRPr="00822D0D">
        <w:rPr>
          <w:rFonts w:ascii="Times New Roman" w:hAnsi="Times New Roman" w:cs="Times New Roman"/>
          <w:sz w:val="24"/>
          <w:szCs w:val="24"/>
        </w:rPr>
        <w:t>one</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most</w:t>
      </w:r>
      <w:r>
        <w:rPr>
          <w:rFonts w:ascii="Times New Roman" w:hAnsi="Times New Roman" w:cs="Times New Roman"/>
          <w:sz w:val="24"/>
          <w:szCs w:val="24"/>
        </w:rPr>
        <w:t xml:space="preserve"> </w:t>
      </w:r>
      <w:r w:rsidRPr="00822D0D">
        <w:rPr>
          <w:rFonts w:ascii="Times New Roman" w:hAnsi="Times New Roman" w:cs="Times New Roman"/>
          <w:sz w:val="24"/>
          <w:szCs w:val="24"/>
        </w:rPr>
        <w:t>important</w:t>
      </w:r>
      <w:r>
        <w:rPr>
          <w:rFonts w:ascii="Times New Roman" w:hAnsi="Times New Roman" w:cs="Times New Roman"/>
          <w:sz w:val="24"/>
          <w:szCs w:val="24"/>
        </w:rPr>
        <w:t xml:space="preserve"> </w:t>
      </w:r>
      <w:r w:rsidRPr="00822D0D">
        <w:rPr>
          <w:rFonts w:ascii="Times New Roman" w:hAnsi="Times New Roman" w:cs="Times New Roman"/>
          <w:sz w:val="24"/>
          <w:szCs w:val="24"/>
        </w:rPr>
        <w:t>because</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its</w:t>
      </w:r>
      <w:r>
        <w:rPr>
          <w:rFonts w:ascii="Times New Roman" w:hAnsi="Times New Roman" w:cs="Times New Roman"/>
          <w:sz w:val="24"/>
          <w:szCs w:val="24"/>
        </w:rPr>
        <w:t xml:space="preserve"> </w:t>
      </w:r>
      <w:r w:rsidRPr="00822D0D">
        <w:rPr>
          <w:rFonts w:ascii="Times New Roman" w:hAnsi="Times New Roman" w:cs="Times New Roman"/>
          <w:sz w:val="24"/>
          <w:szCs w:val="24"/>
        </w:rPr>
        <w:t>immediate</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long-term</w:t>
      </w:r>
      <w:r>
        <w:rPr>
          <w:rFonts w:ascii="Times New Roman" w:hAnsi="Times New Roman" w:cs="Times New Roman"/>
          <w:sz w:val="24"/>
          <w:szCs w:val="24"/>
        </w:rPr>
        <w:t xml:space="preserve"> </w:t>
      </w:r>
      <w:r w:rsidRPr="00822D0D">
        <w:rPr>
          <w:rFonts w:ascii="Times New Roman" w:hAnsi="Times New Roman" w:cs="Times New Roman"/>
          <w:sz w:val="24"/>
          <w:szCs w:val="24"/>
        </w:rPr>
        <w:t>impact</w:t>
      </w:r>
      <w:r>
        <w:rPr>
          <w:rFonts w:ascii="Times New Roman" w:hAnsi="Times New Roman" w:cs="Times New Roman"/>
          <w:sz w:val="24"/>
          <w:szCs w:val="24"/>
        </w:rPr>
        <w:t xml:space="preserve"> </w:t>
      </w:r>
      <w:r w:rsidRPr="00822D0D">
        <w:rPr>
          <w:rFonts w:ascii="Times New Roman" w:hAnsi="Times New Roman" w:cs="Times New Roman"/>
          <w:sz w:val="24"/>
          <w:szCs w:val="24"/>
        </w:rPr>
        <w:t>on</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health,</w:t>
      </w:r>
      <w:r>
        <w:rPr>
          <w:rFonts w:ascii="Times New Roman" w:hAnsi="Times New Roman" w:cs="Times New Roman"/>
          <w:sz w:val="24"/>
          <w:szCs w:val="24"/>
        </w:rPr>
        <w:t xml:space="preserve"> </w:t>
      </w:r>
      <w:r w:rsidRPr="00822D0D">
        <w:rPr>
          <w:rFonts w:ascii="Times New Roman" w:hAnsi="Times New Roman" w:cs="Times New Roman"/>
          <w:sz w:val="24"/>
          <w:szCs w:val="24"/>
        </w:rPr>
        <w:t>wellbeing,</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quality</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life</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population.</w:t>
      </w:r>
      <w:r>
        <w:rPr>
          <w:rFonts w:ascii="Times New Roman" w:hAnsi="Times New Roman" w:cs="Times New Roman"/>
          <w:sz w:val="24"/>
          <w:szCs w:val="24"/>
        </w:rPr>
        <w:t xml:space="preserve"> </w:t>
      </w:r>
      <w:r w:rsidRPr="00822D0D">
        <w:rPr>
          <w:rFonts w:ascii="Times New Roman" w:hAnsi="Times New Roman" w:cs="Times New Roman"/>
          <w:sz w:val="24"/>
          <w:szCs w:val="24"/>
        </w:rPr>
        <w:t>Over</w:t>
      </w:r>
      <w:r>
        <w:rPr>
          <w:rFonts w:ascii="Times New Roman" w:hAnsi="Times New Roman" w:cs="Times New Roman"/>
          <w:sz w:val="24"/>
          <w:szCs w:val="24"/>
        </w:rPr>
        <w:t xml:space="preserve"> </w:t>
      </w:r>
      <w:r w:rsidRPr="00822D0D">
        <w:rPr>
          <w:rFonts w:ascii="Times New Roman" w:hAnsi="Times New Roman" w:cs="Times New Roman"/>
          <w:sz w:val="24"/>
          <w:szCs w:val="24"/>
        </w:rPr>
        <w:t>time,</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sector</w:t>
      </w:r>
      <w:r>
        <w:rPr>
          <w:rFonts w:ascii="Times New Roman" w:hAnsi="Times New Roman" w:cs="Times New Roman"/>
          <w:sz w:val="24"/>
          <w:szCs w:val="24"/>
        </w:rPr>
        <w:t xml:space="preserve"> </w:t>
      </w:r>
      <w:r w:rsidRPr="00822D0D">
        <w:rPr>
          <w:rFonts w:ascii="Times New Roman" w:hAnsi="Times New Roman" w:cs="Times New Roman"/>
          <w:sz w:val="24"/>
          <w:szCs w:val="24"/>
        </w:rPr>
        <w:t>has</w:t>
      </w:r>
      <w:r>
        <w:rPr>
          <w:rFonts w:ascii="Times New Roman" w:hAnsi="Times New Roman" w:cs="Times New Roman"/>
          <w:sz w:val="24"/>
          <w:szCs w:val="24"/>
        </w:rPr>
        <w:t xml:space="preserve"> </w:t>
      </w:r>
      <w:r w:rsidRPr="00822D0D">
        <w:rPr>
          <w:rFonts w:ascii="Times New Roman" w:hAnsi="Times New Roman" w:cs="Times New Roman"/>
          <w:sz w:val="24"/>
          <w:szCs w:val="24"/>
        </w:rPr>
        <w:t>evolved</w:t>
      </w:r>
      <w:r>
        <w:rPr>
          <w:rFonts w:ascii="Times New Roman" w:hAnsi="Times New Roman" w:cs="Times New Roman"/>
          <w:sz w:val="24"/>
          <w:szCs w:val="24"/>
        </w:rPr>
        <w:t xml:space="preserve"> </w:t>
      </w:r>
      <w:r w:rsidRPr="00822D0D">
        <w:rPr>
          <w:rFonts w:ascii="Times New Roman" w:hAnsi="Times New Roman" w:cs="Times New Roman"/>
          <w:sz w:val="24"/>
          <w:szCs w:val="24"/>
        </w:rPr>
        <w:t>from</w:t>
      </w:r>
      <w:r>
        <w:rPr>
          <w:rFonts w:ascii="Times New Roman" w:hAnsi="Times New Roman" w:cs="Times New Roman"/>
          <w:sz w:val="24"/>
          <w:szCs w:val="24"/>
        </w:rPr>
        <w:t xml:space="preserve"> </w:t>
      </w:r>
      <w:r w:rsidRPr="00822D0D">
        <w:rPr>
          <w:rFonts w:ascii="Times New Roman" w:hAnsi="Times New Roman" w:cs="Times New Roman"/>
          <w:sz w:val="24"/>
          <w:szCs w:val="24"/>
        </w:rPr>
        <w:t>being</w:t>
      </w:r>
      <w:r>
        <w:rPr>
          <w:rFonts w:ascii="Times New Roman" w:hAnsi="Times New Roman" w:cs="Times New Roman"/>
          <w:sz w:val="24"/>
          <w:szCs w:val="24"/>
        </w:rPr>
        <w:t xml:space="preserve"> </w:t>
      </w:r>
      <w:r w:rsidRPr="00822D0D">
        <w:rPr>
          <w:rFonts w:ascii="Times New Roman" w:hAnsi="Times New Roman" w:cs="Times New Roman"/>
          <w:sz w:val="24"/>
          <w:szCs w:val="24"/>
        </w:rPr>
        <w:t>merely</w:t>
      </w:r>
      <w:r>
        <w:rPr>
          <w:rFonts w:ascii="Times New Roman" w:hAnsi="Times New Roman" w:cs="Times New Roman"/>
          <w:sz w:val="24"/>
          <w:szCs w:val="24"/>
        </w:rPr>
        <w:t xml:space="preserve"> </w:t>
      </w:r>
      <w:r w:rsidRPr="00822D0D">
        <w:rPr>
          <w:rFonts w:ascii="Times New Roman" w:hAnsi="Times New Roman" w:cs="Times New Roman"/>
          <w:sz w:val="24"/>
          <w:szCs w:val="24"/>
        </w:rPr>
        <w:t>treatment-centric</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encompassing</w:t>
      </w:r>
      <w:r>
        <w:rPr>
          <w:rFonts w:ascii="Times New Roman" w:hAnsi="Times New Roman" w:cs="Times New Roman"/>
          <w:sz w:val="24"/>
          <w:szCs w:val="24"/>
        </w:rPr>
        <w:t xml:space="preserve"> </w:t>
      </w:r>
      <w:r w:rsidRPr="00822D0D">
        <w:rPr>
          <w:rFonts w:ascii="Times New Roman" w:hAnsi="Times New Roman" w:cs="Times New Roman"/>
          <w:sz w:val="24"/>
          <w:szCs w:val="24"/>
        </w:rPr>
        <w:t>holistic</w:t>
      </w:r>
      <w:r>
        <w:rPr>
          <w:rFonts w:ascii="Times New Roman" w:hAnsi="Times New Roman" w:cs="Times New Roman"/>
          <w:sz w:val="24"/>
          <w:szCs w:val="24"/>
        </w:rPr>
        <w:t xml:space="preserve"> </w:t>
      </w:r>
      <w:r w:rsidRPr="00822D0D">
        <w:rPr>
          <w:rFonts w:ascii="Times New Roman" w:hAnsi="Times New Roman" w:cs="Times New Roman"/>
          <w:sz w:val="24"/>
          <w:szCs w:val="24"/>
        </w:rPr>
        <w:t>patient-centered</w:t>
      </w:r>
      <w:r>
        <w:rPr>
          <w:rFonts w:ascii="Times New Roman" w:hAnsi="Times New Roman" w:cs="Times New Roman"/>
          <w:sz w:val="24"/>
          <w:szCs w:val="24"/>
        </w:rPr>
        <w:t xml:space="preserve"> </w:t>
      </w:r>
      <w:r w:rsidRPr="00822D0D">
        <w:rPr>
          <w:rFonts w:ascii="Times New Roman" w:hAnsi="Times New Roman" w:cs="Times New Roman"/>
          <w:sz w:val="24"/>
          <w:szCs w:val="24"/>
        </w:rPr>
        <w:t>care.</w:t>
      </w:r>
      <w:r>
        <w:rPr>
          <w:rFonts w:ascii="Times New Roman" w:hAnsi="Times New Roman" w:cs="Times New Roman"/>
          <w:sz w:val="24"/>
          <w:szCs w:val="24"/>
        </w:rPr>
        <w:t xml:space="preserve"> </w:t>
      </w:r>
      <w:r w:rsidRPr="00822D0D">
        <w:rPr>
          <w:rFonts w:ascii="Times New Roman" w:hAnsi="Times New Roman" w:cs="Times New Roman"/>
          <w:sz w:val="24"/>
          <w:szCs w:val="24"/>
        </w:rPr>
        <w:t>Modern</w:t>
      </w:r>
      <w:r>
        <w:rPr>
          <w:rFonts w:ascii="Times New Roman" w:hAnsi="Times New Roman" w:cs="Times New Roman"/>
          <w:sz w:val="24"/>
          <w:szCs w:val="24"/>
        </w:rPr>
        <w:t xml:space="preserve"> </w:t>
      </w:r>
      <w:r w:rsidRPr="00822D0D">
        <w:rPr>
          <w:rFonts w:ascii="Times New Roman" w:hAnsi="Times New Roman" w:cs="Times New Roman"/>
          <w:sz w:val="24"/>
          <w:szCs w:val="24"/>
        </w:rPr>
        <w:t>hospitals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organizations</w:t>
      </w:r>
      <w:r>
        <w:rPr>
          <w:rFonts w:ascii="Times New Roman" w:hAnsi="Times New Roman" w:cs="Times New Roman"/>
          <w:sz w:val="24"/>
          <w:szCs w:val="24"/>
        </w:rPr>
        <w:t xml:space="preserve"> </w:t>
      </w:r>
      <w:r w:rsidRPr="00822D0D">
        <w:rPr>
          <w:rFonts w:ascii="Times New Roman" w:hAnsi="Times New Roman" w:cs="Times New Roman"/>
          <w:sz w:val="24"/>
          <w:szCs w:val="24"/>
        </w:rPr>
        <w:t>understand</w:t>
      </w:r>
      <w:r>
        <w:rPr>
          <w:rFonts w:ascii="Times New Roman" w:hAnsi="Times New Roman" w:cs="Times New Roman"/>
          <w:sz w:val="24"/>
          <w:szCs w:val="24"/>
        </w:rPr>
        <w:t xml:space="preserve"> </w:t>
      </w:r>
      <w:r w:rsidRPr="00822D0D">
        <w:rPr>
          <w:rFonts w:ascii="Times New Roman" w:hAnsi="Times New Roman" w:cs="Times New Roman"/>
          <w:sz w:val="24"/>
          <w:szCs w:val="24"/>
        </w:rPr>
        <w:t>that</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addition</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providing</w:t>
      </w:r>
      <w:r>
        <w:rPr>
          <w:rFonts w:ascii="Times New Roman" w:hAnsi="Times New Roman" w:cs="Times New Roman"/>
          <w:sz w:val="24"/>
          <w:szCs w:val="24"/>
        </w:rPr>
        <w:t xml:space="preserve"> </w:t>
      </w:r>
      <w:r w:rsidRPr="00822D0D">
        <w:rPr>
          <w:rFonts w:ascii="Times New Roman" w:hAnsi="Times New Roman" w:cs="Times New Roman"/>
          <w:sz w:val="24"/>
          <w:szCs w:val="24"/>
        </w:rPr>
        <w:t>high-quality</w:t>
      </w:r>
      <w:r>
        <w:rPr>
          <w:rFonts w:ascii="Times New Roman" w:hAnsi="Times New Roman" w:cs="Times New Roman"/>
          <w:sz w:val="24"/>
          <w:szCs w:val="24"/>
        </w:rPr>
        <w:t xml:space="preserve"> </w:t>
      </w:r>
      <w:r w:rsidRPr="00822D0D">
        <w:rPr>
          <w:rFonts w:ascii="Times New Roman" w:hAnsi="Times New Roman" w:cs="Times New Roman"/>
          <w:sz w:val="24"/>
          <w:szCs w:val="24"/>
        </w:rPr>
        <w:t>treatment,</w:t>
      </w:r>
      <w:r>
        <w:rPr>
          <w:rFonts w:ascii="Times New Roman" w:hAnsi="Times New Roman" w:cs="Times New Roman"/>
          <w:sz w:val="24"/>
          <w:szCs w:val="24"/>
        </w:rPr>
        <w:t xml:space="preserve"> </w:t>
      </w:r>
      <w:r w:rsidRPr="00822D0D">
        <w:rPr>
          <w:rFonts w:ascii="Times New Roman" w:hAnsi="Times New Roman" w:cs="Times New Roman"/>
          <w:sz w:val="24"/>
          <w:szCs w:val="24"/>
        </w:rPr>
        <w:t>they</w:t>
      </w:r>
      <w:r>
        <w:rPr>
          <w:rFonts w:ascii="Times New Roman" w:hAnsi="Times New Roman" w:cs="Times New Roman"/>
          <w:sz w:val="24"/>
          <w:szCs w:val="24"/>
        </w:rPr>
        <w:t xml:space="preserve"> </w:t>
      </w:r>
      <w:r w:rsidRPr="00822D0D">
        <w:rPr>
          <w:rFonts w:ascii="Times New Roman" w:hAnsi="Times New Roman" w:cs="Times New Roman"/>
          <w:sz w:val="24"/>
          <w:szCs w:val="24"/>
        </w:rPr>
        <w:t>should</w:t>
      </w:r>
      <w:r>
        <w:rPr>
          <w:rFonts w:ascii="Times New Roman" w:hAnsi="Times New Roman" w:cs="Times New Roman"/>
          <w:sz w:val="24"/>
          <w:szCs w:val="24"/>
        </w:rPr>
        <w:t xml:space="preserve"> </w:t>
      </w:r>
      <w:r w:rsidRPr="00822D0D">
        <w:rPr>
          <w:rFonts w:ascii="Times New Roman" w:hAnsi="Times New Roman" w:cs="Times New Roman"/>
          <w:sz w:val="24"/>
          <w:szCs w:val="24"/>
        </w:rPr>
        <w:t>meet</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expectations</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ensure</w:t>
      </w:r>
      <w:r>
        <w:rPr>
          <w:rFonts w:ascii="Times New Roman" w:hAnsi="Times New Roman" w:cs="Times New Roman"/>
          <w:sz w:val="24"/>
          <w:szCs w:val="24"/>
        </w:rPr>
        <w:t xml:space="preserve"> </w:t>
      </w:r>
      <w:r w:rsidRPr="00822D0D">
        <w:rPr>
          <w:rFonts w:ascii="Times New Roman" w:hAnsi="Times New Roman" w:cs="Times New Roman"/>
          <w:sz w:val="24"/>
          <w:szCs w:val="24"/>
        </w:rPr>
        <w:t>their</w:t>
      </w:r>
      <w:r>
        <w:rPr>
          <w:rFonts w:ascii="Times New Roman" w:hAnsi="Times New Roman" w:cs="Times New Roman"/>
          <w:sz w:val="24"/>
          <w:szCs w:val="24"/>
        </w:rPr>
        <w:t xml:space="preserve"> </w:t>
      </w:r>
      <w:r w:rsidRPr="00822D0D">
        <w:rPr>
          <w:rFonts w:ascii="Times New Roman" w:hAnsi="Times New Roman" w:cs="Times New Roman"/>
          <w:sz w:val="24"/>
          <w:szCs w:val="24"/>
        </w:rPr>
        <w:t>comfort,</w:t>
      </w:r>
      <w:r>
        <w:rPr>
          <w:rFonts w:ascii="Times New Roman" w:hAnsi="Times New Roman" w:cs="Times New Roman"/>
          <w:sz w:val="24"/>
          <w:szCs w:val="24"/>
        </w:rPr>
        <w:t xml:space="preserve"> </w:t>
      </w:r>
      <w:r w:rsidRPr="00822D0D">
        <w:rPr>
          <w:rFonts w:ascii="Times New Roman" w:hAnsi="Times New Roman" w:cs="Times New Roman"/>
          <w:sz w:val="24"/>
          <w:szCs w:val="24"/>
        </w:rPr>
        <w:t>safety,</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satisfaction.</w:t>
      </w:r>
      <w:r>
        <w:rPr>
          <w:rFonts w:ascii="Times New Roman" w:hAnsi="Times New Roman" w:cs="Times New Roman"/>
          <w:sz w:val="24"/>
          <w:szCs w:val="24"/>
        </w:rPr>
        <w:t xml:space="preserve"> </w:t>
      </w:r>
      <w:r w:rsidRPr="00822D0D">
        <w:rPr>
          <w:rFonts w:ascii="Times New Roman" w:hAnsi="Times New Roman" w:cs="Times New Roman"/>
          <w:sz w:val="24"/>
          <w:szCs w:val="24"/>
        </w:rPr>
        <w:t>Therefore,</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sector</w:t>
      </w:r>
      <w:r>
        <w:rPr>
          <w:rFonts w:ascii="Times New Roman" w:hAnsi="Times New Roman" w:cs="Times New Roman"/>
          <w:sz w:val="24"/>
          <w:szCs w:val="24"/>
        </w:rPr>
        <w:t xml:space="preserve"> </w:t>
      </w:r>
      <w:r w:rsidRPr="00822D0D">
        <w:rPr>
          <w:rFonts w:ascii="Times New Roman" w:hAnsi="Times New Roman" w:cs="Times New Roman"/>
          <w:sz w:val="24"/>
          <w:szCs w:val="24"/>
        </w:rPr>
        <w:t>has</w:t>
      </w:r>
      <w:r>
        <w:rPr>
          <w:rFonts w:ascii="Times New Roman" w:hAnsi="Times New Roman" w:cs="Times New Roman"/>
          <w:sz w:val="24"/>
          <w:szCs w:val="24"/>
        </w:rPr>
        <w:t xml:space="preserve"> </w:t>
      </w:r>
      <w:r w:rsidRPr="00822D0D">
        <w:rPr>
          <w:rFonts w:ascii="Times New Roman" w:hAnsi="Times New Roman" w:cs="Times New Roman"/>
          <w:sz w:val="24"/>
          <w:szCs w:val="24"/>
        </w:rPr>
        <w:t>become</w:t>
      </w:r>
      <w:r>
        <w:rPr>
          <w:rFonts w:ascii="Times New Roman" w:hAnsi="Times New Roman" w:cs="Times New Roman"/>
          <w:sz w:val="24"/>
          <w:szCs w:val="24"/>
        </w:rPr>
        <w:t xml:space="preserve"> </w:t>
      </w:r>
      <w:r w:rsidRPr="00822D0D">
        <w:rPr>
          <w:rFonts w:ascii="Times New Roman" w:hAnsi="Times New Roman" w:cs="Times New Roman"/>
          <w:sz w:val="24"/>
          <w:szCs w:val="24"/>
        </w:rPr>
        <w:t>more</w:t>
      </w:r>
      <w:r>
        <w:rPr>
          <w:rFonts w:ascii="Times New Roman" w:hAnsi="Times New Roman" w:cs="Times New Roman"/>
          <w:sz w:val="24"/>
          <w:szCs w:val="24"/>
        </w:rPr>
        <w:t xml:space="preserve"> </w:t>
      </w:r>
      <w:r w:rsidRPr="00822D0D">
        <w:rPr>
          <w:rFonts w:ascii="Times New Roman" w:hAnsi="Times New Roman" w:cs="Times New Roman"/>
          <w:sz w:val="24"/>
          <w:szCs w:val="24"/>
        </w:rPr>
        <w:t>customer-oriented,</w:t>
      </w:r>
      <w:r>
        <w:rPr>
          <w:rFonts w:ascii="Times New Roman" w:hAnsi="Times New Roman" w:cs="Times New Roman"/>
          <w:sz w:val="24"/>
          <w:szCs w:val="24"/>
        </w:rPr>
        <w:t xml:space="preserve"> </w:t>
      </w:r>
      <w:r w:rsidRPr="00822D0D">
        <w:rPr>
          <w:rFonts w:ascii="Times New Roman" w:hAnsi="Times New Roman" w:cs="Times New Roman"/>
          <w:sz w:val="24"/>
          <w:szCs w:val="24"/>
        </w:rPr>
        <w:t>focusing</w:t>
      </w:r>
      <w:r>
        <w:rPr>
          <w:rFonts w:ascii="Times New Roman" w:hAnsi="Times New Roman" w:cs="Times New Roman"/>
          <w:sz w:val="24"/>
          <w:szCs w:val="24"/>
        </w:rPr>
        <w:t xml:space="preserve"> </w:t>
      </w:r>
      <w:r w:rsidRPr="00822D0D">
        <w:rPr>
          <w:rFonts w:ascii="Times New Roman" w:hAnsi="Times New Roman" w:cs="Times New Roman"/>
          <w:sz w:val="24"/>
          <w:szCs w:val="24"/>
        </w:rPr>
        <w:t>on</w:t>
      </w:r>
      <w:r>
        <w:rPr>
          <w:rFonts w:ascii="Times New Roman" w:hAnsi="Times New Roman" w:cs="Times New Roman"/>
          <w:sz w:val="24"/>
          <w:szCs w:val="24"/>
        </w:rPr>
        <w:t xml:space="preserve"> </w:t>
      </w:r>
      <w:r w:rsidRPr="00822D0D">
        <w:rPr>
          <w:rFonts w:ascii="Times New Roman" w:hAnsi="Times New Roman" w:cs="Times New Roman"/>
          <w:sz w:val="24"/>
          <w:szCs w:val="24"/>
        </w:rPr>
        <w:t>service</w:t>
      </w:r>
      <w:r>
        <w:rPr>
          <w:rFonts w:ascii="Times New Roman" w:hAnsi="Times New Roman" w:cs="Times New Roman"/>
          <w:sz w:val="24"/>
          <w:szCs w:val="24"/>
        </w:rPr>
        <w:t xml:space="preserve"> </w:t>
      </w:r>
      <w:r w:rsidRPr="00822D0D">
        <w:rPr>
          <w:rFonts w:ascii="Times New Roman" w:hAnsi="Times New Roman" w:cs="Times New Roman"/>
          <w:sz w:val="24"/>
          <w:szCs w:val="24"/>
        </w:rPr>
        <w:t>excellence,</w:t>
      </w:r>
      <w:r>
        <w:rPr>
          <w:rFonts w:ascii="Times New Roman" w:hAnsi="Times New Roman" w:cs="Times New Roman"/>
          <w:sz w:val="24"/>
          <w:szCs w:val="24"/>
        </w:rPr>
        <w:t xml:space="preserve"> </w:t>
      </w:r>
      <w:r w:rsidRPr="00822D0D">
        <w:rPr>
          <w:rFonts w:ascii="Times New Roman" w:hAnsi="Times New Roman" w:cs="Times New Roman"/>
          <w:sz w:val="24"/>
          <w:szCs w:val="24"/>
        </w:rPr>
        <w:t>effective</w:t>
      </w:r>
      <w:r>
        <w:rPr>
          <w:rFonts w:ascii="Times New Roman" w:hAnsi="Times New Roman" w:cs="Times New Roman"/>
          <w:sz w:val="24"/>
          <w:szCs w:val="24"/>
        </w:rPr>
        <w:t xml:space="preserve"> </w:t>
      </w:r>
      <w:r w:rsidRPr="00822D0D">
        <w:rPr>
          <w:rFonts w:ascii="Times New Roman" w:hAnsi="Times New Roman" w:cs="Times New Roman"/>
          <w:sz w:val="24"/>
          <w:szCs w:val="24"/>
        </w:rPr>
        <w:t>communication,</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technology-</w:t>
      </w:r>
      <w:r>
        <w:rPr>
          <w:rFonts w:ascii="Times New Roman" w:hAnsi="Times New Roman" w:cs="Times New Roman"/>
          <w:sz w:val="24"/>
          <w:szCs w:val="24"/>
        </w:rPr>
        <w:t xml:space="preserve"> </w:t>
      </w:r>
      <w:r w:rsidRPr="00822D0D">
        <w:rPr>
          <w:rFonts w:ascii="Times New Roman" w:hAnsi="Times New Roman" w:cs="Times New Roman"/>
          <w:sz w:val="24"/>
          <w:szCs w:val="24"/>
        </w:rPr>
        <w:t>enabled</w:t>
      </w:r>
      <w:r>
        <w:rPr>
          <w:rFonts w:ascii="Times New Roman" w:hAnsi="Times New Roman" w:cs="Times New Roman"/>
          <w:sz w:val="24"/>
          <w:szCs w:val="24"/>
        </w:rPr>
        <w:t xml:space="preserve"> </w:t>
      </w:r>
      <w:r w:rsidRPr="00822D0D">
        <w:rPr>
          <w:rFonts w:ascii="Times New Roman" w:hAnsi="Times New Roman" w:cs="Times New Roman"/>
          <w:sz w:val="24"/>
          <w:szCs w:val="24"/>
        </w:rPr>
        <w:t>interaction.</w:t>
      </w:r>
    </w:p>
    <w:p w:rsidR="00600AC2" w:rsidRPr="00822D0D" w:rsidRDefault="00600AC2" w:rsidP="00600AC2">
      <w:pPr>
        <w:spacing w:after="240" w:line="360" w:lineRule="auto"/>
        <w:jc w:val="both"/>
        <w:rPr>
          <w:rFonts w:ascii="Times New Roman" w:hAnsi="Times New Roman" w:cs="Times New Roman"/>
          <w:sz w:val="24"/>
          <w:szCs w:val="24"/>
        </w:rPr>
      </w:pP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has</w:t>
      </w:r>
      <w:r>
        <w:rPr>
          <w:rFonts w:ascii="Times New Roman" w:hAnsi="Times New Roman" w:cs="Times New Roman"/>
          <w:sz w:val="24"/>
          <w:szCs w:val="24"/>
        </w:rPr>
        <w:t xml:space="preserve"> </w:t>
      </w:r>
      <w:r w:rsidRPr="00822D0D">
        <w:rPr>
          <w:rFonts w:ascii="Times New Roman" w:hAnsi="Times New Roman" w:cs="Times New Roman"/>
          <w:sz w:val="24"/>
          <w:szCs w:val="24"/>
        </w:rPr>
        <w:t>witnessed</w:t>
      </w:r>
      <w:r>
        <w:rPr>
          <w:rFonts w:ascii="Times New Roman" w:hAnsi="Times New Roman" w:cs="Times New Roman"/>
          <w:sz w:val="24"/>
          <w:szCs w:val="24"/>
        </w:rPr>
        <w:t xml:space="preserve"> </w:t>
      </w:r>
      <w:r w:rsidRPr="00822D0D">
        <w:rPr>
          <w:rFonts w:ascii="Times New Roman" w:hAnsi="Times New Roman" w:cs="Times New Roman"/>
          <w:sz w:val="24"/>
          <w:szCs w:val="24"/>
        </w:rPr>
        <w:t>exponential</w:t>
      </w:r>
      <w:r>
        <w:rPr>
          <w:rFonts w:ascii="Times New Roman" w:hAnsi="Times New Roman" w:cs="Times New Roman"/>
          <w:sz w:val="24"/>
          <w:szCs w:val="24"/>
        </w:rPr>
        <w:t xml:space="preserve"> </w:t>
      </w:r>
      <w:r w:rsidRPr="00822D0D">
        <w:rPr>
          <w:rFonts w:ascii="Times New Roman" w:hAnsi="Times New Roman" w:cs="Times New Roman"/>
          <w:sz w:val="24"/>
          <w:szCs w:val="24"/>
        </w:rPr>
        <w:t>growth</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recent</w:t>
      </w:r>
      <w:r>
        <w:rPr>
          <w:rFonts w:ascii="Times New Roman" w:hAnsi="Times New Roman" w:cs="Times New Roman"/>
          <w:sz w:val="24"/>
          <w:szCs w:val="24"/>
        </w:rPr>
        <w:t xml:space="preserve"> </w:t>
      </w:r>
      <w:r w:rsidRPr="00822D0D">
        <w:rPr>
          <w:rFonts w:ascii="Times New Roman" w:hAnsi="Times New Roman" w:cs="Times New Roman"/>
          <w:sz w:val="24"/>
          <w:szCs w:val="24"/>
        </w:rPr>
        <w:t>decades</w:t>
      </w:r>
      <w:r>
        <w:rPr>
          <w:rFonts w:ascii="Times New Roman" w:hAnsi="Times New Roman" w:cs="Times New Roman"/>
          <w:sz w:val="24"/>
          <w:szCs w:val="24"/>
        </w:rPr>
        <w:t xml:space="preserve"> </w:t>
      </w:r>
      <w:r w:rsidRPr="00822D0D">
        <w:rPr>
          <w:rFonts w:ascii="Times New Roman" w:hAnsi="Times New Roman" w:cs="Times New Roman"/>
          <w:sz w:val="24"/>
          <w:szCs w:val="24"/>
        </w:rPr>
        <w:t>due</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several</w:t>
      </w:r>
      <w:r>
        <w:rPr>
          <w:rFonts w:ascii="Times New Roman" w:hAnsi="Times New Roman" w:cs="Times New Roman"/>
          <w:sz w:val="24"/>
          <w:szCs w:val="24"/>
        </w:rPr>
        <w:t xml:space="preserve"> </w:t>
      </w:r>
      <w:r w:rsidRPr="00822D0D">
        <w:rPr>
          <w:rFonts w:ascii="Times New Roman" w:hAnsi="Times New Roman" w:cs="Times New Roman"/>
          <w:sz w:val="24"/>
          <w:szCs w:val="24"/>
        </w:rPr>
        <w:t>factors,</w:t>
      </w:r>
      <w:r>
        <w:rPr>
          <w:rFonts w:ascii="Times New Roman" w:hAnsi="Times New Roman" w:cs="Times New Roman"/>
          <w:sz w:val="24"/>
          <w:szCs w:val="24"/>
        </w:rPr>
        <w:t xml:space="preserve"> </w:t>
      </w:r>
      <w:r w:rsidRPr="00822D0D">
        <w:rPr>
          <w:rFonts w:ascii="Times New Roman" w:hAnsi="Times New Roman" w:cs="Times New Roman"/>
          <w:sz w:val="24"/>
          <w:szCs w:val="24"/>
        </w:rPr>
        <w:t>including</w:t>
      </w:r>
      <w:r>
        <w:rPr>
          <w:rFonts w:ascii="Times New Roman" w:hAnsi="Times New Roman" w:cs="Times New Roman"/>
          <w:sz w:val="24"/>
          <w:szCs w:val="24"/>
        </w:rPr>
        <w:t xml:space="preserve"> </w:t>
      </w:r>
      <w:r w:rsidRPr="00822D0D">
        <w:rPr>
          <w:rFonts w:ascii="Times New Roman" w:hAnsi="Times New Roman" w:cs="Times New Roman"/>
          <w:sz w:val="24"/>
          <w:szCs w:val="24"/>
        </w:rPr>
        <w:t>technological</w:t>
      </w:r>
      <w:r>
        <w:rPr>
          <w:rFonts w:ascii="Times New Roman" w:hAnsi="Times New Roman" w:cs="Times New Roman"/>
          <w:sz w:val="24"/>
          <w:szCs w:val="24"/>
        </w:rPr>
        <w:t xml:space="preserve"> </w:t>
      </w:r>
      <w:r w:rsidRPr="00822D0D">
        <w:rPr>
          <w:rFonts w:ascii="Times New Roman" w:hAnsi="Times New Roman" w:cs="Times New Roman"/>
          <w:sz w:val="24"/>
          <w:szCs w:val="24"/>
        </w:rPr>
        <w:t>advancements,</w:t>
      </w:r>
      <w:r>
        <w:rPr>
          <w:rFonts w:ascii="Times New Roman" w:hAnsi="Times New Roman" w:cs="Times New Roman"/>
          <w:sz w:val="24"/>
          <w:szCs w:val="24"/>
        </w:rPr>
        <w:t xml:space="preserve"> </w:t>
      </w:r>
      <w:r w:rsidRPr="00822D0D">
        <w:rPr>
          <w:rFonts w:ascii="Times New Roman" w:hAnsi="Times New Roman" w:cs="Times New Roman"/>
          <w:sz w:val="24"/>
          <w:szCs w:val="24"/>
        </w:rPr>
        <w:t>an</w:t>
      </w:r>
      <w:r>
        <w:rPr>
          <w:rFonts w:ascii="Times New Roman" w:hAnsi="Times New Roman" w:cs="Times New Roman"/>
          <w:sz w:val="24"/>
          <w:szCs w:val="24"/>
        </w:rPr>
        <w:t xml:space="preserve"> </w:t>
      </w:r>
      <w:r w:rsidRPr="00822D0D">
        <w:rPr>
          <w:rFonts w:ascii="Times New Roman" w:hAnsi="Times New Roman" w:cs="Times New Roman"/>
          <w:sz w:val="24"/>
          <w:szCs w:val="24"/>
        </w:rPr>
        <w:t>increase</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aging</w:t>
      </w:r>
      <w:r>
        <w:rPr>
          <w:rFonts w:ascii="Times New Roman" w:hAnsi="Times New Roman" w:cs="Times New Roman"/>
          <w:sz w:val="24"/>
          <w:szCs w:val="24"/>
        </w:rPr>
        <w:t xml:space="preserve"> </w:t>
      </w:r>
      <w:r w:rsidRPr="00822D0D">
        <w:rPr>
          <w:rFonts w:ascii="Times New Roman" w:hAnsi="Times New Roman" w:cs="Times New Roman"/>
          <w:sz w:val="24"/>
          <w:szCs w:val="24"/>
        </w:rPr>
        <w:t>population,</w:t>
      </w:r>
      <w:r>
        <w:rPr>
          <w:rFonts w:ascii="Times New Roman" w:hAnsi="Times New Roman" w:cs="Times New Roman"/>
          <w:sz w:val="24"/>
          <w:szCs w:val="24"/>
        </w:rPr>
        <w:t xml:space="preserve"> </w:t>
      </w:r>
      <w:r w:rsidRPr="00822D0D">
        <w:rPr>
          <w:rFonts w:ascii="Times New Roman" w:hAnsi="Times New Roman" w:cs="Times New Roman"/>
          <w:sz w:val="24"/>
          <w:szCs w:val="24"/>
        </w:rPr>
        <w:t>changes</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lifestyle</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diet,</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rise</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chronic</w:t>
      </w:r>
      <w:r>
        <w:rPr>
          <w:rFonts w:ascii="Times New Roman" w:hAnsi="Times New Roman" w:cs="Times New Roman"/>
          <w:sz w:val="24"/>
          <w:szCs w:val="24"/>
        </w:rPr>
        <w:t xml:space="preserve"> </w:t>
      </w:r>
      <w:r w:rsidRPr="00822D0D">
        <w:rPr>
          <w:rFonts w:ascii="Times New Roman" w:hAnsi="Times New Roman" w:cs="Times New Roman"/>
          <w:sz w:val="24"/>
          <w:szCs w:val="24"/>
        </w:rPr>
        <w:t>illnesses.</w:t>
      </w:r>
      <w:r>
        <w:rPr>
          <w:rFonts w:ascii="Times New Roman" w:hAnsi="Times New Roman" w:cs="Times New Roman"/>
          <w:sz w:val="24"/>
          <w:szCs w:val="24"/>
        </w:rPr>
        <w:t xml:space="preserve"> </w:t>
      </w:r>
      <w:r w:rsidRPr="00822D0D">
        <w:rPr>
          <w:rFonts w:ascii="Times New Roman" w:hAnsi="Times New Roman" w:cs="Times New Roman"/>
          <w:sz w:val="24"/>
          <w:szCs w:val="24"/>
        </w:rPr>
        <w:t>Moreover,</w:t>
      </w:r>
      <w:r>
        <w:rPr>
          <w:rFonts w:ascii="Times New Roman" w:hAnsi="Times New Roman" w:cs="Times New Roman"/>
          <w:sz w:val="24"/>
          <w:szCs w:val="24"/>
        </w:rPr>
        <w:t xml:space="preserve"> </w:t>
      </w:r>
      <w:r w:rsidRPr="00822D0D">
        <w:rPr>
          <w:rFonts w:ascii="Times New Roman" w:hAnsi="Times New Roman" w:cs="Times New Roman"/>
          <w:sz w:val="24"/>
          <w:szCs w:val="24"/>
        </w:rPr>
        <w:t>modern</w:t>
      </w:r>
      <w:r>
        <w:rPr>
          <w:rFonts w:ascii="Times New Roman" w:hAnsi="Times New Roman" w:cs="Times New Roman"/>
          <w:sz w:val="24"/>
          <w:szCs w:val="24"/>
        </w:rPr>
        <w:t xml:space="preserve"> </w:t>
      </w:r>
      <w:r w:rsidRPr="00822D0D">
        <w:rPr>
          <w:rFonts w:ascii="Times New Roman" w:hAnsi="Times New Roman" w:cs="Times New Roman"/>
          <w:sz w:val="24"/>
          <w:szCs w:val="24"/>
        </w:rPr>
        <w:t>technologies</w:t>
      </w:r>
      <w:r>
        <w:rPr>
          <w:rFonts w:ascii="Times New Roman" w:hAnsi="Times New Roman" w:cs="Times New Roman"/>
          <w:sz w:val="24"/>
          <w:szCs w:val="24"/>
        </w:rPr>
        <w:t xml:space="preserve"> </w:t>
      </w:r>
      <w:r w:rsidRPr="00822D0D">
        <w:rPr>
          <w:rFonts w:ascii="Times New Roman" w:hAnsi="Times New Roman" w:cs="Times New Roman"/>
          <w:sz w:val="24"/>
          <w:szCs w:val="24"/>
        </w:rPr>
        <w:t>such</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robotic</w:t>
      </w:r>
      <w:r>
        <w:rPr>
          <w:rFonts w:ascii="Times New Roman" w:hAnsi="Times New Roman" w:cs="Times New Roman"/>
          <w:sz w:val="24"/>
          <w:szCs w:val="24"/>
        </w:rPr>
        <w:t xml:space="preserve"> </w:t>
      </w:r>
      <w:r w:rsidRPr="00822D0D">
        <w:rPr>
          <w:rFonts w:ascii="Times New Roman" w:hAnsi="Times New Roman" w:cs="Times New Roman"/>
          <w:sz w:val="24"/>
          <w:szCs w:val="24"/>
        </w:rPr>
        <w:t>surgery,</w:t>
      </w:r>
      <w:r>
        <w:rPr>
          <w:rFonts w:ascii="Times New Roman" w:hAnsi="Times New Roman" w:cs="Times New Roman"/>
          <w:sz w:val="24"/>
          <w:szCs w:val="24"/>
        </w:rPr>
        <w:t xml:space="preserve"> </w:t>
      </w:r>
      <w:r w:rsidRPr="00822D0D">
        <w:rPr>
          <w:rFonts w:ascii="Times New Roman" w:hAnsi="Times New Roman" w:cs="Times New Roman"/>
          <w:sz w:val="24"/>
          <w:szCs w:val="24"/>
        </w:rPr>
        <w:t>telemedicine,</w:t>
      </w:r>
      <w:r>
        <w:rPr>
          <w:rFonts w:ascii="Times New Roman" w:hAnsi="Times New Roman" w:cs="Times New Roman"/>
          <w:sz w:val="24"/>
          <w:szCs w:val="24"/>
        </w:rPr>
        <w:t xml:space="preserve"> </w:t>
      </w:r>
      <w:r w:rsidRPr="00822D0D">
        <w:rPr>
          <w:rFonts w:ascii="Times New Roman" w:hAnsi="Times New Roman" w:cs="Times New Roman"/>
          <w:sz w:val="24"/>
          <w:szCs w:val="24"/>
        </w:rPr>
        <w:t>electronic</w:t>
      </w:r>
      <w:r>
        <w:rPr>
          <w:rFonts w:ascii="Times New Roman" w:hAnsi="Times New Roman" w:cs="Times New Roman"/>
          <w:sz w:val="24"/>
          <w:szCs w:val="24"/>
        </w:rPr>
        <w:t xml:space="preserve"> </w:t>
      </w:r>
      <w:r w:rsidRPr="00822D0D">
        <w:rPr>
          <w:rFonts w:ascii="Times New Roman" w:hAnsi="Times New Roman" w:cs="Times New Roman"/>
          <w:sz w:val="24"/>
          <w:szCs w:val="24"/>
        </w:rPr>
        <w:t>health</w:t>
      </w:r>
      <w:r>
        <w:rPr>
          <w:rFonts w:ascii="Times New Roman" w:hAnsi="Times New Roman" w:cs="Times New Roman"/>
          <w:sz w:val="24"/>
          <w:szCs w:val="24"/>
        </w:rPr>
        <w:t xml:space="preserve"> </w:t>
      </w:r>
      <w:r w:rsidRPr="00822D0D">
        <w:rPr>
          <w:rFonts w:ascii="Times New Roman" w:hAnsi="Times New Roman" w:cs="Times New Roman"/>
          <w:sz w:val="24"/>
          <w:szCs w:val="24"/>
        </w:rPr>
        <w:t>records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health</w:t>
      </w:r>
      <w:r>
        <w:rPr>
          <w:rFonts w:ascii="Times New Roman" w:hAnsi="Times New Roman" w:cs="Times New Roman"/>
          <w:sz w:val="24"/>
          <w:szCs w:val="24"/>
        </w:rPr>
        <w:t xml:space="preserve"> </w:t>
      </w:r>
      <w:r w:rsidRPr="00822D0D">
        <w:rPr>
          <w:rFonts w:ascii="Times New Roman" w:hAnsi="Times New Roman" w:cs="Times New Roman"/>
          <w:sz w:val="24"/>
          <w:szCs w:val="24"/>
        </w:rPr>
        <w:t>information</w:t>
      </w:r>
      <w:r>
        <w:rPr>
          <w:rFonts w:ascii="Times New Roman" w:hAnsi="Times New Roman" w:cs="Times New Roman"/>
          <w:sz w:val="24"/>
          <w:szCs w:val="24"/>
        </w:rPr>
        <w:t xml:space="preserve"> </w:t>
      </w:r>
      <w:r w:rsidRPr="00822D0D">
        <w:rPr>
          <w:rFonts w:ascii="Times New Roman" w:hAnsi="Times New Roman" w:cs="Times New Roman"/>
          <w:sz w:val="24"/>
          <w:szCs w:val="24"/>
        </w:rPr>
        <w:t>exchange,</w:t>
      </w:r>
      <w:r>
        <w:rPr>
          <w:rFonts w:ascii="Times New Roman" w:hAnsi="Times New Roman" w:cs="Times New Roman"/>
          <w:sz w:val="24"/>
          <w:szCs w:val="24"/>
        </w:rPr>
        <w:t xml:space="preserve"> </w:t>
      </w:r>
      <w:r w:rsidRPr="00822D0D">
        <w:rPr>
          <w:rFonts w:ascii="Times New Roman" w:hAnsi="Times New Roman" w:cs="Times New Roman"/>
          <w:sz w:val="24"/>
          <w:szCs w:val="24"/>
        </w:rPr>
        <w:t>artificial</w:t>
      </w:r>
      <w:r>
        <w:rPr>
          <w:rFonts w:ascii="Times New Roman" w:hAnsi="Times New Roman" w:cs="Times New Roman"/>
          <w:sz w:val="24"/>
          <w:szCs w:val="24"/>
        </w:rPr>
        <w:t xml:space="preserve"> </w:t>
      </w:r>
      <w:r w:rsidRPr="00822D0D">
        <w:rPr>
          <w:rFonts w:ascii="Times New Roman" w:hAnsi="Times New Roman" w:cs="Times New Roman"/>
          <w:sz w:val="24"/>
          <w:szCs w:val="24"/>
        </w:rPr>
        <w:t>intelligence,</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telehealth</w:t>
      </w:r>
      <w:r>
        <w:rPr>
          <w:rFonts w:ascii="Times New Roman" w:hAnsi="Times New Roman" w:cs="Times New Roman"/>
          <w:sz w:val="24"/>
          <w:szCs w:val="24"/>
        </w:rPr>
        <w:t xml:space="preserve"> </w:t>
      </w:r>
      <w:r w:rsidRPr="00822D0D">
        <w:rPr>
          <w:rFonts w:ascii="Times New Roman" w:hAnsi="Times New Roman" w:cs="Times New Roman"/>
          <w:sz w:val="24"/>
          <w:szCs w:val="24"/>
        </w:rPr>
        <w:t>have</w:t>
      </w:r>
      <w:r>
        <w:rPr>
          <w:rFonts w:ascii="Times New Roman" w:hAnsi="Times New Roman" w:cs="Times New Roman"/>
          <w:sz w:val="24"/>
          <w:szCs w:val="24"/>
        </w:rPr>
        <w:t xml:space="preserve"> </w:t>
      </w:r>
      <w:r w:rsidRPr="00822D0D">
        <w:rPr>
          <w:rFonts w:ascii="Times New Roman" w:hAnsi="Times New Roman" w:cs="Times New Roman"/>
          <w:sz w:val="24"/>
          <w:szCs w:val="24"/>
        </w:rPr>
        <w:t>tremendously</w:t>
      </w:r>
      <w:r>
        <w:rPr>
          <w:rFonts w:ascii="Times New Roman" w:hAnsi="Times New Roman" w:cs="Times New Roman"/>
          <w:sz w:val="24"/>
          <w:szCs w:val="24"/>
        </w:rPr>
        <w:t xml:space="preserve"> </w:t>
      </w:r>
      <w:r w:rsidRPr="00822D0D">
        <w:rPr>
          <w:rFonts w:ascii="Times New Roman" w:hAnsi="Times New Roman" w:cs="Times New Roman"/>
          <w:sz w:val="24"/>
          <w:szCs w:val="24"/>
        </w:rPr>
        <w:t>improved</w:t>
      </w:r>
      <w:r>
        <w:rPr>
          <w:rFonts w:ascii="Times New Roman" w:hAnsi="Times New Roman" w:cs="Times New Roman"/>
          <w:sz w:val="24"/>
          <w:szCs w:val="24"/>
        </w:rPr>
        <w:t xml:space="preserve"> </w:t>
      </w:r>
      <w:r w:rsidRPr="00822D0D">
        <w:rPr>
          <w:rFonts w:ascii="Times New Roman" w:hAnsi="Times New Roman" w:cs="Times New Roman"/>
          <w:sz w:val="24"/>
          <w:szCs w:val="24"/>
        </w:rPr>
        <w:t>treatment</w:t>
      </w:r>
      <w:r>
        <w:rPr>
          <w:rFonts w:ascii="Times New Roman" w:hAnsi="Times New Roman" w:cs="Times New Roman"/>
          <w:sz w:val="24"/>
          <w:szCs w:val="24"/>
        </w:rPr>
        <w:t xml:space="preserve"> </w:t>
      </w:r>
      <w:r w:rsidRPr="00822D0D">
        <w:rPr>
          <w:rFonts w:ascii="Times New Roman" w:hAnsi="Times New Roman" w:cs="Times New Roman"/>
          <w:sz w:val="24"/>
          <w:szCs w:val="24"/>
        </w:rPr>
        <w:t>outcomes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care.</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nowadays</w:t>
      </w:r>
      <w:r>
        <w:rPr>
          <w:rFonts w:ascii="Times New Roman" w:hAnsi="Times New Roman" w:cs="Times New Roman"/>
          <w:sz w:val="24"/>
          <w:szCs w:val="24"/>
        </w:rPr>
        <w:t xml:space="preserve"> </w:t>
      </w:r>
      <w:r w:rsidRPr="00822D0D">
        <w:rPr>
          <w:rFonts w:ascii="Times New Roman" w:hAnsi="Times New Roman" w:cs="Times New Roman"/>
          <w:sz w:val="24"/>
          <w:szCs w:val="24"/>
        </w:rPr>
        <w:t>expect</w:t>
      </w:r>
      <w:r>
        <w:rPr>
          <w:rFonts w:ascii="Times New Roman" w:hAnsi="Times New Roman" w:cs="Times New Roman"/>
          <w:sz w:val="24"/>
          <w:szCs w:val="24"/>
        </w:rPr>
        <w:t xml:space="preserve"> </w:t>
      </w:r>
      <w:r w:rsidRPr="00822D0D">
        <w:rPr>
          <w:rFonts w:ascii="Times New Roman" w:hAnsi="Times New Roman" w:cs="Times New Roman"/>
          <w:sz w:val="24"/>
          <w:szCs w:val="24"/>
        </w:rPr>
        <w:t>more</w:t>
      </w:r>
      <w:r>
        <w:rPr>
          <w:rFonts w:ascii="Times New Roman" w:hAnsi="Times New Roman" w:cs="Times New Roman"/>
          <w:sz w:val="24"/>
          <w:szCs w:val="24"/>
        </w:rPr>
        <w:t xml:space="preserve"> </w:t>
      </w:r>
      <w:r w:rsidRPr="00822D0D">
        <w:rPr>
          <w:rFonts w:ascii="Times New Roman" w:hAnsi="Times New Roman" w:cs="Times New Roman"/>
          <w:sz w:val="24"/>
          <w:szCs w:val="24"/>
        </w:rPr>
        <w:t>convenience</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flexibility</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accessing</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data</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services</w:t>
      </w:r>
      <w:r>
        <w:rPr>
          <w:rFonts w:ascii="Times New Roman" w:hAnsi="Times New Roman" w:cs="Times New Roman"/>
          <w:sz w:val="24"/>
          <w:szCs w:val="24"/>
        </w:rPr>
        <w:t xml:space="preserve"> </w:t>
      </w:r>
      <w:r w:rsidRPr="00822D0D">
        <w:rPr>
          <w:rFonts w:ascii="Times New Roman" w:hAnsi="Times New Roman" w:cs="Times New Roman"/>
          <w:sz w:val="24"/>
          <w:szCs w:val="24"/>
        </w:rPr>
        <w:t>through</w:t>
      </w:r>
      <w:r>
        <w:rPr>
          <w:rFonts w:ascii="Times New Roman" w:hAnsi="Times New Roman" w:cs="Times New Roman"/>
          <w:sz w:val="24"/>
          <w:szCs w:val="24"/>
        </w:rPr>
        <w:t xml:space="preserve"> </w:t>
      </w:r>
      <w:r w:rsidRPr="00822D0D">
        <w:rPr>
          <w:rFonts w:ascii="Times New Roman" w:hAnsi="Times New Roman" w:cs="Times New Roman"/>
          <w:sz w:val="24"/>
          <w:szCs w:val="24"/>
        </w:rPr>
        <w:t>online</w:t>
      </w:r>
      <w:r>
        <w:rPr>
          <w:rFonts w:ascii="Times New Roman" w:hAnsi="Times New Roman" w:cs="Times New Roman"/>
          <w:sz w:val="24"/>
          <w:szCs w:val="24"/>
        </w:rPr>
        <w:t xml:space="preserve"> </w:t>
      </w:r>
      <w:r w:rsidRPr="00822D0D">
        <w:rPr>
          <w:rFonts w:ascii="Times New Roman" w:hAnsi="Times New Roman" w:cs="Times New Roman"/>
          <w:sz w:val="24"/>
          <w:szCs w:val="24"/>
        </w:rPr>
        <w:t>platforms,</w:t>
      </w:r>
      <w:r>
        <w:rPr>
          <w:rFonts w:ascii="Times New Roman" w:hAnsi="Times New Roman" w:cs="Times New Roman"/>
          <w:sz w:val="24"/>
          <w:szCs w:val="24"/>
        </w:rPr>
        <w:t xml:space="preserve"> </w:t>
      </w:r>
      <w:r w:rsidRPr="00822D0D">
        <w:rPr>
          <w:rFonts w:ascii="Times New Roman" w:hAnsi="Times New Roman" w:cs="Times New Roman"/>
          <w:sz w:val="24"/>
          <w:szCs w:val="24"/>
        </w:rPr>
        <w:t>which</w:t>
      </w:r>
      <w:r>
        <w:rPr>
          <w:rFonts w:ascii="Times New Roman" w:hAnsi="Times New Roman" w:cs="Times New Roman"/>
          <w:sz w:val="24"/>
          <w:szCs w:val="24"/>
        </w:rPr>
        <w:t xml:space="preserve"> </w:t>
      </w:r>
      <w:r w:rsidRPr="00822D0D">
        <w:rPr>
          <w:rFonts w:ascii="Times New Roman" w:hAnsi="Times New Roman" w:cs="Times New Roman"/>
          <w:sz w:val="24"/>
          <w:szCs w:val="24"/>
        </w:rPr>
        <w:t>has</w:t>
      </w:r>
      <w:r>
        <w:rPr>
          <w:rFonts w:ascii="Times New Roman" w:hAnsi="Times New Roman" w:cs="Times New Roman"/>
          <w:sz w:val="24"/>
          <w:szCs w:val="24"/>
        </w:rPr>
        <w:t xml:space="preserve"> </w:t>
      </w:r>
      <w:r w:rsidRPr="00822D0D">
        <w:rPr>
          <w:rFonts w:ascii="Times New Roman" w:hAnsi="Times New Roman" w:cs="Times New Roman"/>
          <w:sz w:val="24"/>
          <w:szCs w:val="24"/>
        </w:rPr>
        <w:t>also</w:t>
      </w:r>
      <w:r>
        <w:rPr>
          <w:rFonts w:ascii="Times New Roman" w:hAnsi="Times New Roman" w:cs="Times New Roman"/>
          <w:sz w:val="24"/>
          <w:szCs w:val="24"/>
        </w:rPr>
        <w:t xml:space="preserve"> </w:t>
      </w:r>
      <w:r w:rsidRPr="00822D0D">
        <w:rPr>
          <w:rFonts w:ascii="Times New Roman" w:hAnsi="Times New Roman" w:cs="Times New Roman"/>
          <w:sz w:val="24"/>
          <w:szCs w:val="24"/>
        </w:rPr>
        <w:t>created</w:t>
      </w:r>
      <w:r>
        <w:rPr>
          <w:rFonts w:ascii="Times New Roman" w:hAnsi="Times New Roman" w:cs="Times New Roman"/>
          <w:sz w:val="24"/>
          <w:szCs w:val="24"/>
        </w:rPr>
        <w:t xml:space="preserve"> </w:t>
      </w:r>
      <w:r w:rsidRPr="00822D0D">
        <w:rPr>
          <w:rFonts w:ascii="Times New Roman" w:hAnsi="Times New Roman" w:cs="Times New Roman"/>
          <w:sz w:val="24"/>
          <w:szCs w:val="24"/>
        </w:rPr>
        <w:t>opportunities</w:t>
      </w:r>
      <w:r>
        <w:rPr>
          <w:rFonts w:ascii="Times New Roman" w:hAnsi="Times New Roman" w:cs="Times New Roman"/>
          <w:sz w:val="24"/>
          <w:szCs w:val="24"/>
        </w:rPr>
        <w:t xml:space="preserve"> </w:t>
      </w:r>
      <w:r w:rsidRPr="00822D0D">
        <w:rPr>
          <w:rFonts w:ascii="Times New Roman" w:hAnsi="Times New Roman" w:cs="Times New Roman"/>
          <w:sz w:val="24"/>
          <w:szCs w:val="24"/>
        </w:rPr>
        <w:t>for</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organizations</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optimize</w:t>
      </w:r>
      <w:r>
        <w:rPr>
          <w:rFonts w:ascii="Times New Roman" w:hAnsi="Times New Roman" w:cs="Times New Roman"/>
          <w:sz w:val="24"/>
          <w:szCs w:val="24"/>
        </w:rPr>
        <w:t xml:space="preserve"> </w:t>
      </w:r>
      <w:r w:rsidRPr="00822D0D">
        <w:rPr>
          <w:rFonts w:ascii="Times New Roman" w:hAnsi="Times New Roman" w:cs="Times New Roman"/>
          <w:sz w:val="24"/>
          <w:szCs w:val="24"/>
        </w:rPr>
        <w:t>various</w:t>
      </w:r>
      <w:r>
        <w:rPr>
          <w:rFonts w:ascii="Times New Roman" w:hAnsi="Times New Roman" w:cs="Times New Roman"/>
          <w:sz w:val="24"/>
          <w:szCs w:val="24"/>
        </w:rPr>
        <w:t xml:space="preserve"> </w:t>
      </w:r>
      <w:r w:rsidRPr="00822D0D">
        <w:rPr>
          <w:rFonts w:ascii="Times New Roman" w:hAnsi="Times New Roman" w:cs="Times New Roman"/>
          <w:sz w:val="24"/>
          <w:szCs w:val="24"/>
        </w:rPr>
        <w:t>existing</w:t>
      </w:r>
      <w:r>
        <w:rPr>
          <w:rFonts w:ascii="Times New Roman" w:hAnsi="Times New Roman" w:cs="Times New Roman"/>
          <w:sz w:val="24"/>
          <w:szCs w:val="24"/>
        </w:rPr>
        <w:t xml:space="preserve"> </w:t>
      </w:r>
      <w:r w:rsidRPr="00822D0D">
        <w:rPr>
          <w:rFonts w:ascii="Times New Roman" w:hAnsi="Times New Roman" w:cs="Times New Roman"/>
          <w:sz w:val="24"/>
          <w:szCs w:val="24"/>
        </w:rPr>
        <w:t>processes.</w:t>
      </w:r>
    </w:p>
    <w:p w:rsidR="00600AC2" w:rsidRPr="00822D0D" w:rsidRDefault="00600AC2" w:rsidP="00600AC2">
      <w:pPr>
        <w:spacing w:after="240" w:line="360" w:lineRule="auto"/>
        <w:jc w:val="both"/>
        <w:rPr>
          <w:rFonts w:ascii="Times New Roman" w:hAnsi="Times New Roman" w:cs="Times New Roman"/>
          <w:sz w:val="24"/>
          <w:szCs w:val="24"/>
        </w:rPr>
      </w:pPr>
      <w:r w:rsidRPr="00822D0D">
        <w:rPr>
          <w:rFonts w:ascii="Times New Roman" w:hAnsi="Times New Roman" w:cs="Times New Roman"/>
          <w:sz w:val="24"/>
          <w:szCs w:val="24"/>
        </w:rPr>
        <w:t>India</w:t>
      </w:r>
      <w:r>
        <w:rPr>
          <w:rFonts w:ascii="Times New Roman" w:hAnsi="Times New Roman" w:cs="Times New Roman"/>
          <w:sz w:val="24"/>
          <w:szCs w:val="24"/>
        </w:rPr>
        <w:t xml:space="preserve"> </w:t>
      </w:r>
      <w:r w:rsidRPr="00822D0D">
        <w:rPr>
          <w:rFonts w:ascii="Times New Roman" w:hAnsi="Times New Roman" w:cs="Times New Roman"/>
          <w:sz w:val="24"/>
          <w:szCs w:val="24"/>
        </w:rPr>
        <w:t>has</w:t>
      </w:r>
      <w:r>
        <w:rPr>
          <w:rFonts w:ascii="Times New Roman" w:hAnsi="Times New Roman" w:cs="Times New Roman"/>
          <w:sz w:val="24"/>
          <w:szCs w:val="24"/>
        </w:rPr>
        <w:t xml:space="preserve"> </w:t>
      </w:r>
      <w:r w:rsidRPr="00822D0D">
        <w:rPr>
          <w:rFonts w:ascii="Times New Roman" w:hAnsi="Times New Roman" w:cs="Times New Roman"/>
          <w:sz w:val="24"/>
          <w:szCs w:val="24"/>
        </w:rPr>
        <w:t>become</w:t>
      </w:r>
      <w:r>
        <w:rPr>
          <w:rFonts w:ascii="Times New Roman" w:hAnsi="Times New Roman" w:cs="Times New Roman"/>
          <w:sz w:val="24"/>
          <w:szCs w:val="24"/>
        </w:rPr>
        <w:t xml:space="preserve"> </w:t>
      </w:r>
      <w:r w:rsidRPr="00822D0D">
        <w:rPr>
          <w:rFonts w:ascii="Times New Roman" w:hAnsi="Times New Roman" w:cs="Times New Roman"/>
          <w:sz w:val="24"/>
          <w:szCs w:val="24"/>
        </w:rPr>
        <w:t>one</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fastest-growing</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markets</w:t>
      </w:r>
      <w:r>
        <w:rPr>
          <w:rFonts w:ascii="Times New Roman" w:hAnsi="Times New Roman" w:cs="Times New Roman"/>
          <w:sz w:val="24"/>
          <w:szCs w:val="24"/>
        </w:rPr>
        <w:t xml:space="preserve"> </w:t>
      </w:r>
      <w:r w:rsidRPr="00822D0D">
        <w:rPr>
          <w:rFonts w:ascii="Times New Roman" w:hAnsi="Times New Roman" w:cs="Times New Roman"/>
          <w:sz w:val="24"/>
          <w:szCs w:val="24"/>
        </w:rPr>
        <w:t>due</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its</w:t>
      </w:r>
      <w:r>
        <w:rPr>
          <w:rFonts w:ascii="Times New Roman" w:hAnsi="Times New Roman" w:cs="Times New Roman"/>
          <w:sz w:val="24"/>
          <w:szCs w:val="24"/>
        </w:rPr>
        <w:t xml:space="preserve"> </w:t>
      </w:r>
      <w:r w:rsidRPr="00822D0D">
        <w:rPr>
          <w:rFonts w:ascii="Times New Roman" w:hAnsi="Times New Roman" w:cs="Times New Roman"/>
          <w:sz w:val="24"/>
          <w:szCs w:val="24"/>
        </w:rPr>
        <w:t>excellent</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expertise,</w:t>
      </w:r>
      <w:r>
        <w:rPr>
          <w:rFonts w:ascii="Times New Roman" w:hAnsi="Times New Roman" w:cs="Times New Roman"/>
          <w:sz w:val="24"/>
          <w:szCs w:val="24"/>
        </w:rPr>
        <w:t xml:space="preserve"> </w:t>
      </w:r>
      <w:r w:rsidRPr="00822D0D">
        <w:rPr>
          <w:rFonts w:ascii="Times New Roman" w:hAnsi="Times New Roman" w:cs="Times New Roman"/>
          <w:sz w:val="24"/>
          <w:szCs w:val="24"/>
        </w:rPr>
        <w:t>advanced</w:t>
      </w:r>
      <w:r>
        <w:rPr>
          <w:rFonts w:ascii="Times New Roman" w:hAnsi="Times New Roman" w:cs="Times New Roman"/>
          <w:sz w:val="24"/>
          <w:szCs w:val="24"/>
        </w:rPr>
        <w:t xml:space="preserve"> </w:t>
      </w:r>
      <w:r w:rsidRPr="00822D0D">
        <w:rPr>
          <w:rFonts w:ascii="Times New Roman" w:hAnsi="Times New Roman" w:cs="Times New Roman"/>
          <w:sz w:val="24"/>
          <w:szCs w:val="24"/>
        </w:rPr>
        <w:t>infrastructure,</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affordable</w:t>
      </w:r>
      <w:r>
        <w:rPr>
          <w:rFonts w:ascii="Times New Roman" w:hAnsi="Times New Roman" w:cs="Times New Roman"/>
          <w:sz w:val="24"/>
          <w:szCs w:val="24"/>
        </w:rPr>
        <w:t xml:space="preserve"> </w:t>
      </w:r>
      <w:r w:rsidRPr="00822D0D">
        <w:rPr>
          <w:rFonts w:ascii="Times New Roman" w:hAnsi="Times New Roman" w:cs="Times New Roman"/>
          <w:sz w:val="24"/>
          <w:szCs w:val="24"/>
        </w:rPr>
        <w:t>treatment</w:t>
      </w:r>
      <w:r>
        <w:rPr>
          <w:rFonts w:ascii="Times New Roman" w:hAnsi="Times New Roman" w:cs="Times New Roman"/>
          <w:sz w:val="24"/>
          <w:szCs w:val="24"/>
        </w:rPr>
        <w:t xml:space="preserve"> </w:t>
      </w:r>
      <w:r w:rsidRPr="00822D0D">
        <w:rPr>
          <w:rFonts w:ascii="Times New Roman" w:hAnsi="Times New Roman" w:cs="Times New Roman"/>
          <w:sz w:val="24"/>
          <w:szCs w:val="24"/>
        </w:rPr>
        <w:t>options.</w:t>
      </w:r>
      <w:r>
        <w:rPr>
          <w:rFonts w:ascii="Times New Roman" w:hAnsi="Times New Roman" w:cs="Times New Roman"/>
          <w:sz w:val="24"/>
          <w:szCs w:val="24"/>
        </w:rPr>
        <w:t xml:space="preserve"> </w:t>
      </w:r>
      <w:r w:rsidRPr="00822D0D">
        <w:rPr>
          <w:rFonts w:ascii="Times New Roman" w:hAnsi="Times New Roman" w:cs="Times New Roman"/>
          <w:sz w:val="24"/>
          <w:szCs w:val="24"/>
        </w:rPr>
        <w:t>Indian</w:t>
      </w:r>
      <w:r>
        <w:rPr>
          <w:rFonts w:ascii="Times New Roman" w:hAnsi="Times New Roman" w:cs="Times New Roman"/>
          <w:sz w:val="24"/>
          <w:szCs w:val="24"/>
        </w:rPr>
        <w:t xml:space="preserve"> </w:t>
      </w:r>
      <w:r w:rsidRPr="00822D0D">
        <w:rPr>
          <w:rFonts w:ascii="Times New Roman" w:hAnsi="Times New Roman" w:cs="Times New Roman"/>
          <w:sz w:val="24"/>
          <w:szCs w:val="24"/>
        </w:rPr>
        <w:t>hospitals</w:t>
      </w:r>
      <w:r>
        <w:rPr>
          <w:rFonts w:ascii="Times New Roman" w:hAnsi="Times New Roman" w:cs="Times New Roman"/>
          <w:sz w:val="24"/>
          <w:szCs w:val="24"/>
        </w:rPr>
        <w:t xml:space="preserve"> </w:t>
      </w:r>
      <w:r w:rsidRPr="00822D0D">
        <w:rPr>
          <w:rFonts w:ascii="Times New Roman" w:hAnsi="Times New Roman" w:cs="Times New Roman"/>
          <w:sz w:val="24"/>
          <w:szCs w:val="24"/>
        </w:rPr>
        <w:t>offer</w:t>
      </w:r>
      <w:r>
        <w:rPr>
          <w:rFonts w:ascii="Times New Roman" w:hAnsi="Times New Roman" w:cs="Times New Roman"/>
          <w:sz w:val="24"/>
          <w:szCs w:val="24"/>
        </w:rPr>
        <w:t xml:space="preserve"> </w:t>
      </w:r>
      <w:r w:rsidRPr="00822D0D">
        <w:rPr>
          <w:rFonts w:ascii="Times New Roman" w:hAnsi="Times New Roman" w:cs="Times New Roman"/>
          <w:sz w:val="24"/>
          <w:szCs w:val="24"/>
        </w:rPr>
        <w:t>high-quality</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cost-</w:t>
      </w:r>
      <w:r>
        <w:rPr>
          <w:rFonts w:ascii="Times New Roman" w:hAnsi="Times New Roman" w:cs="Times New Roman"/>
          <w:sz w:val="24"/>
          <w:szCs w:val="24"/>
        </w:rPr>
        <w:t xml:space="preserve"> </w:t>
      </w:r>
      <w:r w:rsidRPr="00822D0D">
        <w:rPr>
          <w:rFonts w:ascii="Times New Roman" w:hAnsi="Times New Roman" w:cs="Times New Roman"/>
          <w:sz w:val="24"/>
          <w:szCs w:val="24"/>
        </w:rPr>
        <w:t>effective</w:t>
      </w:r>
      <w:r>
        <w:rPr>
          <w:rFonts w:ascii="Times New Roman" w:hAnsi="Times New Roman" w:cs="Times New Roman"/>
          <w:sz w:val="24"/>
          <w:szCs w:val="24"/>
        </w:rPr>
        <w:t xml:space="preserve"> </w:t>
      </w:r>
      <w:r w:rsidRPr="00822D0D">
        <w:rPr>
          <w:rFonts w:ascii="Times New Roman" w:hAnsi="Times New Roman" w:cs="Times New Roman"/>
          <w:sz w:val="24"/>
          <w:szCs w:val="24"/>
        </w:rPr>
        <w:t>treatments</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international</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making</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country</w:t>
      </w:r>
      <w:r>
        <w:rPr>
          <w:rFonts w:ascii="Times New Roman" w:hAnsi="Times New Roman" w:cs="Times New Roman"/>
          <w:sz w:val="24"/>
          <w:szCs w:val="24"/>
        </w:rPr>
        <w:t xml:space="preserve"> </w:t>
      </w:r>
      <w:r w:rsidRPr="00822D0D">
        <w:rPr>
          <w:rFonts w:ascii="Times New Roman" w:hAnsi="Times New Roman" w:cs="Times New Roman"/>
          <w:sz w:val="24"/>
          <w:szCs w:val="24"/>
        </w:rPr>
        <w:t>one</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most</w:t>
      </w:r>
      <w:r>
        <w:rPr>
          <w:rFonts w:ascii="Times New Roman" w:hAnsi="Times New Roman" w:cs="Times New Roman"/>
          <w:sz w:val="24"/>
          <w:szCs w:val="24"/>
        </w:rPr>
        <w:t xml:space="preserve"> </w:t>
      </w:r>
      <w:r w:rsidRPr="00822D0D">
        <w:rPr>
          <w:rFonts w:ascii="Times New Roman" w:hAnsi="Times New Roman" w:cs="Times New Roman"/>
          <w:sz w:val="24"/>
          <w:szCs w:val="24"/>
        </w:rPr>
        <w:t>preferred</w:t>
      </w:r>
      <w:r>
        <w:rPr>
          <w:rFonts w:ascii="Times New Roman" w:hAnsi="Times New Roman" w:cs="Times New Roman"/>
          <w:sz w:val="24"/>
          <w:szCs w:val="24"/>
        </w:rPr>
        <w:t xml:space="preserve"> </w:t>
      </w:r>
      <w:r w:rsidRPr="00822D0D">
        <w:rPr>
          <w:rFonts w:ascii="Times New Roman" w:hAnsi="Times New Roman" w:cs="Times New Roman"/>
          <w:sz w:val="24"/>
          <w:szCs w:val="24"/>
        </w:rPr>
        <w:t>destinations</w:t>
      </w:r>
      <w:r>
        <w:rPr>
          <w:rFonts w:ascii="Times New Roman" w:hAnsi="Times New Roman" w:cs="Times New Roman"/>
          <w:sz w:val="24"/>
          <w:szCs w:val="24"/>
        </w:rPr>
        <w:t xml:space="preserve"> </w:t>
      </w:r>
      <w:r w:rsidRPr="00822D0D">
        <w:rPr>
          <w:rFonts w:ascii="Times New Roman" w:hAnsi="Times New Roman" w:cs="Times New Roman"/>
          <w:sz w:val="24"/>
          <w:szCs w:val="24"/>
        </w:rPr>
        <w:t>for</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care.</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tourism</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India</w:t>
      </w:r>
      <w:r>
        <w:rPr>
          <w:rFonts w:ascii="Times New Roman" w:hAnsi="Times New Roman" w:cs="Times New Roman"/>
          <w:sz w:val="24"/>
          <w:szCs w:val="24"/>
        </w:rPr>
        <w:t xml:space="preserve"> </w:t>
      </w:r>
      <w:r w:rsidRPr="00822D0D">
        <w:rPr>
          <w:rFonts w:ascii="Times New Roman" w:hAnsi="Times New Roman" w:cs="Times New Roman"/>
          <w:sz w:val="24"/>
          <w:szCs w:val="24"/>
        </w:rPr>
        <w:t>has</w:t>
      </w:r>
      <w:r>
        <w:rPr>
          <w:rFonts w:ascii="Times New Roman" w:hAnsi="Times New Roman" w:cs="Times New Roman"/>
          <w:sz w:val="24"/>
          <w:szCs w:val="24"/>
        </w:rPr>
        <w:t xml:space="preserve"> </w:t>
      </w:r>
      <w:r w:rsidRPr="00822D0D">
        <w:rPr>
          <w:rFonts w:ascii="Times New Roman" w:hAnsi="Times New Roman" w:cs="Times New Roman"/>
          <w:sz w:val="24"/>
          <w:szCs w:val="24"/>
        </w:rPr>
        <w:t>grown</w:t>
      </w:r>
      <w:r>
        <w:rPr>
          <w:rFonts w:ascii="Times New Roman" w:hAnsi="Times New Roman" w:cs="Times New Roman"/>
          <w:sz w:val="24"/>
          <w:szCs w:val="24"/>
        </w:rPr>
        <w:t xml:space="preserve"> </w:t>
      </w:r>
      <w:r w:rsidRPr="00822D0D">
        <w:rPr>
          <w:rFonts w:ascii="Times New Roman" w:hAnsi="Times New Roman" w:cs="Times New Roman"/>
          <w:sz w:val="24"/>
          <w:szCs w:val="24"/>
        </w:rPr>
        <w:t>exponentially</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last</w:t>
      </w:r>
      <w:r>
        <w:rPr>
          <w:rFonts w:ascii="Times New Roman" w:hAnsi="Times New Roman" w:cs="Times New Roman"/>
          <w:sz w:val="24"/>
          <w:szCs w:val="24"/>
        </w:rPr>
        <w:t xml:space="preserve"> </w:t>
      </w:r>
      <w:r w:rsidRPr="00822D0D">
        <w:rPr>
          <w:rFonts w:ascii="Times New Roman" w:hAnsi="Times New Roman" w:cs="Times New Roman"/>
          <w:sz w:val="24"/>
          <w:szCs w:val="24"/>
        </w:rPr>
        <w:t>decade</w:t>
      </w:r>
      <w:r>
        <w:rPr>
          <w:rFonts w:ascii="Times New Roman" w:hAnsi="Times New Roman" w:cs="Times New Roman"/>
          <w:sz w:val="24"/>
          <w:szCs w:val="24"/>
        </w:rPr>
        <w:t xml:space="preserve"> </w:t>
      </w:r>
      <w:r w:rsidRPr="00822D0D">
        <w:rPr>
          <w:rFonts w:ascii="Times New Roman" w:hAnsi="Times New Roman" w:cs="Times New Roman"/>
          <w:sz w:val="24"/>
          <w:szCs w:val="24"/>
        </w:rPr>
        <w:t>because</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822D0D">
        <w:rPr>
          <w:rFonts w:ascii="Times New Roman" w:hAnsi="Times New Roman" w:cs="Times New Roman"/>
          <w:sz w:val="24"/>
          <w:szCs w:val="24"/>
        </w:rPr>
        <w:t>country‗s</w:t>
      </w:r>
      <w:proofErr w:type="spellEnd"/>
      <w:r>
        <w:rPr>
          <w:rFonts w:ascii="Times New Roman" w:hAnsi="Times New Roman" w:cs="Times New Roman"/>
          <w:sz w:val="24"/>
          <w:szCs w:val="24"/>
        </w:rPr>
        <w:t xml:space="preserve"> </w:t>
      </w:r>
      <w:r w:rsidRPr="00822D0D">
        <w:rPr>
          <w:rFonts w:ascii="Times New Roman" w:hAnsi="Times New Roman" w:cs="Times New Roman"/>
          <w:sz w:val="24"/>
          <w:szCs w:val="24"/>
        </w:rPr>
        <w:t>ability</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attract</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considerable</w:t>
      </w:r>
      <w:r>
        <w:rPr>
          <w:rFonts w:ascii="Times New Roman" w:hAnsi="Times New Roman" w:cs="Times New Roman"/>
          <w:sz w:val="24"/>
          <w:szCs w:val="24"/>
        </w:rPr>
        <w:t xml:space="preserve"> </w:t>
      </w:r>
      <w:r w:rsidRPr="00822D0D">
        <w:rPr>
          <w:rFonts w:ascii="Times New Roman" w:hAnsi="Times New Roman" w:cs="Times New Roman"/>
          <w:sz w:val="24"/>
          <w:szCs w:val="24"/>
        </w:rPr>
        <w:t>number</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tourists</w:t>
      </w:r>
      <w:r>
        <w:rPr>
          <w:rFonts w:ascii="Times New Roman" w:hAnsi="Times New Roman" w:cs="Times New Roman"/>
          <w:sz w:val="24"/>
          <w:szCs w:val="24"/>
        </w:rPr>
        <w:t xml:space="preserve"> </w:t>
      </w:r>
      <w:r w:rsidRPr="00822D0D">
        <w:rPr>
          <w:rFonts w:ascii="Times New Roman" w:hAnsi="Times New Roman" w:cs="Times New Roman"/>
          <w:sz w:val="24"/>
          <w:szCs w:val="24"/>
        </w:rPr>
        <w:t>each</w:t>
      </w:r>
      <w:r>
        <w:rPr>
          <w:rFonts w:ascii="Times New Roman" w:hAnsi="Times New Roman" w:cs="Times New Roman"/>
          <w:sz w:val="24"/>
          <w:szCs w:val="24"/>
        </w:rPr>
        <w:t xml:space="preserve"> </w:t>
      </w:r>
      <w:r w:rsidRPr="00822D0D">
        <w:rPr>
          <w:rFonts w:ascii="Times New Roman" w:hAnsi="Times New Roman" w:cs="Times New Roman"/>
          <w:sz w:val="24"/>
          <w:szCs w:val="24"/>
        </w:rPr>
        <w:t>year.</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from</w:t>
      </w:r>
      <w:r>
        <w:rPr>
          <w:rFonts w:ascii="Times New Roman" w:hAnsi="Times New Roman" w:cs="Times New Roman"/>
          <w:sz w:val="24"/>
          <w:szCs w:val="24"/>
        </w:rPr>
        <w:t xml:space="preserve"> </w:t>
      </w:r>
      <w:r w:rsidRPr="00822D0D">
        <w:rPr>
          <w:rFonts w:ascii="Times New Roman" w:hAnsi="Times New Roman" w:cs="Times New Roman"/>
          <w:sz w:val="24"/>
          <w:szCs w:val="24"/>
        </w:rPr>
        <w:t>Africa,</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Middle</w:t>
      </w:r>
      <w:r>
        <w:rPr>
          <w:rFonts w:ascii="Times New Roman" w:hAnsi="Times New Roman" w:cs="Times New Roman"/>
          <w:sz w:val="24"/>
          <w:szCs w:val="24"/>
        </w:rPr>
        <w:t xml:space="preserve"> </w:t>
      </w:r>
      <w:r w:rsidRPr="00822D0D">
        <w:rPr>
          <w:rFonts w:ascii="Times New Roman" w:hAnsi="Times New Roman" w:cs="Times New Roman"/>
          <w:sz w:val="24"/>
          <w:szCs w:val="24"/>
        </w:rPr>
        <w:t>East,</w:t>
      </w:r>
      <w:r>
        <w:rPr>
          <w:rFonts w:ascii="Times New Roman" w:hAnsi="Times New Roman" w:cs="Times New Roman"/>
          <w:sz w:val="24"/>
          <w:szCs w:val="24"/>
        </w:rPr>
        <w:t xml:space="preserve"> </w:t>
      </w:r>
      <w:r w:rsidRPr="00822D0D">
        <w:rPr>
          <w:rFonts w:ascii="Times New Roman" w:hAnsi="Times New Roman" w:cs="Times New Roman"/>
          <w:sz w:val="24"/>
          <w:szCs w:val="24"/>
        </w:rPr>
        <w:t>South</w:t>
      </w:r>
      <w:r>
        <w:rPr>
          <w:rFonts w:ascii="Times New Roman" w:hAnsi="Times New Roman" w:cs="Times New Roman"/>
          <w:sz w:val="24"/>
          <w:szCs w:val="24"/>
        </w:rPr>
        <w:t xml:space="preserve"> </w:t>
      </w:r>
      <w:r w:rsidRPr="00822D0D">
        <w:rPr>
          <w:rFonts w:ascii="Times New Roman" w:hAnsi="Times New Roman" w:cs="Times New Roman"/>
          <w:sz w:val="24"/>
          <w:szCs w:val="24"/>
        </w:rPr>
        <w:t>Asia,</w:t>
      </w:r>
      <w:r>
        <w:rPr>
          <w:rFonts w:ascii="Times New Roman" w:hAnsi="Times New Roman" w:cs="Times New Roman"/>
          <w:sz w:val="24"/>
          <w:szCs w:val="24"/>
        </w:rPr>
        <w:t xml:space="preserve"> </w:t>
      </w:r>
      <w:r w:rsidRPr="00822D0D">
        <w:rPr>
          <w:rFonts w:ascii="Times New Roman" w:hAnsi="Times New Roman" w:cs="Times New Roman"/>
          <w:sz w:val="24"/>
          <w:szCs w:val="24"/>
        </w:rPr>
        <w:t>Europe,</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other</w:t>
      </w:r>
      <w:r>
        <w:rPr>
          <w:rFonts w:ascii="Times New Roman" w:hAnsi="Times New Roman" w:cs="Times New Roman"/>
          <w:sz w:val="24"/>
          <w:szCs w:val="24"/>
        </w:rPr>
        <w:t xml:space="preserve"> </w:t>
      </w:r>
      <w:r w:rsidRPr="00822D0D">
        <w:rPr>
          <w:rFonts w:ascii="Times New Roman" w:hAnsi="Times New Roman" w:cs="Times New Roman"/>
          <w:sz w:val="24"/>
          <w:szCs w:val="24"/>
        </w:rPr>
        <w:t>regions</w:t>
      </w:r>
      <w:r>
        <w:rPr>
          <w:rFonts w:ascii="Times New Roman" w:hAnsi="Times New Roman" w:cs="Times New Roman"/>
          <w:sz w:val="24"/>
          <w:szCs w:val="24"/>
        </w:rPr>
        <w:t xml:space="preserve"> </w:t>
      </w:r>
      <w:r w:rsidRPr="00822D0D">
        <w:rPr>
          <w:rFonts w:ascii="Times New Roman" w:hAnsi="Times New Roman" w:cs="Times New Roman"/>
          <w:sz w:val="24"/>
          <w:szCs w:val="24"/>
        </w:rPr>
        <w:t>are</w:t>
      </w:r>
      <w:r>
        <w:rPr>
          <w:rFonts w:ascii="Times New Roman" w:hAnsi="Times New Roman" w:cs="Times New Roman"/>
          <w:sz w:val="24"/>
          <w:szCs w:val="24"/>
        </w:rPr>
        <w:t xml:space="preserve"> </w:t>
      </w:r>
      <w:r w:rsidRPr="00822D0D">
        <w:rPr>
          <w:rFonts w:ascii="Times New Roman" w:hAnsi="Times New Roman" w:cs="Times New Roman"/>
          <w:sz w:val="24"/>
          <w:szCs w:val="24"/>
        </w:rPr>
        <w:t>increasingly</w:t>
      </w:r>
      <w:r>
        <w:rPr>
          <w:rFonts w:ascii="Times New Roman" w:hAnsi="Times New Roman" w:cs="Times New Roman"/>
          <w:sz w:val="24"/>
          <w:szCs w:val="24"/>
        </w:rPr>
        <w:t xml:space="preserve"> </w:t>
      </w:r>
      <w:r w:rsidRPr="00822D0D">
        <w:rPr>
          <w:rFonts w:ascii="Times New Roman" w:hAnsi="Times New Roman" w:cs="Times New Roman"/>
          <w:sz w:val="24"/>
          <w:szCs w:val="24"/>
        </w:rPr>
        <w:t>choosing</w:t>
      </w:r>
      <w:r>
        <w:rPr>
          <w:rFonts w:ascii="Times New Roman" w:hAnsi="Times New Roman" w:cs="Times New Roman"/>
          <w:sz w:val="24"/>
          <w:szCs w:val="24"/>
        </w:rPr>
        <w:t xml:space="preserve"> </w:t>
      </w:r>
      <w:r w:rsidRPr="00822D0D">
        <w:rPr>
          <w:rFonts w:ascii="Times New Roman" w:hAnsi="Times New Roman" w:cs="Times New Roman"/>
          <w:sz w:val="24"/>
          <w:szCs w:val="24"/>
        </w:rPr>
        <w:t>India</w:t>
      </w:r>
      <w:r>
        <w:rPr>
          <w:rFonts w:ascii="Times New Roman" w:hAnsi="Times New Roman" w:cs="Times New Roman"/>
          <w:sz w:val="24"/>
          <w:szCs w:val="24"/>
        </w:rPr>
        <w:t xml:space="preserve"> </w:t>
      </w:r>
      <w:r w:rsidRPr="00822D0D">
        <w:rPr>
          <w:rFonts w:ascii="Times New Roman" w:hAnsi="Times New Roman" w:cs="Times New Roman"/>
          <w:sz w:val="24"/>
          <w:szCs w:val="24"/>
        </w:rPr>
        <w:t>for</w:t>
      </w:r>
      <w:r>
        <w:rPr>
          <w:rFonts w:ascii="Times New Roman" w:hAnsi="Times New Roman" w:cs="Times New Roman"/>
          <w:sz w:val="24"/>
          <w:szCs w:val="24"/>
        </w:rPr>
        <w:t xml:space="preserve"> </w:t>
      </w:r>
      <w:r w:rsidRPr="00822D0D">
        <w:rPr>
          <w:rFonts w:ascii="Times New Roman" w:hAnsi="Times New Roman" w:cs="Times New Roman"/>
          <w:sz w:val="24"/>
          <w:szCs w:val="24"/>
        </w:rPr>
        <w:t>its</w:t>
      </w:r>
      <w:r>
        <w:rPr>
          <w:rFonts w:ascii="Times New Roman" w:hAnsi="Times New Roman" w:cs="Times New Roman"/>
          <w:sz w:val="24"/>
          <w:szCs w:val="24"/>
        </w:rPr>
        <w:t xml:space="preserve"> </w:t>
      </w:r>
      <w:r w:rsidRPr="00822D0D">
        <w:rPr>
          <w:rFonts w:ascii="Times New Roman" w:hAnsi="Times New Roman" w:cs="Times New Roman"/>
          <w:sz w:val="24"/>
          <w:szCs w:val="24"/>
        </w:rPr>
        <w:t>competitive</w:t>
      </w:r>
      <w:r>
        <w:rPr>
          <w:rFonts w:ascii="Times New Roman" w:hAnsi="Times New Roman" w:cs="Times New Roman"/>
          <w:sz w:val="24"/>
          <w:szCs w:val="24"/>
        </w:rPr>
        <w:t xml:space="preserve"> </w:t>
      </w:r>
      <w:r w:rsidRPr="00822D0D">
        <w:rPr>
          <w:rFonts w:ascii="Times New Roman" w:hAnsi="Times New Roman" w:cs="Times New Roman"/>
          <w:sz w:val="24"/>
          <w:szCs w:val="24"/>
        </w:rPr>
        <w:t>edge</w:t>
      </w:r>
      <w:r>
        <w:rPr>
          <w:rFonts w:ascii="Times New Roman" w:hAnsi="Times New Roman" w:cs="Times New Roman"/>
          <w:sz w:val="24"/>
          <w:szCs w:val="24"/>
        </w:rPr>
        <w:t xml:space="preserve"> </w:t>
      </w:r>
      <w:r w:rsidRPr="00822D0D">
        <w:rPr>
          <w:rFonts w:ascii="Times New Roman" w:hAnsi="Times New Roman" w:cs="Times New Roman"/>
          <w:sz w:val="24"/>
          <w:szCs w:val="24"/>
        </w:rPr>
        <w:t>over</w:t>
      </w:r>
      <w:r>
        <w:rPr>
          <w:rFonts w:ascii="Times New Roman" w:hAnsi="Times New Roman" w:cs="Times New Roman"/>
          <w:sz w:val="24"/>
          <w:szCs w:val="24"/>
        </w:rPr>
        <w:t xml:space="preserve"> </w:t>
      </w:r>
      <w:r w:rsidRPr="00822D0D">
        <w:rPr>
          <w:rFonts w:ascii="Times New Roman" w:hAnsi="Times New Roman" w:cs="Times New Roman"/>
          <w:sz w:val="24"/>
          <w:szCs w:val="24"/>
        </w:rPr>
        <w:t>other</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destinations.</w:t>
      </w:r>
    </w:p>
    <w:p w:rsidR="00600AC2" w:rsidRPr="00822D0D" w:rsidRDefault="00600AC2" w:rsidP="00600AC2">
      <w:pPr>
        <w:spacing w:after="240" w:line="360" w:lineRule="auto"/>
        <w:jc w:val="both"/>
        <w:rPr>
          <w:rFonts w:ascii="Times New Roman" w:hAnsi="Times New Roman" w:cs="Times New Roman"/>
          <w:sz w:val="24"/>
          <w:szCs w:val="24"/>
        </w:rPr>
      </w:pPr>
      <w:r w:rsidRPr="00822D0D">
        <w:rPr>
          <w:rFonts w:ascii="Times New Roman" w:hAnsi="Times New Roman" w:cs="Times New Roman"/>
          <w:sz w:val="24"/>
          <w:szCs w:val="24"/>
        </w:rPr>
        <w:t>India’s</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tourism</w:t>
      </w:r>
      <w:r>
        <w:rPr>
          <w:rFonts w:ascii="Times New Roman" w:hAnsi="Times New Roman" w:cs="Times New Roman"/>
          <w:sz w:val="24"/>
          <w:szCs w:val="24"/>
        </w:rPr>
        <w:t xml:space="preserve"> </w:t>
      </w:r>
      <w:r w:rsidRPr="00822D0D">
        <w:rPr>
          <w:rFonts w:ascii="Times New Roman" w:hAnsi="Times New Roman" w:cs="Times New Roman"/>
          <w:sz w:val="24"/>
          <w:szCs w:val="24"/>
        </w:rPr>
        <w:t>industry</w:t>
      </w:r>
      <w:r>
        <w:rPr>
          <w:rFonts w:ascii="Times New Roman" w:hAnsi="Times New Roman" w:cs="Times New Roman"/>
          <w:sz w:val="24"/>
          <w:szCs w:val="24"/>
        </w:rPr>
        <w:t xml:space="preserve"> </w:t>
      </w:r>
      <w:r w:rsidRPr="00822D0D">
        <w:rPr>
          <w:rFonts w:ascii="Times New Roman" w:hAnsi="Times New Roman" w:cs="Times New Roman"/>
          <w:sz w:val="24"/>
          <w:szCs w:val="24"/>
        </w:rPr>
        <w:t>has</w:t>
      </w:r>
      <w:r>
        <w:rPr>
          <w:rFonts w:ascii="Times New Roman" w:hAnsi="Times New Roman" w:cs="Times New Roman"/>
          <w:sz w:val="24"/>
          <w:szCs w:val="24"/>
        </w:rPr>
        <w:t xml:space="preserve"> </w:t>
      </w:r>
      <w:r w:rsidRPr="00822D0D">
        <w:rPr>
          <w:rFonts w:ascii="Times New Roman" w:hAnsi="Times New Roman" w:cs="Times New Roman"/>
          <w:sz w:val="24"/>
          <w:szCs w:val="24"/>
        </w:rPr>
        <w:t>flourished</w:t>
      </w:r>
      <w:r>
        <w:rPr>
          <w:rFonts w:ascii="Times New Roman" w:hAnsi="Times New Roman" w:cs="Times New Roman"/>
          <w:sz w:val="24"/>
          <w:szCs w:val="24"/>
        </w:rPr>
        <w:t xml:space="preserve"> </w:t>
      </w:r>
      <w:r w:rsidRPr="00822D0D">
        <w:rPr>
          <w:rFonts w:ascii="Times New Roman" w:hAnsi="Times New Roman" w:cs="Times New Roman"/>
          <w:sz w:val="24"/>
          <w:szCs w:val="24"/>
        </w:rPr>
        <w:t>due</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availability</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cutting-edge</w:t>
      </w:r>
      <w:r>
        <w:rPr>
          <w:rFonts w:ascii="Times New Roman" w:hAnsi="Times New Roman" w:cs="Times New Roman"/>
          <w:sz w:val="24"/>
          <w:szCs w:val="24"/>
        </w:rPr>
        <w:t xml:space="preserve"> </w:t>
      </w:r>
      <w:r w:rsidRPr="00822D0D">
        <w:rPr>
          <w:rFonts w:ascii="Times New Roman" w:hAnsi="Times New Roman" w:cs="Times New Roman"/>
          <w:sz w:val="24"/>
          <w:szCs w:val="24"/>
        </w:rPr>
        <w:t>technology,</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wide</w:t>
      </w:r>
      <w:r>
        <w:rPr>
          <w:rFonts w:ascii="Times New Roman" w:hAnsi="Times New Roman" w:cs="Times New Roman"/>
          <w:sz w:val="24"/>
          <w:szCs w:val="24"/>
        </w:rPr>
        <w:t xml:space="preserve"> </w:t>
      </w:r>
      <w:r w:rsidRPr="00822D0D">
        <w:rPr>
          <w:rFonts w:ascii="Times New Roman" w:hAnsi="Times New Roman" w:cs="Times New Roman"/>
          <w:sz w:val="24"/>
          <w:szCs w:val="24"/>
        </w:rPr>
        <w:t>range</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procedures,</w:t>
      </w:r>
      <w:r>
        <w:rPr>
          <w:rFonts w:ascii="Times New Roman" w:hAnsi="Times New Roman" w:cs="Times New Roman"/>
          <w:sz w:val="24"/>
          <w:szCs w:val="24"/>
        </w:rPr>
        <w:t xml:space="preserve"> </w:t>
      </w:r>
      <w:r w:rsidRPr="00822D0D">
        <w:rPr>
          <w:rFonts w:ascii="Times New Roman" w:hAnsi="Times New Roman" w:cs="Times New Roman"/>
          <w:sz w:val="24"/>
          <w:szCs w:val="24"/>
        </w:rPr>
        <w:t>qualified</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professionals,</w:t>
      </w:r>
      <w:r>
        <w:rPr>
          <w:rFonts w:ascii="Times New Roman" w:hAnsi="Times New Roman" w:cs="Times New Roman"/>
          <w:sz w:val="24"/>
          <w:szCs w:val="24"/>
        </w:rPr>
        <w:t xml:space="preserve"> </w:t>
      </w:r>
      <w:r w:rsidRPr="00822D0D">
        <w:rPr>
          <w:rFonts w:ascii="Times New Roman" w:hAnsi="Times New Roman" w:cs="Times New Roman"/>
          <w:sz w:val="24"/>
          <w:szCs w:val="24"/>
        </w:rPr>
        <w:t>lower</w:t>
      </w:r>
      <w:r>
        <w:rPr>
          <w:rFonts w:ascii="Times New Roman" w:hAnsi="Times New Roman" w:cs="Times New Roman"/>
          <w:sz w:val="24"/>
          <w:szCs w:val="24"/>
        </w:rPr>
        <w:t xml:space="preserve"> </w:t>
      </w:r>
      <w:r w:rsidRPr="00822D0D">
        <w:rPr>
          <w:rFonts w:ascii="Times New Roman" w:hAnsi="Times New Roman" w:cs="Times New Roman"/>
          <w:sz w:val="24"/>
          <w:szCs w:val="24"/>
        </w:rPr>
        <w:t>treatment</w:t>
      </w:r>
      <w:r>
        <w:rPr>
          <w:rFonts w:ascii="Times New Roman" w:hAnsi="Times New Roman" w:cs="Times New Roman"/>
          <w:sz w:val="24"/>
          <w:szCs w:val="24"/>
        </w:rPr>
        <w:t xml:space="preserve"> </w:t>
      </w:r>
      <w:r w:rsidRPr="00822D0D">
        <w:rPr>
          <w:rFonts w:ascii="Times New Roman" w:hAnsi="Times New Roman" w:cs="Times New Roman"/>
          <w:sz w:val="24"/>
          <w:szCs w:val="24"/>
        </w:rPr>
        <w:t>costs</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compared</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other</w:t>
      </w:r>
      <w:r>
        <w:rPr>
          <w:rFonts w:ascii="Times New Roman" w:hAnsi="Times New Roman" w:cs="Times New Roman"/>
          <w:sz w:val="24"/>
          <w:szCs w:val="24"/>
        </w:rPr>
        <w:t xml:space="preserve"> </w:t>
      </w:r>
      <w:r w:rsidRPr="00822D0D">
        <w:rPr>
          <w:rFonts w:ascii="Times New Roman" w:hAnsi="Times New Roman" w:cs="Times New Roman"/>
          <w:sz w:val="24"/>
          <w:szCs w:val="24"/>
        </w:rPr>
        <w:t>countries,</w:t>
      </w:r>
      <w:r>
        <w:rPr>
          <w:rFonts w:ascii="Times New Roman" w:hAnsi="Times New Roman" w:cs="Times New Roman"/>
          <w:sz w:val="24"/>
          <w:szCs w:val="24"/>
        </w:rPr>
        <w:t xml:space="preserve"> </w:t>
      </w:r>
      <w:r w:rsidRPr="00822D0D">
        <w:rPr>
          <w:rFonts w:ascii="Times New Roman" w:hAnsi="Times New Roman" w:cs="Times New Roman"/>
          <w:sz w:val="24"/>
          <w:szCs w:val="24"/>
        </w:rPr>
        <w:t>short</w:t>
      </w:r>
      <w:r>
        <w:rPr>
          <w:rFonts w:ascii="Times New Roman" w:hAnsi="Times New Roman" w:cs="Times New Roman"/>
          <w:sz w:val="24"/>
          <w:szCs w:val="24"/>
        </w:rPr>
        <w:t xml:space="preserve"> </w:t>
      </w:r>
      <w:r w:rsidRPr="00822D0D">
        <w:rPr>
          <w:rFonts w:ascii="Times New Roman" w:hAnsi="Times New Roman" w:cs="Times New Roman"/>
          <w:sz w:val="24"/>
          <w:szCs w:val="24"/>
        </w:rPr>
        <w:t>waiting</w:t>
      </w:r>
      <w:r>
        <w:rPr>
          <w:rFonts w:ascii="Times New Roman" w:hAnsi="Times New Roman" w:cs="Times New Roman"/>
          <w:sz w:val="24"/>
          <w:szCs w:val="24"/>
        </w:rPr>
        <w:t xml:space="preserve"> </w:t>
      </w:r>
      <w:r w:rsidRPr="00822D0D">
        <w:rPr>
          <w:rFonts w:ascii="Times New Roman" w:hAnsi="Times New Roman" w:cs="Times New Roman"/>
          <w:sz w:val="24"/>
          <w:szCs w:val="24"/>
        </w:rPr>
        <w:t>lists,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exceptional</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care.</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tourists</w:t>
      </w:r>
      <w:r>
        <w:rPr>
          <w:rFonts w:ascii="Times New Roman" w:hAnsi="Times New Roman" w:cs="Times New Roman"/>
          <w:sz w:val="24"/>
          <w:szCs w:val="24"/>
        </w:rPr>
        <w:t xml:space="preserve"> </w:t>
      </w:r>
      <w:r w:rsidRPr="00822D0D">
        <w:rPr>
          <w:rFonts w:ascii="Times New Roman" w:hAnsi="Times New Roman" w:cs="Times New Roman"/>
          <w:sz w:val="24"/>
          <w:szCs w:val="24"/>
        </w:rPr>
        <w:t>prefer</w:t>
      </w:r>
      <w:r>
        <w:rPr>
          <w:rFonts w:ascii="Times New Roman" w:hAnsi="Times New Roman" w:cs="Times New Roman"/>
          <w:sz w:val="24"/>
          <w:szCs w:val="24"/>
        </w:rPr>
        <w:t xml:space="preserve"> </w:t>
      </w:r>
      <w:r w:rsidRPr="00822D0D">
        <w:rPr>
          <w:rFonts w:ascii="Times New Roman" w:hAnsi="Times New Roman" w:cs="Times New Roman"/>
          <w:sz w:val="24"/>
          <w:szCs w:val="24"/>
        </w:rPr>
        <w:t>India</w:t>
      </w:r>
      <w:r>
        <w:rPr>
          <w:rFonts w:ascii="Times New Roman" w:hAnsi="Times New Roman" w:cs="Times New Roman"/>
          <w:sz w:val="24"/>
          <w:szCs w:val="24"/>
        </w:rPr>
        <w:t xml:space="preserve"> </w:t>
      </w:r>
      <w:r w:rsidRPr="00822D0D">
        <w:rPr>
          <w:rFonts w:ascii="Times New Roman" w:hAnsi="Times New Roman" w:cs="Times New Roman"/>
          <w:sz w:val="24"/>
          <w:szCs w:val="24"/>
        </w:rPr>
        <w:t>because</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its</w:t>
      </w:r>
      <w:r>
        <w:rPr>
          <w:rFonts w:ascii="Times New Roman" w:hAnsi="Times New Roman" w:cs="Times New Roman"/>
          <w:sz w:val="24"/>
          <w:szCs w:val="24"/>
        </w:rPr>
        <w:t xml:space="preserve"> </w:t>
      </w:r>
      <w:r w:rsidRPr="00822D0D">
        <w:rPr>
          <w:rFonts w:ascii="Times New Roman" w:hAnsi="Times New Roman" w:cs="Times New Roman"/>
          <w:sz w:val="24"/>
          <w:szCs w:val="24"/>
        </w:rPr>
        <w:t>hospitality</w:t>
      </w:r>
      <w:r>
        <w:rPr>
          <w:rFonts w:ascii="Times New Roman" w:hAnsi="Times New Roman" w:cs="Times New Roman"/>
          <w:sz w:val="24"/>
          <w:szCs w:val="24"/>
        </w:rPr>
        <w:t xml:space="preserve"> </w:t>
      </w:r>
      <w:r w:rsidRPr="00822D0D">
        <w:rPr>
          <w:rFonts w:ascii="Times New Roman" w:hAnsi="Times New Roman" w:cs="Times New Roman"/>
          <w:sz w:val="24"/>
          <w:szCs w:val="24"/>
        </w:rPr>
        <w:t>sector</w:t>
      </w:r>
      <w:r>
        <w:rPr>
          <w:rFonts w:ascii="Times New Roman" w:hAnsi="Times New Roman" w:cs="Times New Roman"/>
          <w:sz w:val="24"/>
          <w:szCs w:val="24"/>
        </w:rPr>
        <w:t xml:space="preserve"> </w:t>
      </w:r>
      <w:r w:rsidRPr="00822D0D">
        <w:rPr>
          <w:rFonts w:ascii="Times New Roman" w:hAnsi="Times New Roman" w:cs="Times New Roman"/>
          <w:sz w:val="24"/>
          <w:szCs w:val="24"/>
        </w:rPr>
        <w:t>that</w:t>
      </w:r>
      <w:r>
        <w:rPr>
          <w:rFonts w:ascii="Times New Roman" w:hAnsi="Times New Roman" w:cs="Times New Roman"/>
          <w:sz w:val="24"/>
          <w:szCs w:val="24"/>
        </w:rPr>
        <w:t xml:space="preserve"> </w:t>
      </w:r>
      <w:r w:rsidRPr="00822D0D">
        <w:rPr>
          <w:rFonts w:ascii="Times New Roman" w:hAnsi="Times New Roman" w:cs="Times New Roman"/>
          <w:sz w:val="24"/>
          <w:szCs w:val="24"/>
        </w:rPr>
        <w:t>provides</w:t>
      </w:r>
      <w:r>
        <w:rPr>
          <w:rFonts w:ascii="Times New Roman" w:hAnsi="Times New Roman" w:cs="Times New Roman"/>
          <w:sz w:val="24"/>
          <w:szCs w:val="24"/>
        </w:rPr>
        <w:t xml:space="preserve"> </w:t>
      </w:r>
      <w:proofErr w:type="spellStart"/>
      <w:r w:rsidRPr="00822D0D">
        <w:rPr>
          <w:rFonts w:ascii="Times New Roman" w:hAnsi="Times New Roman" w:cs="Times New Roman"/>
          <w:sz w:val="24"/>
          <w:szCs w:val="24"/>
        </w:rPr>
        <w:t>favourable</w:t>
      </w:r>
      <w:proofErr w:type="spellEnd"/>
      <w:r>
        <w:rPr>
          <w:rFonts w:ascii="Times New Roman" w:hAnsi="Times New Roman" w:cs="Times New Roman"/>
          <w:sz w:val="24"/>
          <w:szCs w:val="24"/>
        </w:rPr>
        <w:t xml:space="preserve"> </w:t>
      </w:r>
      <w:r w:rsidRPr="00822D0D">
        <w:rPr>
          <w:rFonts w:ascii="Times New Roman" w:hAnsi="Times New Roman" w:cs="Times New Roman"/>
          <w:sz w:val="24"/>
          <w:szCs w:val="24"/>
        </w:rPr>
        <w:t>conditions</w:t>
      </w:r>
      <w:r>
        <w:rPr>
          <w:rFonts w:ascii="Times New Roman" w:hAnsi="Times New Roman" w:cs="Times New Roman"/>
          <w:sz w:val="24"/>
          <w:szCs w:val="24"/>
        </w:rPr>
        <w:t xml:space="preserve"> </w:t>
      </w:r>
      <w:r w:rsidRPr="00822D0D">
        <w:rPr>
          <w:rFonts w:ascii="Times New Roman" w:hAnsi="Times New Roman" w:cs="Times New Roman"/>
          <w:sz w:val="24"/>
          <w:szCs w:val="24"/>
        </w:rPr>
        <w:t>for</w:t>
      </w:r>
      <w:r>
        <w:rPr>
          <w:rFonts w:ascii="Times New Roman" w:hAnsi="Times New Roman" w:cs="Times New Roman"/>
          <w:sz w:val="24"/>
          <w:szCs w:val="24"/>
        </w:rPr>
        <w:t xml:space="preserve"> </w:t>
      </w:r>
      <w:r w:rsidRPr="00822D0D">
        <w:rPr>
          <w:rFonts w:ascii="Times New Roman" w:hAnsi="Times New Roman" w:cs="Times New Roman"/>
          <w:sz w:val="24"/>
          <w:szCs w:val="24"/>
        </w:rPr>
        <w:t>their</w:t>
      </w:r>
      <w:r>
        <w:rPr>
          <w:rFonts w:ascii="Times New Roman" w:hAnsi="Times New Roman" w:cs="Times New Roman"/>
          <w:sz w:val="24"/>
          <w:szCs w:val="24"/>
        </w:rPr>
        <w:t xml:space="preserve"> </w:t>
      </w:r>
      <w:r w:rsidRPr="00822D0D">
        <w:rPr>
          <w:rFonts w:ascii="Times New Roman" w:hAnsi="Times New Roman" w:cs="Times New Roman"/>
          <w:sz w:val="24"/>
          <w:szCs w:val="24"/>
        </w:rPr>
        <w:t>convenient</w:t>
      </w:r>
      <w:r>
        <w:rPr>
          <w:rFonts w:ascii="Times New Roman" w:hAnsi="Times New Roman" w:cs="Times New Roman"/>
          <w:sz w:val="24"/>
          <w:szCs w:val="24"/>
        </w:rPr>
        <w:t xml:space="preserve"> </w:t>
      </w:r>
      <w:r w:rsidRPr="00822D0D">
        <w:rPr>
          <w:rFonts w:ascii="Times New Roman" w:hAnsi="Times New Roman" w:cs="Times New Roman"/>
          <w:sz w:val="24"/>
          <w:szCs w:val="24"/>
        </w:rPr>
        <w:t>stay</w:t>
      </w:r>
      <w:r>
        <w:rPr>
          <w:rFonts w:ascii="Times New Roman" w:hAnsi="Times New Roman" w:cs="Times New Roman"/>
          <w:sz w:val="24"/>
          <w:szCs w:val="24"/>
        </w:rPr>
        <w:t xml:space="preserve"> </w:t>
      </w:r>
      <w:r w:rsidRPr="00822D0D">
        <w:rPr>
          <w:rFonts w:ascii="Times New Roman" w:hAnsi="Times New Roman" w:cs="Times New Roman"/>
          <w:sz w:val="24"/>
          <w:szCs w:val="24"/>
        </w:rPr>
        <w:t>during</w:t>
      </w:r>
      <w:r>
        <w:rPr>
          <w:rFonts w:ascii="Times New Roman" w:hAnsi="Times New Roman" w:cs="Times New Roman"/>
          <w:sz w:val="24"/>
          <w:szCs w:val="24"/>
        </w:rPr>
        <w:t xml:space="preserve"> </w:t>
      </w:r>
      <w:r w:rsidRPr="00822D0D">
        <w:rPr>
          <w:rFonts w:ascii="Times New Roman" w:hAnsi="Times New Roman" w:cs="Times New Roman"/>
          <w:sz w:val="24"/>
          <w:szCs w:val="24"/>
        </w:rPr>
        <w:t>their</w:t>
      </w:r>
      <w:r>
        <w:rPr>
          <w:rFonts w:ascii="Times New Roman" w:hAnsi="Times New Roman" w:cs="Times New Roman"/>
          <w:sz w:val="24"/>
          <w:szCs w:val="24"/>
        </w:rPr>
        <w:t xml:space="preserve"> </w:t>
      </w:r>
      <w:r w:rsidRPr="00822D0D">
        <w:rPr>
          <w:rFonts w:ascii="Times New Roman" w:hAnsi="Times New Roman" w:cs="Times New Roman"/>
          <w:sz w:val="24"/>
          <w:szCs w:val="24"/>
        </w:rPr>
        <w:t>treatment.</w:t>
      </w:r>
      <w:r>
        <w:rPr>
          <w:rFonts w:ascii="Times New Roman" w:hAnsi="Times New Roman" w:cs="Times New Roman"/>
          <w:sz w:val="24"/>
          <w:szCs w:val="24"/>
        </w:rPr>
        <w:t xml:space="preserve"> </w:t>
      </w:r>
      <w:r w:rsidRPr="00822D0D">
        <w:rPr>
          <w:rFonts w:ascii="Times New Roman" w:hAnsi="Times New Roman" w:cs="Times New Roman"/>
          <w:sz w:val="24"/>
          <w:szCs w:val="24"/>
        </w:rPr>
        <w:t>Additionally,</w:t>
      </w:r>
      <w:r>
        <w:rPr>
          <w:rFonts w:ascii="Times New Roman" w:hAnsi="Times New Roman" w:cs="Times New Roman"/>
          <w:sz w:val="24"/>
          <w:szCs w:val="24"/>
        </w:rPr>
        <w:t xml:space="preserve"> </w:t>
      </w:r>
      <w:r w:rsidRPr="00822D0D">
        <w:rPr>
          <w:rFonts w:ascii="Times New Roman" w:hAnsi="Times New Roman" w:cs="Times New Roman"/>
          <w:sz w:val="24"/>
          <w:szCs w:val="24"/>
        </w:rPr>
        <w:t>Indians</w:t>
      </w:r>
      <w:r>
        <w:rPr>
          <w:rFonts w:ascii="Times New Roman" w:hAnsi="Times New Roman" w:cs="Times New Roman"/>
          <w:sz w:val="24"/>
          <w:szCs w:val="24"/>
        </w:rPr>
        <w:t xml:space="preserve"> </w:t>
      </w:r>
      <w:r w:rsidRPr="00822D0D">
        <w:rPr>
          <w:rFonts w:ascii="Times New Roman" w:hAnsi="Times New Roman" w:cs="Times New Roman"/>
          <w:sz w:val="24"/>
          <w:szCs w:val="24"/>
        </w:rPr>
        <w:t>are</w:t>
      </w:r>
      <w:r>
        <w:rPr>
          <w:rFonts w:ascii="Times New Roman" w:hAnsi="Times New Roman" w:cs="Times New Roman"/>
          <w:sz w:val="24"/>
          <w:szCs w:val="24"/>
        </w:rPr>
        <w:t xml:space="preserve"> </w:t>
      </w:r>
      <w:r w:rsidRPr="00822D0D">
        <w:rPr>
          <w:rFonts w:ascii="Times New Roman" w:hAnsi="Times New Roman" w:cs="Times New Roman"/>
          <w:sz w:val="24"/>
          <w:szCs w:val="24"/>
        </w:rPr>
        <w:t>multilingual</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welcoming,</w:t>
      </w:r>
      <w:r>
        <w:rPr>
          <w:rFonts w:ascii="Times New Roman" w:hAnsi="Times New Roman" w:cs="Times New Roman"/>
          <w:sz w:val="24"/>
          <w:szCs w:val="24"/>
        </w:rPr>
        <w:t xml:space="preserve"> </w:t>
      </w:r>
      <w:r w:rsidRPr="00822D0D">
        <w:rPr>
          <w:rFonts w:ascii="Times New Roman" w:hAnsi="Times New Roman" w:cs="Times New Roman"/>
          <w:sz w:val="24"/>
          <w:szCs w:val="24"/>
        </w:rPr>
        <w:t>making</w:t>
      </w:r>
      <w:r>
        <w:rPr>
          <w:rFonts w:ascii="Times New Roman" w:hAnsi="Times New Roman" w:cs="Times New Roman"/>
          <w:sz w:val="24"/>
          <w:szCs w:val="24"/>
        </w:rPr>
        <w:t xml:space="preserve"> </w:t>
      </w:r>
      <w:r w:rsidRPr="00822D0D">
        <w:rPr>
          <w:rFonts w:ascii="Times New Roman" w:hAnsi="Times New Roman" w:cs="Times New Roman"/>
          <w:sz w:val="24"/>
          <w:szCs w:val="24"/>
        </w:rPr>
        <w:t>them</w:t>
      </w:r>
      <w:r>
        <w:rPr>
          <w:rFonts w:ascii="Times New Roman" w:hAnsi="Times New Roman" w:cs="Times New Roman"/>
          <w:sz w:val="24"/>
          <w:szCs w:val="24"/>
        </w:rPr>
        <w:t xml:space="preserve"> </w:t>
      </w:r>
      <w:r w:rsidRPr="00822D0D">
        <w:rPr>
          <w:rFonts w:ascii="Times New Roman" w:hAnsi="Times New Roman" w:cs="Times New Roman"/>
          <w:sz w:val="24"/>
          <w:szCs w:val="24"/>
        </w:rPr>
        <w:t>provide</w:t>
      </w:r>
      <w:r>
        <w:rPr>
          <w:rFonts w:ascii="Times New Roman" w:hAnsi="Times New Roman" w:cs="Times New Roman"/>
          <w:sz w:val="24"/>
          <w:szCs w:val="24"/>
        </w:rPr>
        <w:t xml:space="preserve"> </w:t>
      </w:r>
      <w:r w:rsidRPr="00822D0D">
        <w:rPr>
          <w:rFonts w:ascii="Times New Roman" w:hAnsi="Times New Roman" w:cs="Times New Roman"/>
          <w:sz w:val="24"/>
          <w:szCs w:val="24"/>
        </w:rPr>
        <w:t>better</w:t>
      </w:r>
      <w:r>
        <w:rPr>
          <w:rFonts w:ascii="Times New Roman" w:hAnsi="Times New Roman" w:cs="Times New Roman"/>
          <w:sz w:val="24"/>
          <w:szCs w:val="24"/>
        </w:rPr>
        <w:t xml:space="preserve"> </w:t>
      </w:r>
      <w:r w:rsidRPr="00822D0D">
        <w:rPr>
          <w:rFonts w:ascii="Times New Roman" w:hAnsi="Times New Roman" w:cs="Times New Roman"/>
          <w:sz w:val="24"/>
          <w:szCs w:val="24"/>
        </w:rPr>
        <w:t>care</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international</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who</w:t>
      </w:r>
      <w:r>
        <w:rPr>
          <w:rFonts w:ascii="Times New Roman" w:hAnsi="Times New Roman" w:cs="Times New Roman"/>
          <w:sz w:val="24"/>
          <w:szCs w:val="24"/>
        </w:rPr>
        <w:t xml:space="preserve"> </w:t>
      </w:r>
      <w:r w:rsidRPr="00822D0D">
        <w:rPr>
          <w:rFonts w:ascii="Times New Roman" w:hAnsi="Times New Roman" w:cs="Times New Roman"/>
          <w:sz w:val="24"/>
          <w:szCs w:val="24"/>
        </w:rPr>
        <w:t>might</w:t>
      </w:r>
      <w:r>
        <w:rPr>
          <w:rFonts w:ascii="Times New Roman" w:hAnsi="Times New Roman" w:cs="Times New Roman"/>
          <w:sz w:val="24"/>
          <w:szCs w:val="24"/>
        </w:rPr>
        <w:t xml:space="preserve"> </w:t>
      </w:r>
      <w:r w:rsidRPr="00822D0D">
        <w:rPr>
          <w:rFonts w:ascii="Times New Roman" w:hAnsi="Times New Roman" w:cs="Times New Roman"/>
          <w:sz w:val="24"/>
          <w:szCs w:val="24"/>
        </w:rPr>
        <w:t>not</w:t>
      </w:r>
      <w:r>
        <w:rPr>
          <w:rFonts w:ascii="Times New Roman" w:hAnsi="Times New Roman" w:cs="Times New Roman"/>
          <w:sz w:val="24"/>
          <w:szCs w:val="24"/>
        </w:rPr>
        <w:t xml:space="preserve"> </w:t>
      </w:r>
      <w:r w:rsidRPr="00822D0D">
        <w:rPr>
          <w:rFonts w:ascii="Times New Roman" w:hAnsi="Times New Roman" w:cs="Times New Roman"/>
          <w:sz w:val="24"/>
          <w:szCs w:val="24"/>
        </w:rPr>
        <w:t>be</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familiar</w:t>
      </w:r>
      <w:r>
        <w:rPr>
          <w:rFonts w:ascii="Times New Roman" w:hAnsi="Times New Roman" w:cs="Times New Roman"/>
          <w:sz w:val="24"/>
          <w:szCs w:val="24"/>
        </w:rPr>
        <w:t xml:space="preserve"> </w:t>
      </w:r>
      <w:r w:rsidRPr="00822D0D">
        <w:rPr>
          <w:rFonts w:ascii="Times New Roman" w:hAnsi="Times New Roman" w:cs="Times New Roman"/>
          <w:sz w:val="24"/>
          <w:szCs w:val="24"/>
        </w:rPr>
        <w:t>with</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local</w:t>
      </w:r>
      <w:r>
        <w:rPr>
          <w:rFonts w:ascii="Times New Roman" w:hAnsi="Times New Roman" w:cs="Times New Roman"/>
          <w:sz w:val="24"/>
          <w:szCs w:val="24"/>
        </w:rPr>
        <w:t xml:space="preserve"> </w:t>
      </w:r>
      <w:r w:rsidRPr="00822D0D">
        <w:rPr>
          <w:rFonts w:ascii="Times New Roman" w:hAnsi="Times New Roman" w:cs="Times New Roman"/>
          <w:sz w:val="24"/>
          <w:szCs w:val="24"/>
        </w:rPr>
        <w:t>environment</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locals.</w:t>
      </w:r>
    </w:p>
    <w:p w:rsidR="00600AC2" w:rsidRPr="00822D0D" w:rsidRDefault="00600AC2" w:rsidP="00600AC2">
      <w:pPr>
        <w:spacing w:after="240" w:line="360" w:lineRule="auto"/>
        <w:jc w:val="both"/>
        <w:rPr>
          <w:rFonts w:ascii="Times New Roman" w:hAnsi="Times New Roman" w:cs="Times New Roman"/>
          <w:sz w:val="24"/>
          <w:szCs w:val="24"/>
        </w:rPr>
      </w:pPr>
      <w:r w:rsidRPr="00822D0D">
        <w:rPr>
          <w:rFonts w:ascii="Times New Roman" w:hAnsi="Times New Roman" w:cs="Times New Roman"/>
          <w:sz w:val="24"/>
          <w:szCs w:val="24"/>
        </w:rPr>
        <w:lastRenderedPageBreak/>
        <w:t>With</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surge</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tourism</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international</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seeking</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services</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India,</w:t>
      </w:r>
      <w:r>
        <w:rPr>
          <w:rFonts w:ascii="Times New Roman" w:hAnsi="Times New Roman" w:cs="Times New Roman"/>
          <w:sz w:val="24"/>
          <w:szCs w:val="24"/>
        </w:rPr>
        <w:t xml:space="preserve"> </w:t>
      </w:r>
      <w:r w:rsidRPr="00822D0D">
        <w:rPr>
          <w:rFonts w:ascii="Times New Roman" w:hAnsi="Times New Roman" w:cs="Times New Roman"/>
          <w:sz w:val="24"/>
          <w:szCs w:val="24"/>
        </w:rPr>
        <w:t>there</w:t>
      </w:r>
      <w:r>
        <w:rPr>
          <w:rFonts w:ascii="Times New Roman" w:hAnsi="Times New Roman" w:cs="Times New Roman"/>
          <w:sz w:val="24"/>
          <w:szCs w:val="24"/>
        </w:rPr>
        <w:t xml:space="preserve"> </w:t>
      </w:r>
      <w:r w:rsidRPr="00822D0D">
        <w:rPr>
          <w:rFonts w:ascii="Times New Roman" w:hAnsi="Times New Roman" w:cs="Times New Roman"/>
          <w:sz w:val="24"/>
          <w:szCs w:val="24"/>
        </w:rPr>
        <w:t>emerges</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need</w:t>
      </w:r>
      <w:r>
        <w:rPr>
          <w:rFonts w:ascii="Times New Roman" w:hAnsi="Times New Roman" w:cs="Times New Roman"/>
          <w:sz w:val="24"/>
          <w:szCs w:val="24"/>
        </w:rPr>
        <w:t xml:space="preserve"> </w:t>
      </w:r>
      <w:r w:rsidRPr="00822D0D">
        <w:rPr>
          <w:rFonts w:ascii="Times New Roman" w:hAnsi="Times New Roman" w:cs="Times New Roman"/>
          <w:sz w:val="24"/>
          <w:szCs w:val="24"/>
        </w:rPr>
        <w:t>for</w:t>
      </w:r>
      <w:r>
        <w:rPr>
          <w:rFonts w:ascii="Times New Roman" w:hAnsi="Times New Roman" w:cs="Times New Roman"/>
          <w:sz w:val="24"/>
          <w:szCs w:val="24"/>
        </w:rPr>
        <w:t xml:space="preserve"> </w:t>
      </w:r>
      <w:r w:rsidRPr="00822D0D">
        <w:rPr>
          <w:rFonts w:ascii="Times New Roman" w:hAnsi="Times New Roman" w:cs="Times New Roman"/>
          <w:sz w:val="24"/>
          <w:szCs w:val="24"/>
        </w:rPr>
        <w:t>international</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coordination</w:t>
      </w:r>
      <w:r>
        <w:rPr>
          <w:rFonts w:ascii="Times New Roman" w:hAnsi="Times New Roman" w:cs="Times New Roman"/>
          <w:sz w:val="24"/>
          <w:szCs w:val="24"/>
        </w:rPr>
        <w:t xml:space="preserve"> </w:t>
      </w:r>
      <w:r w:rsidRPr="00822D0D">
        <w:rPr>
          <w:rFonts w:ascii="Times New Roman" w:hAnsi="Times New Roman" w:cs="Times New Roman"/>
          <w:sz w:val="24"/>
          <w:szCs w:val="24"/>
        </w:rPr>
        <w:t>services.</w:t>
      </w:r>
      <w:r>
        <w:rPr>
          <w:rFonts w:ascii="Times New Roman" w:hAnsi="Times New Roman" w:cs="Times New Roman"/>
          <w:sz w:val="24"/>
          <w:szCs w:val="24"/>
        </w:rPr>
        <w:t xml:space="preserve"> </w:t>
      </w:r>
      <w:r w:rsidRPr="00822D0D">
        <w:rPr>
          <w:rFonts w:ascii="Times New Roman" w:hAnsi="Times New Roman" w:cs="Times New Roman"/>
          <w:sz w:val="24"/>
          <w:szCs w:val="24"/>
        </w:rPr>
        <w:t>It</w:t>
      </w:r>
      <w:r>
        <w:rPr>
          <w:rFonts w:ascii="Times New Roman" w:hAnsi="Times New Roman" w:cs="Times New Roman"/>
          <w:sz w:val="24"/>
          <w:szCs w:val="24"/>
        </w:rPr>
        <w:t xml:space="preserve"> </w:t>
      </w:r>
      <w:r w:rsidRPr="00822D0D">
        <w:rPr>
          <w:rFonts w:ascii="Times New Roman" w:hAnsi="Times New Roman" w:cs="Times New Roman"/>
          <w:sz w:val="24"/>
          <w:szCs w:val="24"/>
        </w:rPr>
        <w:t>is</w:t>
      </w:r>
      <w:r>
        <w:rPr>
          <w:rFonts w:ascii="Times New Roman" w:hAnsi="Times New Roman" w:cs="Times New Roman"/>
          <w:sz w:val="24"/>
          <w:szCs w:val="24"/>
        </w:rPr>
        <w:t xml:space="preserve"> </w:t>
      </w:r>
      <w:r w:rsidRPr="00822D0D">
        <w:rPr>
          <w:rFonts w:ascii="Times New Roman" w:hAnsi="Times New Roman" w:cs="Times New Roman"/>
          <w:sz w:val="24"/>
          <w:szCs w:val="24"/>
        </w:rPr>
        <w:t>important</w:t>
      </w:r>
      <w:r>
        <w:rPr>
          <w:rFonts w:ascii="Times New Roman" w:hAnsi="Times New Roman" w:cs="Times New Roman"/>
          <w:sz w:val="24"/>
          <w:szCs w:val="24"/>
        </w:rPr>
        <w:t xml:space="preserve"> </w:t>
      </w:r>
      <w:r w:rsidRPr="00822D0D">
        <w:rPr>
          <w:rFonts w:ascii="Times New Roman" w:hAnsi="Times New Roman" w:cs="Times New Roman"/>
          <w:sz w:val="24"/>
          <w:szCs w:val="24"/>
        </w:rPr>
        <w:t>for</w:t>
      </w:r>
      <w:r>
        <w:rPr>
          <w:rFonts w:ascii="Times New Roman" w:hAnsi="Times New Roman" w:cs="Times New Roman"/>
          <w:sz w:val="24"/>
          <w:szCs w:val="24"/>
        </w:rPr>
        <w:t xml:space="preserve"> </w:t>
      </w:r>
      <w:r w:rsidRPr="00822D0D">
        <w:rPr>
          <w:rFonts w:ascii="Times New Roman" w:hAnsi="Times New Roman" w:cs="Times New Roman"/>
          <w:sz w:val="24"/>
          <w:szCs w:val="24"/>
        </w:rPr>
        <w:t>international</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be</w:t>
      </w:r>
      <w:r>
        <w:rPr>
          <w:rFonts w:ascii="Times New Roman" w:hAnsi="Times New Roman" w:cs="Times New Roman"/>
          <w:sz w:val="24"/>
          <w:szCs w:val="24"/>
        </w:rPr>
        <w:t xml:space="preserve"> </w:t>
      </w:r>
      <w:r w:rsidRPr="00822D0D">
        <w:rPr>
          <w:rFonts w:ascii="Times New Roman" w:hAnsi="Times New Roman" w:cs="Times New Roman"/>
          <w:sz w:val="24"/>
          <w:szCs w:val="24"/>
        </w:rPr>
        <w:t>assisted</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guided</w:t>
      </w:r>
      <w:r>
        <w:rPr>
          <w:rFonts w:ascii="Times New Roman" w:hAnsi="Times New Roman" w:cs="Times New Roman"/>
          <w:sz w:val="24"/>
          <w:szCs w:val="24"/>
        </w:rPr>
        <w:t xml:space="preserve"> </w:t>
      </w:r>
      <w:r w:rsidRPr="00822D0D">
        <w:rPr>
          <w:rFonts w:ascii="Times New Roman" w:hAnsi="Times New Roman" w:cs="Times New Roman"/>
          <w:sz w:val="24"/>
          <w:szCs w:val="24"/>
        </w:rPr>
        <w:t>through</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entire</w:t>
      </w:r>
      <w:r>
        <w:rPr>
          <w:rFonts w:ascii="Times New Roman" w:hAnsi="Times New Roman" w:cs="Times New Roman"/>
          <w:sz w:val="24"/>
          <w:szCs w:val="24"/>
        </w:rPr>
        <w:t xml:space="preserve"> </w:t>
      </w:r>
      <w:r w:rsidRPr="00822D0D">
        <w:rPr>
          <w:rFonts w:ascii="Times New Roman" w:hAnsi="Times New Roman" w:cs="Times New Roman"/>
          <w:sz w:val="24"/>
          <w:szCs w:val="24"/>
        </w:rPr>
        <w:t>process</w:t>
      </w:r>
      <w:r>
        <w:rPr>
          <w:rFonts w:ascii="Times New Roman" w:hAnsi="Times New Roman" w:cs="Times New Roman"/>
          <w:sz w:val="24"/>
          <w:szCs w:val="24"/>
        </w:rPr>
        <w:t xml:space="preserve"> </w:t>
      </w:r>
      <w:r w:rsidRPr="00822D0D">
        <w:rPr>
          <w:rFonts w:ascii="Times New Roman" w:hAnsi="Times New Roman" w:cs="Times New Roman"/>
          <w:sz w:val="24"/>
          <w:szCs w:val="24"/>
        </w:rPr>
        <w:t>before</w:t>
      </w:r>
      <w:r>
        <w:rPr>
          <w:rFonts w:ascii="Times New Roman" w:hAnsi="Times New Roman" w:cs="Times New Roman"/>
          <w:sz w:val="24"/>
          <w:szCs w:val="24"/>
        </w:rPr>
        <w:t xml:space="preserve"> </w:t>
      </w:r>
      <w:r w:rsidRPr="00822D0D">
        <w:rPr>
          <w:rFonts w:ascii="Times New Roman" w:hAnsi="Times New Roman" w:cs="Times New Roman"/>
          <w:sz w:val="24"/>
          <w:szCs w:val="24"/>
        </w:rPr>
        <w:t>arrival,</w:t>
      </w:r>
      <w:r>
        <w:rPr>
          <w:rFonts w:ascii="Times New Roman" w:hAnsi="Times New Roman" w:cs="Times New Roman"/>
          <w:sz w:val="24"/>
          <w:szCs w:val="24"/>
        </w:rPr>
        <w:t xml:space="preserve"> </w:t>
      </w:r>
      <w:r w:rsidRPr="00822D0D">
        <w:rPr>
          <w:rFonts w:ascii="Times New Roman" w:hAnsi="Times New Roman" w:cs="Times New Roman"/>
          <w:sz w:val="24"/>
          <w:szCs w:val="24"/>
        </w:rPr>
        <w:t>during</w:t>
      </w:r>
      <w:r>
        <w:rPr>
          <w:rFonts w:ascii="Times New Roman" w:hAnsi="Times New Roman" w:cs="Times New Roman"/>
          <w:sz w:val="24"/>
          <w:szCs w:val="24"/>
        </w:rPr>
        <w:t xml:space="preserve"> </w:t>
      </w:r>
      <w:r w:rsidRPr="00822D0D">
        <w:rPr>
          <w:rFonts w:ascii="Times New Roman" w:hAnsi="Times New Roman" w:cs="Times New Roman"/>
          <w:sz w:val="24"/>
          <w:szCs w:val="24"/>
        </w:rPr>
        <w:t>their</w:t>
      </w:r>
      <w:r>
        <w:rPr>
          <w:rFonts w:ascii="Times New Roman" w:hAnsi="Times New Roman" w:cs="Times New Roman"/>
          <w:sz w:val="24"/>
          <w:szCs w:val="24"/>
        </w:rPr>
        <w:t xml:space="preserve"> </w:t>
      </w:r>
      <w:r w:rsidRPr="00822D0D">
        <w:rPr>
          <w:rFonts w:ascii="Times New Roman" w:hAnsi="Times New Roman" w:cs="Times New Roman"/>
          <w:sz w:val="24"/>
          <w:szCs w:val="24"/>
        </w:rPr>
        <w:t>stay,</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after</w:t>
      </w:r>
      <w:r>
        <w:rPr>
          <w:rFonts w:ascii="Times New Roman" w:hAnsi="Times New Roman" w:cs="Times New Roman"/>
          <w:sz w:val="24"/>
          <w:szCs w:val="24"/>
        </w:rPr>
        <w:t xml:space="preserve"> </w:t>
      </w:r>
      <w:r w:rsidRPr="00822D0D">
        <w:rPr>
          <w:rFonts w:ascii="Times New Roman" w:hAnsi="Times New Roman" w:cs="Times New Roman"/>
          <w:sz w:val="24"/>
          <w:szCs w:val="24"/>
        </w:rPr>
        <w:t>they</w:t>
      </w:r>
      <w:r>
        <w:rPr>
          <w:rFonts w:ascii="Times New Roman" w:hAnsi="Times New Roman" w:cs="Times New Roman"/>
          <w:sz w:val="24"/>
          <w:szCs w:val="24"/>
        </w:rPr>
        <w:t xml:space="preserve"> </w:t>
      </w:r>
      <w:r w:rsidRPr="00822D0D">
        <w:rPr>
          <w:rFonts w:ascii="Times New Roman" w:hAnsi="Times New Roman" w:cs="Times New Roman"/>
          <w:sz w:val="24"/>
          <w:szCs w:val="24"/>
        </w:rPr>
        <w:t>go</w:t>
      </w:r>
      <w:r>
        <w:rPr>
          <w:rFonts w:ascii="Times New Roman" w:hAnsi="Times New Roman" w:cs="Times New Roman"/>
          <w:sz w:val="24"/>
          <w:szCs w:val="24"/>
        </w:rPr>
        <w:t xml:space="preserve"> </w:t>
      </w:r>
      <w:r w:rsidRPr="00822D0D">
        <w:rPr>
          <w:rFonts w:ascii="Times New Roman" w:hAnsi="Times New Roman" w:cs="Times New Roman"/>
          <w:sz w:val="24"/>
          <w:szCs w:val="24"/>
        </w:rPr>
        <w:t>back</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their</w:t>
      </w:r>
      <w:r>
        <w:rPr>
          <w:rFonts w:ascii="Times New Roman" w:hAnsi="Times New Roman" w:cs="Times New Roman"/>
          <w:sz w:val="24"/>
          <w:szCs w:val="24"/>
        </w:rPr>
        <w:t xml:space="preserve"> </w:t>
      </w:r>
      <w:r w:rsidRPr="00822D0D">
        <w:rPr>
          <w:rFonts w:ascii="Times New Roman" w:hAnsi="Times New Roman" w:cs="Times New Roman"/>
          <w:sz w:val="24"/>
          <w:szCs w:val="24"/>
        </w:rPr>
        <w:t>home</w:t>
      </w:r>
      <w:r>
        <w:rPr>
          <w:rFonts w:ascii="Times New Roman" w:hAnsi="Times New Roman" w:cs="Times New Roman"/>
          <w:sz w:val="24"/>
          <w:szCs w:val="24"/>
        </w:rPr>
        <w:t xml:space="preserve"> </w:t>
      </w:r>
      <w:r w:rsidRPr="00822D0D">
        <w:rPr>
          <w:rFonts w:ascii="Times New Roman" w:hAnsi="Times New Roman" w:cs="Times New Roman"/>
          <w:sz w:val="24"/>
          <w:szCs w:val="24"/>
        </w:rPr>
        <w:t>countries.</w:t>
      </w:r>
      <w:r>
        <w:rPr>
          <w:rFonts w:ascii="Times New Roman" w:hAnsi="Times New Roman" w:cs="Times New Roman"/>
          <w:sz w:val="24"/>
          <w:szCs w:val="24"/>
        </w:rPr>
        <w:t xml:space="preserve"> </w:t>
      </w:r>
      <w:r w:rsidRPr="00822D0D">
        <w:rPr>
          <w:rFonts w:ascii="Times New Roman" w:hAnsi="Times New Roman" w:cs="Times New Roman"/>
          <w:sz w:val="24"/>
          <w:szCs w:val="24"/>
        </w:rPr>
        <w:t>Moreover,</w:t>
      </w:r>
      <w:r>
        <w:rPr>
          <w:rFonts w:ascii="Times New Roman" w:hAnsi="Times New Roman" w:cs="Times New Roman"/>
          <w:sz w:val="24"/>
          <w:szCs w:val="24"/>
        </w:rPr>
        <w:t xml:space="preserve"> </w:t>
      </w:r>
      <w:r w:rsidRPr="00822D0D">
        <w:rPr>
          <w:rFonts w:ascii="Times New Roman" w:hAnsi="Times New Roman" w:cs="Times New Roman"/>
          <w:sz w:val="24"/>
          <w:szCs w:val="24"/>
        </w:rPr>
        <w:t>there</w:t>
      </w:r>
      <w:r>
        <w:rPr>
          <w:rFonts w:ascii="Times New Roman" w:hAnsi="Times New Roman" w:cs="Times New Roman"/>
          <w:sz w:val="24"/>
          <w:szCs w:val="24"/>
        </w:rPr>
        <w:t xml:space="preserve"> </w:t>
      </w:r>
      <w:r w:rsidRPr="00822D0D">
        <w:rPr>
          <w:rFonts w:ascii="Times New Roman" w:hAnsi="Times New Roman" w:cs="Times New Roman"/>
          <w:sz w:val="24"/>
          <w:szCs w:val="24"/>
        </w:rPr>
        <w:t>are</w:t>
      </w:r>
      <w:r>
        <w:rPr>
          <w:rFonts w:ascii="Times New Roman" w:hAnsi="Times New Roman" w:cs="Times New Roman"/>
          <w:sz w:val="24"/>
          <w:szCs w:val="24"/>
        </w:rPr>
        <w:t xml:space="preserve"> </w:t>
      </w:r>
      <w:r w:rsidRPr="00822D0D">
        <w:rPr>
          <w:rFonts w:ascii="Times New Roman" w:hAnsi="Times New Roman" w:cs="Times New Roman"/>
          <w:sz w:val="24"/>
          <w:szCs w:val="24"/>
        </w:rPr>
        <w:t>certain</w:t>
      </w:r>
      <w:r>
        <w:rPr>
          <w:rFonts w:ascii="Times New Roman" w:hAnsi="Times New Roman" w:cs="Times New Roman"/>
          <w:sz w:val="24"/>
          <w:szCs w:val="24"/>
        </w:rPr>
        <w:t xml:space="preserve"> </w:t>
      </w:r>
      <w:r w:rsidRPr="00822D0D">
        <w:rPr>
          <w:rFonts w:ascii="Times New Roman" w:hAnsi="Times New Roman" w:cs="Times New Roman"/>
          <w:sz w:val="24"/>
          <w:szCs w:val="24"/>
        </w:rPr>
        <w:t>formalities</w:t>
      </w:r>
      <w:r>
        <w:rPr>
          <w:rFonts w:ascii="Times New Roman" w:hAnsi="Times New Roman" w:cs="Times New Roman"/>
          <w:sz w:val="24"/>
          <w:szCs w:val="24"/>
        </w:rPr>
        <w:t xml:space="preserve"> </w:t>
      </w:r>
      <w:r w:rsidRPr="00822D0D">
        <w:rPr>
          <w:rFonts w:ascii="Times New Roman" w:hAnsi="Times New Roman" w:cs="Times New Roman"/>
          <w:sz w:val="24"/>
          <w:szCs w:val="24"/>
        </w:rPr>
        <w:t>such</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visa</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travel</w:t>
      </w:r>
      <w:r>
        <w:rPr>
          <w:rFonts w:ascii="Times New Roman" w:hAnsi="Times New Roman" w:cs="Times New Roman"/>
          <w:sz w:val="24"/>
          <w:szCs w:val="24"/>
        </w:rPr>
        <w:t xml:space="preserve"> </w:t>
      </w:r>
      <w:r w:rsidRPr="00822D0D">
        <w:rPr>
          <w:rFonts w:ascii="Times New Roman" w:hAnsi="Times New Roman" w:cs="Times New Roman"/>
          <w:sz w:val="24"/>
          <w:szCs w:val="24"/>
        </w:rPr>
        <w:t>arrangements,</w:t>
      </w:r>
      <w:r>
        <w:rPr>
          <w:rFonts w:ascii="Times New Roman" w:hAnsi="Times New Roman" w:cs="Times New Roman"/>
          <w:sz w:val="24"/>
          <w:szCs w:val="24"/>
        </w:rPr>
        <w:t xml:space="preserve"> </w:t>
      </w:r>
      <w:r w:rsidRPr="00822D0D">
        <w:rPr>
          <w:rFonts w:ascii="Times New Roman" w:hAnsi="Times New Roman" w:cs="Times New Roman"/>
          <w:sz w:val="24"/>
          <w:szCs w:val="24"/>
        </w:rPr>
        <w:t>pre-</w:t>
      </w:r>
      <w:r>
        <w:rPr>
          <w:rFonts w:ascii="Times New Roman" w:hAnsi="Times New Roman" w:cs="Times New Roman"/>
          <w:sz w:val="24"/>
          <w:szCs w:val="24"/>
        </w:rPr>
        <w:t xml:space="preserve"> </w:t>
      </w:r>
      <w:r w:rsidRPr="00822D0D">
        <w:rPr>
          <w:rFonts w:ascii="Times New Roman" w:hAnsi="Times New Roman" w:cs="Times New Roman"/>
          <w:sz w:val="24"/>
          <w:szCs w:val="24"/>
        </w:rPr>
        <w:t>admission</w:t>
      </w:r>
      <w:r>
        <w:rPr>
          <w:rFonts w:ascii="Times New Roman" w:hAnsi="Times New Roman" w:cs="Times New Roman"/>
          <w:sz w:val="24"/>
          <w:szCs w:val="24"/>
        </w:rPr>
        <w:t xml:space="preserve"> </w:t>
      </w:r>
      <w:r w:rsidRPr="00822D0D">
        <w:rPr>
          <w:rFonts w:ascii="Times New Roman" w:hAnsi="Times New Roman" w:cs="Times New Roman"/>
          <w:sz w:val="24"/>
          <w:szCs w:val="24"/>
        </w:rPr>
        <w:t>coordination,</w:t>
      </w:r>
      <w:r>
        <w:rPr>
          <w:rFonts w:ascii="Times New Roman" w:hAnsi="Times New Roman" w:cs="Times New Roman"/>
          <w:sz w:val="24"/>
          <w:szCs w:val="24"/>
        </w:rPr>
        <w:t xml:space="preserve"> </w:t>
      </w:r>
      <w:r w:rsidRPr="00822D0D">
        <w:rPr>
          <w:rFonts w:ascii="Times New Roman" w:hAnsi="Times New Roman" w:cs="Times New Roman"/>
          <w:sz w:val="24"/>
          <w:szCs w:val="24"/>
        </w:rPr>
        <w:t>treatment-planning,</w:t>
      </w:r>
      <w:r>
        <w:rPr>
          <w:rFonts w:ascii="Times New Roman" w:hAnsi="Times New Roman" w:cs="Times New Roman"/>
          <w:sz w:val="24"/>
          <w:szCs w:val="24"/>
        </w:rPr>
        <w:t xml:space="preserve"> </w:t>
      </w:r>
      <w:r w:rsidRPr="00822D0D">
        <w:rPr>
          <w:rFonts w:ascii="Times New Roman" w:hAnsi="Times New Roman" w:cs="Times New Roman"/>
          <w:sz w:val="24"/>
          <w:szCs w:val="24"/>
        </w:rPr>
        <w:t>documentation,</w:t>
      </w:r>
      <w:r>
        <w:rPr>
          <w:rFonts w:ascii="Times New Roman" w:hAnsi="Times New Roman" w:cs="Times New Roman"/>
          <w:sz w:val="24"/>
          <w:szCs w:val="24"/>
        </w:rPr>
        <w:t xml:space="preserve"> </w:t>
      </w:r>
      <w:r w:rsidRPr="00822D0D">
        <w:rPr>
          <w:rFonts w:ascii="Times New Roman" w:hAnsi="Times New Roman" w:cs="Times New Roman"/>
          <w:sz w:val="24"/>
          <w:szCs w:val="24"/>
        </w:rPr>
        <w:t>pre</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post-treatment</w:t>
      </w:r>
      <w:r>
        <w:rPr>
          <w:rFonts w:ascii="Times New Roman" w:hAnsi="Times New Roman" w:cs="Times New Roman"/>
          <w:sz w:val="24"/>
          <w:szCs w:val="24"/>
        </w:rPr>
        <w:t xml:space="preserve"> </w:t>
      </w:r>
      <w:r w:rsidRPr="00822D0D">
        <w:rPr>
          <w:rFonts w:ascii="Times New Roman" w:hAnsi="Times New Roman" w:cs="Times New Roman"/>
          <w:sz w:val="24"/>
          <w:szCs w:val="24"/>
        </w:rPr>
        <w:t>communication,</w:t>
      </w:r>
      <w:r>
        <w:rPr>
          <w:rFonts w:ascii="Times New Roman" w:hAnsi="Times New Roman" w:cs="Times New Roman"/>
          <w:sz w:val="24"/>
          <w:szCs w:val="24"/>
        </w:rPr>
        <w:t xml:space="preserve"> </w:t>
      </w:r>
      <w:r w:rsidRPr="00822D0D">
        <w:rPr>
          <w:rFonts w:ascii="Times New Roman" w:hAnsi="Times New Roman" w:cs="Times New Roman"/>
          <w:sz w:val="24"/>
          <w:szCs w:val="24"/>
        </w:rPr>
        <w:t>interpreter</w:t>
      </w:r>
      <w:r>
        <w:rPr>
          <w:rFonts w:ascii="Times New Roman" w:hAnsi="Times New Roman" w:cs="Times New Roman"/>
          <w:sz w:val="24"/>
          <w:szCs w:val="24"/>
        </w:rPr>
        <w:t xml:space="preserve"> </w:t>
      </w:r>
      <w:r w:rsidRPr="00822D0D">
        <w:rPr>
          <w:rFonts w:ascii="Times New Roman" w:hAnsi="Times New Roman" w:cs="Times New Roman"/>
          <w:sz w:val="24"/>
          <w:szCs w:val="24"/>
        </w:rPr>
        <w:t>arrangements,</w:t>
      </w:r>
      <w:r>
        <w:rPr>
          <w:rFonts w:ascii="Times New Roman" w:hAnsi="Times New Roman" w:cs="Times New Roman"/>
          <w:sz w:val="24"/>
          <w:szCs w:val="24"/>
        </w:rPr>
        <w:t xml:space="preserve"> </w:t>
      </w:r>
      <w:r w:rsidRPr="00822D0D">
        <w:rPr>
          <w:rFonts w:ascii="Times New Roman" w:hAnsi="Times New Roman" w:cs="Times New Roman"/>
          <w:sz w:val="24"/>
          <w:szCs w:val="24"/>
        </w:rPr>
        <w:t>insurance,</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follow-up</w:t>
      </w:r>
      <w:r>
        <w:rPr>
          <w:rFonts w:ascii="Times New Roman" w:hAnsi="Times New Roman" w:cs="Times New Roman"/>
          <w:sz w:val="24"/>
          <w:szCs w:val="24"/>
        </w:rPr>
        <w:t xml:space="preserve"> </w:t>
      </w:r>
      <w:r w:rsidRPr="00822D0D">
        <w:rPr>
          <w:rFonts w:ascii="Times New Roman" w:hAnsi="Times New Roman" w:cs="Times New Roman"/>
          <w:sz w:val="24"/>
          <w:szCs w:val="24"/>
        </w:rPr>
        <w:t>care.</w:t>
      </w:r>
      <w:r>
        <w:rPr>
          <w:rFonts w:ascii="Times New Roman" w:hAnsi="Times New Roman" w:cs="Times New Roman"/>
          <w:sz w:val="24"/>
          <w:szCs w:val="24"/>
        </w:rPr>
        <w:t xml:space="preserve"> </w:t>
      </w:r>
      <w:r w:rsidRPr="00822D0D">
        <w:rPr>
          <w:rFonts w:ascii="Times New Roman" w:hAnsi="Times New Roman" w:cs="Times New Roman"/>
          <w:sz w:val="24"/>
          <w:szCs w:val="24"/>
        </w:rPr>
        <w:t>Hence,</w:t>
      </w:r>
      <w:r>
        <w:rPr>
          <w:rFonts w:ascii="Times New Roman" w:hAnsi="Times New Roman" w:cs="Times New Roman"/>
          <w:sz w:val="24"/>
          <w:szCs w:val="24"/>
        </w:rPr>
        <w:t xml:space="preserve"> </w:t>
      </w:r>
      <w:r w:rsidRPr="00822D0D">
        <w:rPr>
          <w:rFonts w:ascii="Times New Roman" w:hAnsi="Times New Roman" w:cs="Times New Roman"/>
          <w:sz w:val="24"/>
          <w:szCs w:val="24"/>
        </w:rPr>
        <w:t>international</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coordination</w:t>
      </w:r>
      <w:r>
        <w:rPr>
          <w:rFonts w:ascii="Times New Roman" w:hAnsi="Times New Roman" w:cs="Times New Roman"/>
          <w:sz w:val="24"/>
          <w:szCs w:val="24"/>
        </w:rPr>
        <w:t xml:space="preserve"> </w:t>
      </w:r>
      <w:r w:rsidRPr="00822D0D">
        <w:rPr>
          <w:rFonts w:ascii="Times New Roman" w:hAnsi="Times New Roman" w:cs="Times New Roman"/>
          <w:sz w:val="24"/>
          <w:szCs w:val="24"/>
        </w:rPr>
        <w:t>services</w:t>
      </w:r>
      <w:r>
        <w:rPr>
          <w:rFonts w:ascii="Times New Roman" w:hAnsi="Times New Roman" w:cs="Times New Roman"/>
          <w:sz w:val="24"/>
          <w:szCs w:val="24"/>
        </w:rPr>
        <w:t xml:space="preserve"> </w:t>
      </w:r>
      <w:r w:rsidRPr="00822D0D">
        <w:rPr>
          <w:rFonts w:ascii="Times New Roman" w:hAnsi="Times New Roman" w:cs="Times New Roman"/>
          <w:sz w:val="24"/>
          <w:szCs w:val="24"/>
        </w:rPr>
        <w:t>act</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liaison</w:t>
      </w:r>
      <w:r>
        <w:rPr>
          <w:rFonts w:ascii="Times New Roman" w:hAnsi="Times New Roman" w:cs="Times New Roman"/>
          <w:sz w:val="24"/>
          <w:szCs w:val="24"/>
        </w:rPr>
        <w:t xml:space="preserve"> </w:t>
      </w:r>
      <w:r w:rsidRPr="00822D0D">
        <w:rPr>
          <w:rFonts w:ascii="Times New Roman" w:hAnsi="Times New Roman" w:cs="Times New Roman"/>
          <w:sz w:val="24"/>
          <w:szCs w:val="24"/>
        </w:rPr>
        <w:t>between</w:t>
      </w:r>
      <w:r>
        <w:rPr>
          <w:rFonts w:ascii="Times New Roman" w:hAnsi="Times New Roman" w:cs="Times New Roman"/>
          <w:sz w:val="24"/>
          <w:szCs w:val="24"/>
        </w:rPr>
        <w:t xml:space="preserve"> </w:t>
      </w:r>
      <w:r w:rsidRPr="00822D0D">
        <w:rPr>
          <w:rFonts w:ascii="Times New Roman" w:hAnsi="Times New Roman" w:cs="Times New Roman"/>
          <w:sz w:val="24"/>
          <w:szCs w:val="24"/>
        </w:rPr>
        <w:t>hospitals,</w:t>
      </w:r>
      <w:r>
        <w:rPr>
          <w:rFonts w:ascii="Times New Roman" w:hAnsi="Times New Roman" w:cs="Times New Roman"/>
          <w:sz w:val="24"/>
          <w:szCs w:val="24"/>
        </w:rPr>
        <w:t xml:space="preserve"> </w:t>
      </w:r>
      <w:r w:rsidRPr="00822D0D">
        <w:rPr>
          <w:rFonts w:ascii="Times New Roman" w:hAnsi="Times New Roman" w:cs="Times New Roman"/>
          <w:sz w:val="24"/>
          <w:szCs w:val="24"/>
        </w:rPr>
        <w:t>doctors,</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travel</w:t>
      </w:r>
      <w:r>
        <w:rPr>
          <w:rFonts w:ascii="Times New Roman" w:hAnsi="Times New Roman" w:cs="Times New Roman"/>
          <w:sz w:val="24"/>
          <w:szCs w:val="24"/>
        </w:rPr>
        <w:t xml:space="preserve"> </w:t>
      </w:r>
      <w:r w:rsidRPr="00822D0D">
        <w:rPr>
          <w:rFonts w:ascii="Times New Roman" w:hAnsi="Times New Roman" w:cs="Times New Roman"/>
          <w:sz w:val="24"/>
          <w:szCs w:val="24"/>
        </w:rPr>
        <w:t>agents,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other</w:t>
      </w:r>
      <w:r>
        <w:rPr>
          <w:rFonts w:ascii="Times New Roman" w:hAnsi="Times New Roman" w:cs="Times New Roman"/>
          <w:sz w:val="24"/>
          <w:szCs w:val="24"/>
        </w:rPr>
        <w:t xml:space="preserve"> </w:t>
      </w:r>
      <w:r w:rsidRPr="00822D0D">
        <w:rPr>
          <w:rFonts w:ascii="Times New Roman" w:hAnsi="Times New Roman" w:cs="Times New Roman"/>
          <w:sz w:val="24"/>
          <w:szCs w:val="24"/>
        </w:rPr>
        <w:t>relevant</w:t>
      </w:r>
      <w:r>
        <w:rPr>
          <w:rFonts w:ascii="Times New Roman" w:hAnsi="Times New Roman" w:cs="Times New Roman"/>
          <w:sz w:val="24"/>
          <w:szCs w:val="24"/>
        </w:rPr>
        <w:t xml:space="preserve"> </w:t>
      </w:r>
      <w:r w:rsidRPr="00822D0D">
        <w:rPr>
          <w:rFonts w:ascii="Times New Roman" w:hAnsi="Times New Roman" w:cs="Times New Roman"/>
          <w:sz w:val="24"/>
          <w:szCs w:val="24"/>
        </w:rPr>
        <w:t>players</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ensure</w:t>
      </w:r>
      <w:r>
        <w:rPr>
          <w:rFonts w:ascii="Times New Roman" w:hAnsi="Times New Roman" w:cs="Times New Roman"/>
          <w:sz w:val="24"/>
          <w:szCs w:val="24"/>
        </w:rPr>
        <w:t xml:space="preserve"> </w:t>
      </w:r>
      <w:r w:rsidRPr="00822D0D">
        <w:rPr>
          <w:rFonts w:ascii="Times New Roman" w:hAnsi="Times New Roman" w:cs="Times New Roman"/>
          <w:sz w:val="24"/>
          <w:szCs w:val="24"/>
        </w:rPr>
        <w:t>seamless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smooth</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service</w:t>
      </w:r>
      <w:r>
        <w:rPr>
          <w:rFonts w:ascii="Times New Roman" w:hAnsi="Times New Roman" w:cs="Times New Roman"/>
          <w:sz w:val="24"/>
          <w:szCs w:val="24"/>
        </w:rPr>
        <w:t xml:space="preserve"> </w:t>
      </w:r>
      <w:r w:rsidRPr="00822D0D">
        <w:rPr>
          <w:rFonts w:ascii="Times New Roman" w:hAnsi="Times New Roman" w:cs="Times New Roman"/>
          <w:sz w:val="24"/>
          <w:szCs w:val="24"/>
        </w:rPr>
        <w:t>delivery.</w:t>
      </w:r>
    </w:p>
    <w:p w:rsidR="00600AC2" w:rsidRPr="00822D0D" w:rsidRDefault="00600AC2" w:rsidP="00600AC2">
      <w:pPr>
        <w:spacing w:after="240" w:line="360" w:lineRule="auto"/>
        <w:jc w:val="both"/>
        <w:rPr>
          <w:rFonts w:ascii="Times New Roman" w:hAnsi="Times New Roman" w:cs="Times New Roman"/>
          <w:sz w:val="24"/>
          <w:szCs w:val="24"/>
        </w:rPr>
      </w:pPr>
      <w:r w:rsidRPr="00822D0D">
        <w:rPr>
          <w:rFonts w:ascii="Times New Roman" w:hAnsi="Times New Roman" w:cs="Times New Roman"/>
          <w:sz w:val="24"/>
          <w:szCs w:val="24"/>
        </w:rPr>
        <w:t>International</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coordinators</w:t>
      </w:r>
      <w:r>
        <w:rPr>
          <w:rFonts w:ascii="Times New Roman" w:hAnsi="Times New Roman" w:cs="Times New Roman"/>
          <w:sz w:val="24"/>
          <w:szCs w:val="24"/>
        </w:rPr>
        <w:t xml:space="preserve"> </w:t>
      </w:r>
      <w:r w:rsidRPr="00822D0D">
        <w:rPr>
          <w:rFonts w:ascii="Times New Roman" w:hAnsi="Times New Roman" w:cs="Times New Roman"/>
          <w:sz w:val="24"/>
          <w:szCs w:val="24"/>
        </w:rPr>
        <w:t>are</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first</w:t>
      </w:r>
      <w:r>
        <w:rPr>
          <w:rFonts w:ascii="Times New Roman" w:hAnsi="Times New Roman" w:cs="Times New Roman"/>
          <w:sz w:val="24"/>
          <w:szCs w:val="24"/>
        </w:rPr>
        <w:t xml:space="preserve"> </w:t>
      </w:r>
      <w:r w:rsidRPr="00822D0D">
        <w:rPr>
          <w:rFonts w:ascii="Times New Roman" w:hAnsi="Times New Roman" w:cs="Times New Roman"/>
          <w:sz w:val="24"/>
          <w:szCs w:val="24"/>
        </w:rPr>
        <w:t>point</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contact</w:t>
      </w:r>
      <w:r>
        <w:rPr>
          <w:rFonts w:ascii="Times New Roman" w:hAnsi="Times New Roman" w:cs="Times New Roman"/>
          <w:sz w:val="24"/>
          <w:szCs w:val="24"/>
        </w:rPr>
        <w:t xml:space="preserve"> </w:t>
      </w:r>
      <w:r w:rsidRPr="00822D0D">
        <w:rPr>
          <w:rFonts w:ascii="Times New Roman" w:hAnsi="Times New Roman" w:cs="Times New Roman"/>
          <w:sz w:val="24"/>
          <w:szCs w:val="24"/>
        </w:rPr>
        <w:t>for</w:t>
      </w:r>
      <w:r>
        <w:rPr>
          <w:rFonts w:ascii="Times New Roman" w:hAnsi="Times New Roman" w:cs="Times New Roman"/>
          <w:sz w:val="24"/>
          <w:szCs w:val="24"/>
        </w:rPr>
        <w:t xml:space="preserve"> </w:t>
      </w:r>
      <w:r w:rsidRPr="00822D0D">
        <w:rPr>
          <w:rFonts w:ascii="Times New Roman" w:hAnsi="Times New Roman" w:cs="Times New Roman"/>
          <w:sz w:val="24"/>
          <w:szCs w:val="24"/>
        </w:rPr>
        <w:t>all</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needing</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care</w:t>
      </w:r>
      <w:r>
        <w:rPr>
          <w:rFonts w:ascii="Times New Roman" w:hAnsi="Times New Roman" w:cs="Times New Roman"/>
          <w:sz w:val="24"/>
          <w:szCs w:val="24"/>
        </w:rPr>
        <w:t xml:space="preserve"> </w:t>
      </w:r>
      <w:r w:rsidRPr="00822D0D">
        <w:rPr>
          <w:rFonts w:ascii="Times New Roman" w:hAnsi="Times New Roman" w:cs="Times New Roman"/>
          <w:sz w:val="24"/>
          <w:szCs w:val="24"/>
        </w:rPr>
        <w:t>abroad.</w:t>
      </w:r>
      <w:r>
        <w:rPr>
          <w:rFonts w:ascii="Times New Roman" w:hAnsi="Times New Roman" w:cs="Times New Roman"/>
          <w:sz w:val="24"/>
          <w:szCs w:val="24"/>
        </w:rPr>
        <w:t xml:space="preserve"> </w:t>
      </w:r>
      <w:r w:rsidRPr="00822D0D">
        <w:rPr>
          <w:rFonts w:ascii="Times New Roman" w:hAnsi="Times New Roman" w:cs="Times New Roman"/>
          <w:sz w:val="24"/>
          <w:szCs w:val="24"/>
        </w:rPr>
        <w:t>Therefore,</w:t>
      </w:r>
      <w:r>
        <w:rPr>
          <w:rFonts w:ascii="Times New Roman" w:hAnsi="Times New Roman" w:cs="Times New Roman"/>
          <w:sz w:val="24"/>
          <w:szCs w:val="24"/>
        </w:rPr>
        <w:t xml:space="preserve"> </w:t>
      </w:r>
      <w:r w:rsidRPr="00822D0D">
        <w:rPr>
          <w:rFonts w:ascii="Times New Roman" w:hAnsi="Times New Roman" w:cs="Times New Roman"/>
          <w:sz w:val="24"/>
          <w:szCs w:val="24"/>
        </w:rPr>
        <w:t>they</w:t>
      </w:r>
      <w:r>
        <w:rPr>
          <w:rFonts w:ascii="Times New Roman" w:hAnsi="Times New Roman" w:cs="Times New Roman"/>
          <w:sz w:val="24"/>
          <w:szCs w:val="24"/>
        </w:rPr>
        <w:t xml:space="preserve"> </w:t>
      </w:r>
      <w:r w:rsidRPr="00822D0D">
        <w:rPr>
          <w:rFonts w:ascii="Times New Roman" w:hAnsi="Times New Roman" w:cs="Times New Roman"/>
          <w:sz w:val="24"/>
          <w:szCs w:val="24"/>
        </w:rPr>
        <w:t>should</w:t>
      </w:r>
      <w:r>
        <w:rPr>
          <w:rFonts w:ascii="Times New Roman" w:hAnsi="Times New Roman" w:cs="Times New Roman"/>
          <w:sz w:val="24"/>
          <w:szCs w:val="24"/>
        </w:rPr>
        <w:t xml:space="preserve"> </w:t>
      </w:r>
      <w:r w:rsidRPr="00822D0D">
        <w:rPr>
          <w:rFonts w:ascii="Times New Roman" w:hAnsi="Times New Roman" w:cs="Times New Roman"/>
          <w:sz w:val="24"/>
          <w:szCs w:val="24"/>
        </w:rPr>
        <w:t>be</w:t>
      </w:r>
      <w:r>
        <w:rPr>
          <w:rFonts w:ascii="Times New Roman" w:hAnsi="Times New Roman" w:cs="Times New Roman"/>
          <w:sz w:val="24"/>
          <w:szCs w:val="24"/>
        </w:rPr>
        <w:t xml:space="preserve"> </w:t>
      </w:r>
      <w:r w:rsidRPr="00822D0D">
        <w:rPr>
          <w:rFonts w:ascii="Times New Roman" w:hAnsi="Times New Roman" w:cs="Times New Roman"/>
          <w:sz w:val="24"/>
          <w:szCs w:val="24"/>
        </w:rPr>
        <w:t>professional</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empathetic</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deal</w:t>
      </w:r>
      <w:r>
        <w:rPr>
          <w:rFonts w:ascii="Times New Roman" w:hAnsi="Times New Roman" w:cs="Times New Roman"/>
          <w:sz w:val="24"/>
          <w:szCs w:val="24"/>
        </w:rPr>
        <w:t xml:space="preserve"> </w:t>
      </w:r>
      <w:r w:rsidRPr="00822D0D">
        <w:rPr>
          <w:rFonts w:ascii="Times New Roman" w:hAnsi="Times New Roman" w:cs="Times New Roman"/>
          <w:sz w:val="24"/>
          <w:szCs w:val="24"/>
        </w:rPr>
        <w:t>with</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queries,</w:t>
      </w:r>
      <w:r>
        <w:rPr>
          <w:rFonts w:ascii="Times New Roman" w:hAnsi="Times New Roman" w:cs="Times New Roman"/>
          <w:sz w:val="24"/>
          <w:szCs w:val="24"/>
        </w:rPr>
        <w:t xml:space="preserve"> </w:t>
      </w:r>
      <w:r w:rsidRPr="00822D0D">
        <w:rPr>
          <w:rFonts w:ascii="Times New Roman" w:hAnsi="Times New Roman" w:cs="Times New Roman"/>
          <w:sz w:val="24"/>
          <w:szCs w:val="24"/>
        </w:rPr>
        <w:t>resolve</w:t>
      </w:r>
      <w:r>
        <w:rPr>
          <w:rFonts w:ascii="Times New Roman" w:hAnsi="Times New Roman" w:cs="Times New Roman"/>
          <w:sz w:val="24"/>
          <w:szCs w:val="24"/>
        </w:rPr>
        <w:t xml:space="preserve"> </w:t>
      </w:r>
      <w:r w:rsidRPr="00822D0D">
        <w:rPr>
          <w:rFonts w:ascii="Times New Roman" w:hAnsi="Times New Roman" w:cs="Times New Roman"/>
          <w:sz w:val="24"/>
          <w:szCs w:val="24"/>
        </w:rPr>
        <w:t>their</w:t>
      </w:r>
      <w:r>
        <w:rPr>
          <w:rFonts w:ascii="Times New Roman" w:hAnsi="Times New Roman" w:cs="Times New Roman"/>
          <w:sz w:val="24"/>
          <w:szCs w:val="24"/>
        </w:rPr>
        <w:t xml:space="preserve"> </w:t>
      </w:r>
      <w:r w:rsidRPr="00822D0D">
        <w:rPr>
          <w:rFonts w:ascii="Times New Roman" w:hAnsi="Times New Roman" w:cs="Times New Roman"/>
          <w:sz w:val="24"/>
          <w:szCs w:val="24"/>
        </w:rPr>
        <w:t>concerns,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provide</w:t>
      </w:r>
      <w:r>
        <w:rPr>
          <w:rFonts w:ascii="Times New Roman" w:hAnsi="Times New Roman" w:cs="Times New Roman"/>
          <w:sz w:val="24"/>
          <w:szCs w:val="24"/>
        </w:rPr>
        <w:t xml:space="preserve"> </w:t>
      </w:r>
      <w:r w:rsidRPr="00822D0D">
        <w:rPr>
          <w:rFonts w:ascii="Times New Roman" w:hAnsi="Times New Roman" w:cs="Times New Roman"/>
          <w:sz w:val="24"/>
          <w:szCs w:val="24"/>
        </w:rPr>
        <w:t>necessary</w:t>
      </w:r>
      <w:r>
        <w:rPr>
          <w:rFonts w:ascii="Times New Roman" w:hAnsi="Times New Roman" w:cs="Times New Roman"/>
          <w:sz w:val="24"/>
          <w:szCs w:val="24"/>
        </w:rPr>
        <w:t xml:space="preserve"> </w:t>
      </w:r>
      <w:r w:rsidRPr="00822D0D">
        <w:rPr>
          <w:rFonts w:ascii="Times New Roman" w:hAnsi="Times New Roman" w:cs="Times New Roman"/>
          <w:sz w:val="24"/>
          <w:szCs w:val="24"/>
        </w:rPr>
        <w:t>information</w:t>
      </w:r>
      <w:r>
        <w:rPr>
          <w:rFonts w:ascii="Times New Roman" w:hAnsi="Times New Roman" w:cs="Times New Roman"/>
          <w:sz w:val="24"/>
          <w:szCs w:val="24"/>
        </w:rPr>
        <w:t xml:space="preserve"> </w:t>
      </w:r>
      <w:r w:rsidRPr="00822D0D">
        <w:rPr>
          <w:rFonts w:ascii="Times New Roman" w:hAnsi="Times New Roman" w:cs="Times New Roman"/>
          <w:sz w:val="24"/>
          <w:szCs w:val="24"/>
        </w:rPr>
        <w:t>on</w:t>
      </w:r>
      <w:r>
        <w:rPr>
          <w:rFonts w:ascii="Times New Roman" w:hAnsi="Times New Roman" w:cs="Times New Roman"/>
          <w:sz w:val="24"/>
          <w:szCs w:val="24"/>
        </w:rPr>
        <w:t xml:space="preserve"> </w:t>
      </w:r>
      <w:r w:rsidRPr="00822D0D">
        <w:rPr>
          <w:rFonts w:ascii="Times New Roman" w:hAnsi="Times New Roman" w:cs="Times New Roman"/>
          <w:sz w:val="24"/>
          <w:szCs w:val="24"/>
        </w:rPr>
        <w:t>their</w:t>
      </w:r>
      <w:r>
        <w:rPr>
          <w:rFonts w:ascii="Times New Roman" w:hAnsi="Times New Roman" w:cs="Times New Roman"/>
          <w:sz w:val="24"/>
          <w:szCs w:val="24"/>
        </w:rPr>
        <w:t xml:space="preserve"> </w:t>
      </w:r>
      <w:r w:rsidRPr="00822D0D">
        <w:rPr>
          <w:rFonts w:ascii="Times New Roman" w:hAnsi="Times New Roman" w:cs="Times New Roman"/>
          <w:sz w:val="24"/>
          <w:szCs w:val="24"/>
        </w:rPr>
        <w:t>treatment</w:t>
      </w:r>
      <w:r>
        <w:rPr>
          <w:rFonts w:ascii="Times New Roman" w:hAnsi="Times New Roman" w:cs="Times New Roman"/>
          <w:sz w:val="24"/>
          <w:szCs w:val="24"/>
        </w:rPr>
        <w:t xml:space="preserve"> </w:t>
      </w:r>
      <w:r w:rsidRPr="00822D0D">
        <w:rPr>
          <w:rFonts w:ascii="Times New Roman" w:hAnsi="Times New Roman" w:cs="Times New Roman"/>
          <w:sz w:val="24"/>
          <w:szCs w:val="24"/>
        </w:rPr>
        <w:t>plans.</w:t>
      </w:r>
      <w:r>
        <w:rPr>
          <w:rFonts w:ascii="Times New Roman" w:hAnsi="Times New Roman" w:cs="Times New Roman"/>
          <w:sz w:val="24"/>
          <w:szCs w:val="24"/>
        </w:rPr>
        <w:t xml:space="preserve"> </w:t>
      </w:r>
      <w:r w:rsidRPr="00822D0D">
        <w:rPr>
          <w:rFonts w:ascii="Times New Roman" w:hAnsi="Times New Roman" w:cs="Times New Roman"/>
          <w:sz w:val="24"/>
          <w:szCs w:val="24"/>
        </w:rPr>
        <w:t>Thus,</w:t>
      </w:r>
      <w:r>
        <w:rPr>
          <w:rFonts w:ascii="Times New Roman" w:hAnsi="Times New Roman" w:cs="Times New Roman"/>
          <w:sz w:val="24"/>
          <w:szCs w:val="24"/>
        </w:rPr>
        <w:t xml:space="preserve"> </w:t>
      </w:r>
      <w:r w:rsidRPr="00822D0D">
        <w:rPr>
          <w:rFonts w:ascii="Times New Roman" w:hAnsi="Times New Roman" w:cs="Times New Roman"/>
          <w:sz w:val="24"/>
          <w:szCs w:val="24"/>
        </w:rPr>
        <w:t>international</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coordination</w:t>
      </w:r>
      <w:r>
        <w:rPr>
          <w:rFonts w:ascii="Times New Roman" w:hAnsi="Times New Roman" w:cs="Times New Roman"/>
          <w:sz w:val="24"/>
          <w:szCs w:val="24"/>
        </w:rPr>
        <w:t xml:space="preserve"> </w:t>
      </w:r>
      <w:r w:rsidRPr="00822D0D">
        <w:rPr>
          <w:rFonts w:ascii="Times New Roman" w:hAnsi="Times New Roman" w:cs="Times New Roman"/>
          <w:sz w:val="24"/>
          <w:szCs w:val="24"/>
        </w:rPr>
        <w:t>is</w:t>
      </w:r>
      <w:r>
        <w:rPr>
          <w:rFonts w:ascii="Times New Roman" w:hAnsi="Times New Roman" w:cs="Times New Roman"/>
          <w:sz w:val="24"/>
          <w:szCs w:val="24"/>
        </w:rPr>
        <w:t xml:space="preserve"> </w:t>
      </w:r>
      <w:r w:rsidRPr="00822D0D">
        <w:rPr>
          <w:rFonts w:ascii="Times New Roman" w:hAnsi="Times New Roman" w:cs="Times New Roman"/>
          <w:sz w:val="24"/>
          <w:szCs w:val="24"/>
        </w:rPr>
        <w:t>vital</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it</w:t>
      </w:r>
      <w:r>
        <w:rPr>
          <w:rFonts w:ascii="Times New Roman" w:hAnsi="Times New Roman" w:cs="Times New Roman"/>
          <w:sz w:val="24"/>
          <w:szCs w:val="24"/>
        </w:rPr>
        <w:t xml:space="preserve"> </w:t>
      </w:r>
      <w:r w:rsidRPr="00822D0D">
        <w:rPr>
          <w:rFonts w:ascii="Times New Roman" w:hAnsi="Times New Roman" w:cs="Times New Roman"/>
          <w:sz w:val="24"/>
          <w:szCs w:val="24"/>
        </w:rPr>
        <w:t>enhances</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overall</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experience</w:t>
      </w:r>
      <w:r>
        <w:rPr>
          <w:rFonts w:ascii="Times New Roman" w:hAnsi="Times New Roman" w:cs="Times New Roman"/>
          <w:sz w:val="24"/>
          <w:szCs w:val="24"/>
        </w:rPr>
        <w:t xml:space="preserve"> </w:t>
      </w:r>
      <w:r w:rsidRPr="00822D0D">
        <w:rPr>
          <w:rFonts w:ascii="Times New Roman" w:hAnsi="Times New Roman" w:cs="Times New Roman"/>
          <w:sz w:val="24"/>
          <w:szCs w:val="24"/>
        </w:rPr>
        <w:t>by</w:t>
      </w:r>
      <w:r>
        <w:rPr>
          <w:rFonts w:ascii="Times New Roman" w:hAnsi="Times New Roman" w:cs="Times New Roman"/>
          <w:sz w:val="24"/>
          <w:szCs w:val="24"/>
        </w:rPr>
        <w:t xml:space="preserve"> </w:t>
      </w:r>
      <w:r w:rsidRPr="00822D0D">
        <w:rPr>
          <w:rFonts w:ascii="Times New Roman" w:hAnsi="Times New Roman" w:cs="Times New Roman"/>
          <w:sz w:val="24"/>
          <w:szCs w:val="24"/>
        </w:rPr>
        <w:t>providing</w:t>
      </w:r>
      <w:r>
        <w:rPr>
          <w:rFonts w:ascii="Times New Roman" w:hAnsi="Times New Roman" w:cs="Times New Roman"/>
          <w:sz w:val="24"/>
          <w:szCs w:val="24"/>
        </w:rPr>
        <w:t xml:space="preserve"> </w:t>
      </w:r>
      <w:r w:rsidRPr="00822D0D">
        <w:rPr>
          <w:rFonts w:ascii="Times New Roman" w:hAnsi="Times New Roman" w:cs="Times New Roman"/>
          <w:sz w:val="24"/>
          <w:szCs w:val="24"/>
        </w:rPr>
        <w:t>all</w:t>
      </w:r>
      <w:r>
        <w:rPr>
          <w:rFonts w:ascii="Times New Roman" w:hAnsi="Times New Roman" w:cs="Times New Roman"/>
          <w:sz w:val="24"/>
          <w:szCs w:val="24"/>
        </w:rPr>
        <w:t xml:space="preserve"> </w:t>
      </w:r>
      <w:r w:rsidRPr="00822D0D">
        <w:rPr>
          <w:rFonts w:ascii="Times New Roman" w:hAnsi="Times New Roman" w:cs="Times New Roman"/>
          <w:sz w:val="24"/>
          <w:szCs w:val="24"/>
        </w:rPr>
        <w:t>necessary</w:t>
      </w:r>
      <w:r>
        <w:rPr>
          <w:rFonts w:ascii="Times New Roman" w:hAnsi="Times New Roman" w:cs="Times New Roman"/>
          <w:sz w:val="24"/>
          <w:szCs w:val="24"/>
        </w:rPr>
        <w:t xml:space="preserve"> </w:t>
      </w:r>
      <w:r w:rsidRPr="00822D0D">
        <w:rPr>
          <w:rFonts w:ascii="Times New Roman" w:hAnsi="Times New Roman" w:cs="Times New Roman"/>
          <w:sz w:val="24"/>
          <w:szCs w:val="24"/>
        </w:rPr>
        <w:t>support</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ensuring</w:t>
      </w:r>
      <w:r>
        <w:rPr>
          <w:rFonts w:ascii="Times New Roman" w:hAnsi="Times New Roman" w:cs="Times New Roman"/>
          <w:sz w:val="24"/>
          <w:szCs w:val="24"/>
        </w:rPr>
        <w:t xml:space="preserve"> </w:t>
      </w:r>
      <w:r w:rsidRPr="00822D0D">
        <w:rPr>
          <w:rFonts w:ascii="Times New Roman" w:hAnsi="Times New Roman" w:cs="Times New Roman"/>
          <w:sz w:val="24"/>
          <w:szCs w:val="24"/>
        </w:rPr>
        <w:t>excellent</w:t>
      </w:r>
      <w:r>
        <w:rPr>
          <w:rFonts w:ascii="Times New Roman" w:hAnsi="Times New Roman" w:cs="Times New Roman"/>
          <w:sz w:val="24"/>
          <w:szCs w:val="24"/>
        </w:rPr>
        <w:t xml:space="preserve"> </w:t>
      </w:r>
      <w:r w:rsidRPr="00822D0D">
        <w:rPr>
          <w:rFonts w:ascii="Times New Roman" w:hAnsi="Times New Roman" w:cs="Times New Roman"/>
          <w:sz w:val="24"/>
          <w:szCs w:val="24"/>
        </w:rPr>
        <w:t>communication</w:t>
      </w:r>
      <w:r>
        <w:rPr>
          <w:rFonts w:ascii="Times New Roman" w:hAnsi="Times New Roman" w:cs="Times New Roman"/>
          <w:sz w:val="24"/>
          <w:szCs w:val="24"/>
        </w:rPr>
        <w:t xml:space="preserve"> </w:t>
      </w:r>
      <w:r w:rsidRPr="00822D0D">
        <w:rPr>
          <w:rFonts w:ascii="Times New Roman" w:hAnsi="Times New Roman" w:cs="Times New Roman"/>
          <w:sz w:val="24"/>
          <w:szCs w:val="24"/>
        </w:rPr>
        <w:t>throughout</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travel</w:t>
      </w:r>
      <w:r>
        <w:rPr>
          <w:rFonts w:ascii="Times New Roman" w:hAnsi="Times New Roman" w:cs="Times New Roman"/>
          <w:sz w:val="24"/>
          <w:szCs w:val="24"/>
        </w:rPr>
        <w:t xml:space="preserve"> </w:t>
      </w:r>
      <w:r w:rsidRPr="00822D0D">
        <w:rPr>
          <w:rFonts w:ascii="Times New Roman" w:hAnsi="Times New Roman" w:cs="Times New Roman"/>
          <w:sz w:val="24"/>
          <w:szCs w:val="24"/>
        </w:rPr>
        <w:t>experience.</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large</w:t>
      </w:r>
      <w:r>
        <w:rPr>
          <w:rFonts w:ascii="Times New Roman" w:hAnsi="Times New Roman" w:cs="Times New Roman"/>
          <w:sz w:val="24"/>
          <w:szCs w:val="24"/>
        </w:rPr>
        <w:t xml:space="preserve"> </w:t>
      </w:r>
      <w:r w:rsidRPr="00822D0D">
        <w:rPr>
          <w:rFonts w:ascii="Times New Roman" w:hAnsi="Times New Roman" w:cs="Times New Roman"/>
          <w:sz w:val="24"/>
          <w:szCs w:val="24"/>
        </w:rPr>
        <w:t>percentage</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tourists</w:t>
      </w:r>
      <w:r>
        <w:rPr>
          <w:rFonts w:ascii="Times New Roman" w:hAnsi="Times New Roman" w:cs="Times New Roman"/>
          <w:sz w:val="24"/>
          <w:szCs w:val="24"/>
        </w:rPr>
        <w:t xml:space="preserve"> </w:t>
      </w:r>
      <w:r w:rsidRPr="00822D0D">
        <w:rPr>
          <w:rFonts w:ascii="Times New Roman" w:hAnsi="Times New Roman" w:cs="Times New Roman"/>
          <w:sz w:val="24"/>
          <w:szCs w:val="24"/>
        </w:rPr>
        <w:t>are</w:t>
      </w:r>
      <w:r>
        <w:rPr>
          <w:rFonts w:ascii="Times New Roman" w:hAnsi="Times New Roman" w:cs="Times New Roman"/>
          <w:sz w:val="24"/>
          <w:szCs w:val="24"/>
        </w:rPr>
        <w:t xml:space="preserve"> </w:t>
      </w:r>
      <w:r w:rsidRPr="00822D0D">
        <w:rPr>
          <w:rFonts w:ascii="Times New Roman" w:hAnsi="Times New Roman" w:cs="Times New Roman"/>
          <w:sz w:val="24"/>
          <w:szCs w:val="24"/>
        </w:rPr>
        <w:t>foreign</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which</w:t>
      </w:r>
      <w:r>
        <w:rPr>
          <w:rFonts w:ascii="Times New Roman" w:hAnsi="Times New Roman" w:cs="Times New Roman"/>
          <w:sz w:val="24"/>
          <w:szCs w:val="24"/>
        </w:rPr>
        <w:t xml:space="preserve"> </w:t>
      </w:r>
      <w:r w:rsidRPr="00822D0D">
        <w:rPr>
          <w:rFonts w:ascii="Times New Roman" w:hAnsi="Times New Roman" w:cs="Times New Roman"/>
          <w:sz w:val="24"/>
          <w:szCs w:val="24"/>
        </w:rPr>
        <w:t>makes</w:t>
      </w:r>
      <w:r>
        <w:rPr>
          <w:rFonts w:ascii="Times New Roman" w:hAnsi="Times New Roman" w:cs="Times New Roman"/>
          <w:sz w:val="24"/>
          <w:szCs w:val="24"/>
        </w:rPr>
        <w:t xml:space="preserve"> </w:t>
      </w:r>
      <w:r w:rsidRPr="00822D0D">
        <w:rPr>
          <w:rFonts w:ascii="Times New Roman" w:hAnsi="Times New Roman" w:cs="Times New Roman"/>
          <w:sz w:val="24"/>
          <w:szCs w:val="24"/>
        </w:rPr>
        <w:t>it</w:t>
      </w:r>
      <w:r>
        <w:rPr>
          <w:rFonts w:ascii="Times New Roman" w:hAnsi="Times New Roman" w:cs="Times New Roman"/>
          <w:sz w:val="24"/>
          <w:szCs w:val="24"/>
        </w:rPr>
        <w:t xml:space="preserve"> </w:t>
      </w:r>
      <w:r w:rsidRPr="00822D0D">
        <w:rPr>
          <w:rFonts w:ascii="Times New Roman" w:hAnsi="Times New Roman" w:cs="Times New Roman"/>
          <w:sz w:val="24"/>
          <w:szCs w:val="24"/>
        </w:rPr>
        <w:t>mandatory</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provide</w:t>
      </w:r>
      <w:r>
        <w:rPr>
          <w:rFonts w:ascii="Times New Roman" w:hAnsi="Times New Roman" w:cs="Times New Roman"/>
          <w:sz w:val="24"/>
          <w:szCs w:val="24"/>
        </w:rPr>
        <w:t xml:space="preserve"> </w:t>
      </w:r>
      <w:r w:rsidRPr="00822D0D">
        <w:rPr>
          <w:rFonts w:ascii="Times New Roman" w:hAnsi="Times New Roman" w:cs="Times New Roman"/>
          <w:sz w:val="24"/>
          <w:szCs w:val="24"/>
        </w:rPr>
        <w:t>them</w:t>
      </w:r>
      <w:r>
        <w:rPr>
          <w:rFonts w:ascii="Times New Roman" w:hAnsi="Times New Roman" w:cs="Times New Roman"/>
          <w:sz w:val="24"/>
          <w:szCs w:val="24"/>
        </w:rPr>
        <w:t xml:space="preserve"> </w:t>
      </w:r>
      <w:r w:rsidRPr="00822D0D">
        <w:rPr>
          <w:rFonts w:ascii="Times New Roman" w:hAnsi="Times New Roman" w:cs="Times New Roman"/>
          <w:sz w:val="24"/>
          <w:szCs w:val="24"/>
        </w:rPr>
        <w:t>with</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high</w:t>
      </w:r>
      <w:r>
        <w:rPr>
          <w:rFonts w:ascii="Times New Roman" w:hAnsi="Times New Roman" w:cs="Times New Roman"/>
          <w:sz w:val="24"/>
          <w:szCs w:val="24"/>
        </w:rPr>
        <w:t xml:space="preserve"> </w:t>
      </w:r>
      <w:r w:rsidRPr="00822D0D">
        <w:rPr>
          <w:rFonts w:ascii="Times New Roman" w:hAnsi="Times New Roman" w:cs="Times New Roman"/>
          <w:sz w:val="24"/>
          <w:szCs w:val="24"/>
        </w:rPr>
        <w:t>level</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comfort</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convenience</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they</w:t>
      </w:r>
      <w:r>
        <w:rPr>
          <w:rFonts w:ascii="Times New Roman" w:hAnsi="Times New Roman" w:cs="Times New Roman"/>
          <w:sz w:val="24"/>
          <w:szCs w:val="24"/>
        </w:rPr>
        <w:t xml:space="preserve"> </w:t>
      </w:r>
      <w:r w:rsidRPr="00822D0D">
        <w:rPr>
          <w:rFonts w:ascii="Times New Roman" w:hAnsi="Times New Roman" w:cs="Times New Roman"/>
          <w:sz w:val="24"/>
          <w:szCs w:val="24"/>
        </w:rPr>
        <w:t>are</w:t>
      </w:r>
      <w:r>
        <w:rPr>
          <w:rFonts w:ascii="Times New Roman" w:hAnsi="Times New Roman" w:cs="Times New Roman"/>
          <w:sz w:val="24"/>
          <w:szCs w:val="24"/>
        </w:rPr>
        <w:t xml:space="preserve"> </w:t>
      </w:r>
      <w:r w:rsidRPr="00822D0D">
        <w:rPr>
          <w:rFonts w:ascii="Times New Roman" w:hAnsi="Times New Roman" w:cs="Times New Roman"/>
          <w:sz w:val="24"/>
          <w:szCs w:val="24"/>
        </w:rPr>
        <w:t>not</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familiar</w:t>
      </w:r>
      <w:r>
        <w:rPr>
          <w:rFonts w:ascii="Times New Roman" w:hAnsi="Times New Roman" w:cs="Times New Roman"/>
          <w:sz w:val="24"/>
          <w:szCs w:val="24"/>
        </w:rPr>
        <w:t xml:space="preserve"> </w:t>
      </w:r>
      <w:r w:rsidRPr="00822D0D">
        <w:rPr>
          <w:rFonts w:ascii="Times New Roman" w:hAnsi="Times New Roman" w:cs="Times New Roman"/>
          <w:sz w:val="24"/>
          <w:szCs w:val="24"/>
        </w:rPr>
        <w:t>with</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local</w:t>
      </w:r>
      <w:r>
        <w:rPr>
          <w:rFonts w:ascii="Times New Roman" w:hAnsi="Times New Roman" w:cs="Times New Roman"/>
          <w:sz w:val="24"/>
          <w:szCs w:val="24"/>
        </w:rPr>
        <w:t xml:space="preserve"> </w:t>
      </w:r>
      <w:r w:rsidRPr="00822D0D">
        <w:rPr>
          <w:rFonts w:ascii="Times New Roman" w:hAnsi="Times New Roman" w:cs="Times New Roman"/>
          <w:sz w:val="24"/>
          <w:szCs w:val="24"/>
        </w:rPr>
        <w:t>environment</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much</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locals.</w:t>
      </w:r>
    </w:p>
    <w:p w:rsidR="00600AC2" w:rsidRPr="00822D0D" w:rsidRDefault="00600AC2" w:rsidP="00600AC2">
      <w:pPr>
        <w:spacing w:after="240" w:line="360" w:lineRule="auto"/>
        <w:jc w:val="both"/>
        <w:rPr>
          <w:rFonts w:ascii="Times New Roman" w:hAnsi="Times New Roman" w:cs="Times New Roman"/>
          <w:sz w:val="24"/>
          <w:szCs w:val="24"/>
        </w:rPr>
      </w:pP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recent</w:t>
      </w:r>
      <w:r>
        <w:rPr>
          <w:rFonts w:ascii="Times New Roman" w:hAnsi="Times New Roman" w:cs="Times New Roman"/>
          <w:sz w:val="24"/>
          <w:szCs w:val="24"/>
        </w:rPr>
        <w:t xml:space="preserve"> </w:t>
      </w:r>
      <w:r w:rsidRPr="00822D0D">
        <w:rPr>
          <w:rFonts w:ascii="Times New Roman" w:hAnsi="Times New Roman" w:cs="Times New Roman"/>
          <w:sz w:val="24"/>
          <w:szCs w:val="24"/>
        </w:rPr>
        <w:t>times,</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institutions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providers</w:t>
      </w:r>
      <w:r>
        <w:rPr>
          <w:rFonts w:ascii="Times New Roman" w:hAnsi="Times New Roman" w:cs="Times New Roman"/>
          <w:sz w:val="24"/>
          <w:szCs w:val="24"/>
        </w:rPr>
        <w:t xml:space="preserve"> </w:t>
      </w:r>
      <w:r w:rsidRPr="00822D0D">
        <w:rPr>
          <w:rFonts w:ascii="Times New Roman" w:hAnsi="Times New Roman" w:cs="Times New Roman"/>
          <w:sz w:val="24"/>
          <w:szCs w:val="24"/>
        </w:rPr>
        <w:t>understand</w:t>
      </w:r>
      <w:r>
        <w:rPr>
          <w:rFonts w:ascii="Times New Roman" w:hAnsi="Times New Roman" w:cs="Times New Roman"/>
          <w:sz w:val="24"/>
          <w:szCs w:val="24"/>
        </w:rPr>
        <w:t xml:space="preserve"> </w:t>
      </w:r>
      <w:r w:rsidRPr="00822D0D">
        <w:rPr>
          <w:rFonts w:ascii="Times New Roman" w:hAnsi="Times New Roman" w:cs="Times New Roman"/>
          <w:sz w:val="24"/>
          <w:szCs w:val="24"/>
        </w:rPr>
        <w:t>that</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satisfaction</w:t>
      </w:r>
      <w:r>
        <w:rPr>
          <w:rFonts w:ascii="Times New Roman" w:hAnsi="Times New Roman" w:cs="Times New Roman"/>
          <w:sz w:val="24"/>
          <w:szCs w:val="24"/>
        </w:rPr>
        <w:t xml:space="preserve"> </w:t>
      </w:r>
      <w:r w:rsidRPr="00822D0D">
        <w:rPr>
          <w:rFonts w:ascii="Times New Roman" w:hAnsi="Times New Roman" w:cs="Times New Roman"/>
          <w:sz w:val="24"/>
          <w:szCs w:val="24"/>
        </w:rPr>
        <w:t>with</w:t>
      </w:r>
      <w:r>
        <w:rPr>
          <w:rFonts w:ascii="Times New Roman" w:hAnsi="Times New Roman" w:cs="Times New Roman"/>
          <w:sz w:val="24"/>
          <w:szCs w:val="24"/>
        </w:rPr>
        <w:t xml:space="preserve"> </w:t>
      </w:r>
      <w:r w:rsidRPr="00822D0D">
        <w:rPr>
          <w:rFonts w:ascii="Times New Roman" w:hAnsi="Times New Roman" w:cs="Times New Roman"/>
          <w:sz w:val="24"/>
          <w:szCs w:val="24"/>
        </w:rPr>
        <w:t>their</w:t>
      </w:r>
      <w:r>
        <w:rPr>
          <w:rFonts w:ascii="Times New Roman" w:hAnsi="Times New Roman" w:cs="Times New Roman"/>
          <w:sz w:val="24"/>
          <w:szCs w:val="24"/>
        </w:rPr>
        <w:t xml:space="preserve"> </w:t>
      </w:r>
      <w:r w:rsidRPr="00822D0D">
        <w:rPr>
          <w:rFonts w:ascii="Times New Roman" w:hAnsi="Times New Roman" w:cs="Times New Roman"/>
          <w:sz w:val="24"/>
          <w:szCs w:val="24"/>
        </w:rPr>
        <w:t>care</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services</w:t>
      </w:r>
      <w:r>
        <w:rPr>
          <w:rFonts w:ascii="Times New Roman" w:hAnsi="Times New Roman" w:cs="Times New Roman"/>
          <w:sz w:val="24"/>
          <w:szCs w:val="24"/>
        </w:rPr>
        <w:t xml:space="preserve"> </w:t>
      </w:r>
      <w:r w:rsidRPr="00822D0D">
        <w:rPr>
          <w:rFonts w:ascii="Times New Roman" w:hAnsi="Times New Roman" w:cs="Times New Roman"/>
          <w:sz w:val="24"/>
          <w:szCs w:val="24"/>
        </w:rPr>
        <w:t>is</w:t>
      </w:r>
      <w:r>
        <w:rPr>
          <w:rFonts w:ascii="Times New Roman" w:hAnsi="Times New Roman" w:cs="Times New Roman"/>
          <w:sz w:val="24"/>
          <w:szCs w:val="24"/>
        </w:rPr>
        <w:t xml:space="preserve"> </w:t>
      </w:r>
      <w:r w:rsidRPr="00822D0D">
        <w:rPr>
          <w:rFonts w:ascii="Times New Roman" w:hAnsi="Times New Roman" w:cs="Times New Roman"/>
          <w:sz w:val="24"/>
          <w:szCs w:val="24"/>
        </w:rPr>
        <w:t>key</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enhancing</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822D0D">
        <w:rPr>
          <w:rFonts w:ascii="Times New Roman" w:hAnsi="Times New Roman" w:cs="Times New Roman"/>
          <w:sz w:val="24"/>
          <w:szCs w:val="24"/>
        </w:rPr>
        <w:t>organization‗s</w:t>
      </w:r>
      <w:proofErr w:type="spellEnd"/>
      <w:r>
        <w:rPr>
          <w:rFonts w:ascii="Times New Roman" w:hAnsi="Times New Roman" w:cs="Times New Roman"/>
          <w:sz w:val="24"/>
          <w:szCs w:val="24"/>
        </w:rPr>
        <w:t xml:space="preserve"> </w:t>
      </w:r>
      <w:r w:rsidRPr="00822D0D">
        <w:rPr>
          <w:rFonts w:ascii="Times New Roman" w:hAnsi="Times New Roman" w:cs="Times New Roman"/>
          <w:sz w:val="24"/>
          <w:szCs w:val="24"/>
        </w:rPr>
        <w:t>reputation</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brand</w:t>
      </w:r>
      <w:r>
        <w:rPr>
          <w:rFonts w:ascii="Times New Roman" w:hAnsi="Times New Roman" w:cs="Times New Roman"/>
          <w:sz w:val="24"/>
          <w:szCs w:val="24"/>
        </w:rPr>
        <w:t xml:space="preserve"> </w:t>
      </w:r>
      <w:r w:rsidRPr="00822D0D">
        <w:rPr>
          <w:rFonts w:ascii="Times New Roman" w:hAnsi="Times New Roman" w:cs="Times New Roman"/>
          <w:sz w:val="24"/>
          <w:szCs w:val="24"/>
        </w:rPr>
        <w:t>image,</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well</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sustaining</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competitive</w:t>
      </w:r>
      <w:r>
        <w:rPr>
          <w:rFonts w:ascii="Times New Roman" w:hAnsi="Times New Roman" w:cs="Times New Roman"/>
          <w:sz w:val="24"/>
          <w:szCs w:val="24"/>
        </w:rPr>
        <w:t xml:space="preserve"> </w:t>
      </w:r>
      <w:r w:rsidRPr="00822D0D">
        <w:rPr>
          <w:rFonts w:ascii="Times New Roman" w:hAnsi="Times New Roman" w:cs="Times New Roman"/>
          <w:sz w:val="24"/>
          <w:szCs w:val="24"/>
        </w:rPr>
        <w:t>advantage</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industry.</w:t>
      </w:r>
      <w:r>
        <w:rPr>
          <w:rFonts w:ascii="Times New Roman" w:hAnsi="Times New Roman" w:cs="Times New Roman"/>
          <w:sz w:val="24"/>
          <w:szCs w:val="24"/>
        </w:rPr>
        <w:t xml:space="preserve"> </w:t>
      </w:r>
      <w:r w:rsidRPr="00822D0D">
        <w:rPr>
          <w:rFonts w:ascii="Times New Roman" w:hAnsi="Times New Roman" w:cs="Times New Roman"/>
          <w:sz w:val="24"/>
          <w:szCs w:val="24"/>
        </w:rPr>
        <w:t>Thus,</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experience</w:t>
      </w:r>
      <w:r>
        <w:rPr>
          <w:rFonts w:ascii="Times New Roman" w:hAnsi="Times New Roman" w:cs="Times New Roman"/>
          <w:sz w:val="24"/>
          <w:szCs w:val="24"/>
        </w:rPr>
        <w:t xml:space="preserve"> </w:t>
      </w:r>
      <w:r w:rsidRPr="00822D0D">
        <w:rPr>
          <w:rFonts w:ascii="Times New Roman" w:hAnsi="Times New Roman" w:cs="Times New Roman"/>
          <w:sz w:val="24"/>
          <w:szCs w:val="24"/>
        </w:rPr>
        <w:t>has</w:t>
      </w:r>
      <w:r>
        <w:rPr>
          <w:rFonts w:ascii="Times New Roman" w:hAnsi="Times New Roman" w:cs="Times New Roman"/>
          <w:sz w:val="24"/>
          <w:szCs w:val="24"/>
        </w:rPr>
        <w:t xml:space="preserve"> </w:t>
      </w:r>
      <w:r w:rsidRPr="00822D0D">
        <w:rPr>
          <w:rFonts w:ascii="Times New Roman" w:hAnsi="Times New Roman" w:cs="Times New Roman"/>
          <w:sz w:val="24"/>
          <w:szCs w:val="24"/>
        </w:rPr>
        <w:t>become</w:t>
      </w:r>
      <w:r>
        <w:rPr>
          <w:rFonts w:ascii="Times New Roman" w:hAnsi="Times New Roman" w:cs="Times New Roman"/>
          <w:sz w:val="24"/>
          <w:szCs w:val="24"/>
        </w:rPr>
        <w:t xml:space="preserve"> </w:t>
      </w:r>
      <w:r w:rsidRPr="00822D0D">
        <w:rPr>
          <w:rFonts w:ascii="Times New Roman" w:hAnsi="Times New Roman" w:cs="Times New Roman"/>
          <w:sz w:val="24"/>
          <w:szCs w:val="24"/>
        </w:rPr>
        <w:t>more</w:t>
      </w:r>
      <w:r>
        <w:rPr>
          <w:rFonts w:ascii="Times New Roman" w:hAnsi="Times New Roman" w:cs="Times New Roman"/>
          <w:sz w:val="24"/>
          <w:szCs w:val="24"/>
        </w:rPr>
        <w:t xml:space="preserve"> </w:t>
      </w:r>
      <w:r w:rsidRPr="00822D0D">
        <w:rPr>
          <w:rFonts w:ascii="Times New Roman" w:hAnsi="Times New Roman" w:cs="Times New Roman"/>
          <w:sz w:val="24"/>
          <w:szCs w:val="24"/>
        </w:rPr>
        <w:t>important</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is</w:t>
      </w:r>
      <w:r>
        <w:rPr>
          <w:rFonts w:ascii="Times New Roman" w:hAnsi="Times New Roman" w:cs="Times New Roman"/>
          <w:sz w:val="24"/>
          <w:szCs w:val="24"/>
        </w:rPr>
        <w:t xml:space="preserve"> </w:t>
      </w:r>
      <w:r w:rsidRPr="00822D0D">
        <w:rPr>
          <w:rFonts w:ascii="Times New Roman" w:hAnsi="Times New Roman" w:cs="Times New Roman"/>
          <w:sz w:val="24"/>
          <w:szCs w:val="24"/>
        </w:rPr>
        <w:t>increasingly</w:t>
      </w:r>
      <w:r>
        <w:rPr>
          <w:rFonts w:ascii="Times New Roman" w:hAnsi="Times New Roman" w:cs="Times New Roman"/>
          <w:sz w:val="24"/>
          <w:szCs w:val="24"/>
        </w:rPr>
        <w:t xml:space="preserve"> </w:t>
      </w:r>
      <w:r w:rsidRPr="00822D0D">
        <w:rPr>
          <w:rFonts w:ascii="Times New Roman" w:hAnsi="Times New Roman" w:cs="Times New Roman"/>
          <w:sz w:val="24"/>
          <w:szCs w:val="24"/>
        </w:rPr>
        <w:t>being</w:t>
      </w:r>
      <w:r>
        <w:rPr>
          <w:rFonts w:ascii="Times New Roman" w:hAnsi="Times New Roman" w:cs="Times New Roman"/>
          <w:sz w:val="24"/>
          <w:szCs w:val="24"/>
        </w:rPr>
        <w:t xml:space="preserve"> </w:t>
      </w:r>
      <w:r w:rsidRPr="00822D0D">
        <w:rPr>
          <w:rFonts w:ascii="Times New Roman" w:hAnsi="Times New Roman" w:cs="Times New Roman"/>
          <w:sz w:val="24"/>
          <w:szCs w:val="24"/>
        </w:rPr>
        <w:t>considered</w:t>
      </w:r>
      <w:r>
        <w:rPr>
          <w:rFonts w:ascii="Times New Roman" w:hAnsi="Times New Roman" w:cs="Times New Roman"/>
          <w:sz w:val="24"/>
          <w:szCs w:val="24"/>
        </w:rPr>
        <w:t xml:space="preserve"> </w:t>
      </w:r>
      <w:r w:rsidRPr="00822D0D">
        <w:rPr>
          <w:rFonts w:ascii="Times New Roman" w:hAnsi="Times New Roman" w:cs="Times New Roman"/>
          <w:sz w:val="24"/>
          <w:szCs w:val="24"/>
        </w:rPr>
        <w:t>as</w:t>
      </w:r>
      <w:r>
        <w:rPr>
          <w:rFonts w:ascii="Times New Roman" w:hAnsi="Times New Roman" w:cs="Times New Roman"/>
          <w:sz w:val="24"/>
          <w:szCs w:val="24"/>
        </w:rPr>
        <w:t xml:space="preserve"> </w:t>
      </w:r>
      <w:r w:rsidRPr="00822D0D">
        <w:rPr>
          <w:rFonts w:ascii="Times New Roman" w:hAnsi="Times New Roman" w:cs="Times New Roman"/>
          <w:sz w:val="24"/>
          <w:szCs w:val="24"/>
        </w:rPr>
        <w:t>an</w:t>
      </w:r>
      <w:r>
        <w:rPr>
          <w:rFonts w:ascii="Times New Roman" w:hAnsi="Times New Roman" w:cs="Times New Roman"/>
          <w:sz w:val="24"/>
          <w:szCs w:val="24"/>
        </w:rPr>
        <w:t xml:space="preserve"> </w:t>
      </w:r>
      <w:r w:rsidRPr="00822D0D">
        <w:rPr>
          <w:rFonts w:ascii="Times New Roman" w:hAnsi="Times New Roman" w:cs="Times New Roman"/>
          <w:sz w:val="24"/>
          <w:szCs w:val="24"/>
        </w:rPr>
        <w:t>integral</w:t>
      </w:r>
      <w:r>
        <w:rPr>
          <w:rFonts w:ascii="Times New Roman" w:hAnsi="Times New Roman" w:cs="Times New Roman"/>
          <w:sz w:val="24"/>
          <w:szCs w:val="24"/>
        </w:rPr>
        <w:t xml:space="preserve"> </w:t>
      </w:r>
      <w:r w:rsidRPr="00822D0D">
        <w:rPr>
          <w:rFonts w:ascii="Times New Roman" w:hAnsi="Times New Roman" w:cs="Times New Roman"/>
          <w:sz w:val="24"/>
          <w:szCs w:val="24"/>
        </w:rPr>
        <w:t>element</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value-based</w:t>
      </w:r>
      <w:r>
        <w:rPr>
          <w:rFonts w:ascii="Times New Roman" w:hAnsi="Times New Roman" w:cs="Times New Roman"/>
          <w:sz w:val="24"/>
          <w:szCs w:val="24"/>
        </w:rPr>
        <w:t xml:space="preserve"> </w:t>
      </w:r>
      <w:r w:rsidRPr="00822D0D">
        <w:rPr>
          <w:rFonts w:ascii="Times New Roman" w:hAnsi="Times New Roman" w:cs="Times New Roman"/>
          <w:sz w:val="24"/>
          <w:szCs w:val="24"/>
        </w:rPr>
        <w:t>care.</w:t>
      </w:r>
      <w:r>
        <w:rPr>
          <w:rFonts w:ascii="Times New Roman" w:hAnsi="Times New Roman" w:cs="Times New Roman"/>
          <w:sz w:val="24"/>
          <w:szCs w:val="24"/>
        </w:rPr>
        <w:t xml:space="preserve"> </w:t>
      </w:r>
      <w:r w:rsidRPr="00822D0D">
        <w:rPr>
          <w:rFonts w:ascii="Times New Roman" w:hAnsi="Times New Roman" w:cs="Times New Roman"/>
          <w:sz w:val="24"/>
          <w:szCs w:val="24"/>
        </w:rPr>
        <w:t>Hospitals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other</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providers</w:t>
      </w:r>
      <w:r>
        <w:rPr>
          <w:rFonts w:ascii="Times New Roman" w:hAnsi="Times New Roman" w:cs="Times New Roman"/>
          <w:sz w:val="24"/>
          <w:szCs w:val="24"/>
        </w:rPr>
        <w:t xml:space="preserve"> </w:t>
      </w:r>
      <w:r w:rsidRPr="00822D0D">
        <w:rPr>
          <w:rFonts w:ascii="Times New Roman" w:hAnsi="Times New Roman" w:cs="Times New Roman"/>
          <w:sz w:val="24"/>
          <w:szCs w:val="24"/>
        </w:rPr>
        <w:t>are</w:t>
      </w:r>
      <w:r>
        <w:rPr>
          <w:rFonts w:ascii="Times New Roman" w:hAnsi="Times New Roman" w:cs="Times New Roman"/>
          <w:sz w:val="24"/>
          <w:szCs w:val="24"/>
        </w:rPr>
        <w:t xml:space="preserve"> </w:t>
      </w:r>
      <w:r w:rsidRPr="00822D0D">
        <w:rPr>
          <w:rFonts w:ascii="Times New Roman" w:hAnsi="Times New Roman" w:cs="Times New Roman"/>
          <w:sz w:val="24"/>
          <w:szCs w:val="24"/>
        </w:rPr>
        <w:t>now</w:t>
      </w:r>
      <w:r>
        <w:rPr>
          <w:rFonts w:ascii="Times New Roman" w:hAnsi="Times New Roman" w:cs="Times New Roman"/>
          <w:sz w:val="24"/>
          <w:szCs w:val="24"/>
        </w:rPr>
        <w:t xml:space="preserve"> </w:t>
      </w:r>
      <w:r w:rsidRPr="00822D0D">
        <w:rPr>
          <w:rFonts w:ascii="Times New Roman" w:hAnsi="Times New Roman" w:cs="Times New Roman"/>
          <w:sz w:val="24"/>
          <w:szCs w:val="24"/>
        </w:rPr>
        <w:t>investing</w:t>
      </w:r>
      <w:r>
        <w:rPr>
          <w:rFonts w:ascii="Times New Roman" w:hAnsi="Times New Roman" w:cs="Times New Roman"/>
          <w:sz w:val="24"/>
          <w:szCs w:val="24"/>
        </w:rPr>
        <w:t xml:space="preserve"> </w:t>
      </w:r>
      <w:r w:rsidRPr="00822D0D">
        <w:rPr>
          <w:rFonts w:ascii="Times New Roman" w:hAnsi="Times New Roman" w:cs="Times New Roman"/>
          <w:sz w:val="24"/>
          <w:szCs w:val="24"/>
        </w:rPr>
        <w:t>more</w:t>
      </w:r>
      <w:r>
        <w:rPr>
          <w:rFonts w:ascii="Times New Roman" w:hAnsi="Times New Roman" w:cs="Times New Roman"/>
          <w:sz w:val="24"/>
          <w:szCs w:val="24"/>
        </w:rPr>
        <w:t xml:space="preserve"> </w:t>
      </w:r>
      <w:r w:rsidRPr="00822D0D">
        <w:rPr>
          <w:rFonts w:ascii="Times New Roman" w:hAnsi="Times New Roman" w:cs="Times New Roman"/>
          <w:sz w:val="24"/>
          <w:szCs w:val="24"/>
        </w:rPr>
        <w:t>resources</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ensuring</w:t>
      </w:r>
      <w:r>
        <w:rPr>
          <w:rFonts w:ascii="Times New Roman" w:hAnsi="Times New Roman" w:cs="Times New Roman"/>
          <w:sz w:val="24"/>
          <w:szCs w:val="24"/>
        </w:rPr>
        <w:t xml:space="preserve"> </w:t>
      </w:r>
      <w:r w:rsidRPr="00822D0D">
        <w:rPr>
          <w:rFonts w:ascii="Times New Roman" w:hAnsi="Times New Roman" w:cs="Times New Roman"/>
          <w:sz w:val="24"/>
          <w:szCs w:val="24"/>
        </w:rPr>
        <w:t>that</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receive</w:t>
      </w:r>
      <w:r>
        <w:rPr>
          <w:rFonts w:ascii="Times New Roman" w:hAnsi="Times New Roman" w:cs="Times New Roman"/>
          <w:sz w:val="24"/>
          <w:szCs w:val="24"/>
        </w:rPr>
        <w:t xml:space="preserve"> </w:t>
      </w:r>
      <w:r w:rsidRPr="00822D0D">
        <w:rPr>
          <w:rFonts w:ascii="Times New Roman" w:hAnsi="Times New Roman" w:cs="Times New Roman"/>
          <w:sz w:val="24"/>
          <w:szCs w:val="24"/>
        </w:rPr>
        <w:t>better</w:t>
      </w:r>
      <w:r>
        <w:rPr>
          <w:rFonts w:ascii="Times New Roman" w:hAnsi="Times New Roman" w:cs="Times New Roman"/>
          <w:sz w:val="24"/>
          <w:szCs w:val="24"/>
        </w:rPr>
        <w:t xml:space="preserve"> </w:t>
      </w:r>
      <w:r w:rsidRPr="00822D0D">
        <w:rPr>
          <w:rFonts w:ascii="Times New Roman" w:hAnsi="Times New Roman" w:cs="Times New Roman"/>
          <w:sz w:val="24"/>
          <w:szCs w:val="24"/>
        </w:rPr>
        <w:t>services</w:t>
      </w:r>
      <w:r>
        <w:rPr>
          <w:rFonts w:ascii="Times New Roman" w:hAnsi="Times New Roman" w:cs="Times New Roman"/>
          <w:sz w:val="24"/>
          <w:szCs w:val="24"/>
        </w:rPr>
        <w:t xml:space="preserve"> </w:t>
      </w:r>
      <w:r w:rsidRPr="00822D0D">
        <w:rPr>
          <w:rFonts w:ascii="Times New Roman" w:hAnsi="Times New Roman" w:cs="Times New Roman"/>
          <w:sz w:val="24"/>
          <w:szCs w:val="24"/>
        </w:rPr>
        <w:t>before,</w:t>
      </w:r>
      <w:r>
        <w:rPr>
          <w:rFonts w:ascii="Times New Roman" w:hAnsi="Times New Roman" w:cs="Times New Roman"/>
          <w:sz w:val="24"/>
          <w:szCs w:val="24"/>
        </w:rPr>
        <w:t xml:space="preserve"> </w:t>
      </w:r>
      <w:r w:rsidRPr="00822D0D">
        <w:rPr>
          <w:rFonts w:ascii="Times New Roman" w:hAnsi="Times New Roman" w:cs="Times New Roman"/>
          <w:sz w:val="24"/>
          <w:szCs w:val="24"/>
        </w:rPr>
        <w:t>during,</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after</w:t>
      </w:r>
      <w:r>
        <w:rPr>
          <w:rFonts w:ascii="Times New Roman" w:hAnsi="Times New Roman" w:cs="Times New Roman"/>
          <w:sz w:val="24"/>
          <w:szCs w:val="24"/>
        </w:rPr>
        <w:t xml:space="preserve"> </w:t>
      </w:r>
      <w:r w:rsidRPr="00822D0D">
        <w:rPr>
          <w:rFonts w:ascii="Times New Roman" w:hAnsi="Times New Roman" w:cs="Times New Roman"/>
          <w:sz w:val="24"/>
          <w:szCs w:val="24"/>
        </w:rPr>
        <w:t>their</w:t>
      </w:r>
      <w:r>
        <w:rPr>
          <w:rFonts w:ascii="Times New Roman" w:hAnsi="Times New Roman" w:cs="Times New Roman"/>
          <w:sz w:val="24"/>
          <w:szCs w:val="24"/>
        </w:rPr>
        <w:t xml:space="preserve"> </w:t>
      </w:r>
      <w:r w:rsidRPr="00822D0D">
        <w:rPr>
          <w:rFonts w:ascii="Times New Roman" w:hAnsi="Times New Roman" w:cs="Times New Roman"/>
          <w:sz w:val="24"/>
          <w:szCs w:val="24"/>
        </w:rPr>
        <w:t>treatment</w:t>
      </w:r>
      <w:r>
        <w:rPr>
          <w:rFonts w:ascii="Times New Roman" w:hAnsi="Times New Roman" w:cs="Times New Roman"/>
          <w:sz w:val="24"/>
          <w:szCs w:val="24"/>
        </w:rPr>
        <w:t xml:space="preserve"> </w:t>
      </w:r>
      <w:r w:rsidRPr="00822D0D">
        <w:rPr>
          <w:rFonts w:ascii="Times New Roman" w:hAnsi="Times New Roman" w:cs="Times New Roman"/>
          <w:sz w:val="24"/>
          <w:szCs w:val="24"/>
        </w:rPr>
        <w:t>with</w:t>
      </w:r>
      <w:r>
        <w:rPr>
          <w:rFonts w:ascii="Times New Roman" w:hAnsi="Times New Roman" w:cs="Times New Roman"/>
          <w:sz w:val="24"/>
          <w:szCs w:val="24"/>
        </w:rPr>
        <w:t xml:space="preserve"> </w:t>
      </w:r>
      <w:r w:rsidRPr="00822D0D">
        <w:rPr>
          <w:rFonts w:ascii="Times New Roman" w:hAnsi="Times New Roman" w:cs="Times New Roman"/>
          <w:sz w:val="24"/>
          <w:szCs w:val="24"/>
        </w:rPr>
        <w:t>them.</w:t>
      </w:r>
      <w:r>
        <w:rPr>
          <w:rFonts w:ascii="Times New Roman" w:hAnsi="Times New Roman" w:cs="Times New Roman"/>
          <w:sz w:val="24"/>
          <w:szCs w:val="24"/>
        </w:rPr>
        <w:t xml:space="preserve"> </w:t>
      </w:r>
      <w:r w:rsidRPr="00822D0D">
        <w:rPr>
          <w:rFonts w:ascii="Times New Roman" w:hAnsi="Times New Roman" w:cs="Times New Roman"/>
          <w:sz w:val="24"/>
          <w:szCs w:val="24"/>
        </w:rPr>
        <w:t>This</w:t>
      </w:r>
      <w:r>
        <w:rPr>
          <w:rFonts w:ascii="Times New Roman" w:hAnsi="Times New Roman" w:cs="Times New Roman"/>
          <w:sz w:val="24"/>
          <w:szCs w:val="24"/>
        </w:rPr>
        <w:t xml:space="preserve"> </w:t>
      </w:r>
      <w:r w:rsidRPr="00822D0D">
        <w:rPr>
          <w:rFonts w:ascii="Times New Roman" w:hAnsi="Times New Roman" w:cs="Times New Roman"/>
          <w:sz w:val="24"/>
          <w:szCs w:val="24"/>
        </w:rPr>
        <w:t>is</w:t>
      </w:r>
      <w:r>
        <w:rPr>
          <w:rFonts w:ascii="Times New Roman" w:hAnsi="Times New Roman" w:cs="Times New Roman"/>
          <w:sz w:val="24"/>
          <w:szCs w:val="24"/>
        </w:rPr>
        <w:t xml:space="preserve"> </w:t>
      </w:r>
      <w:r w:rsidRPr="00822D0D">
        <w:rPr>
          <w:rFonts w:ascii="Times New Roman" w:hAnsi="Times New Roman" w:cs="Times New Roman"/>
          <w:sz w:val="24"/>
          <w:szCs w:val="24"/>
        </w:rPr>
        <w:t>also</w:t>
      </w:r>
      <w:r>
        <w:rPr>
          <w:rFonts w:ascii="Times New Roman" w:hAnsi="Times New Roman" w:cs="Times New Roman"/>
          <w:sz w:val="24"/>
          <w:szCs w:val="24"/>
        </w:rPr>
        <w:t xml:space="preserve"> </w:t>
      </w:r>
      <w:r w:rsidRPr="00822D0D">
        <w:rPr>
          <w:rFonts w:ascii="Times New Roman" w:hAnsi="Times New Roman" w:cs="Times New Roman"/>
          <w:sz w:val="24"/>
          <w:szCs w:val="24"/>
        </w:rPr>
        <w:t>critical</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promoting</w:t>
      </w:r>
      <w:r>
        <w:rPr>
          <w:rFonts w:ascii="Times New Roman" w:hAnsi="Times New Roman" w:cs="Times New Roman"/>
          <w:sz w:val="24"/>
          <w:szCs w:val="24"/>
        </w:rPr>
        <w:t xml:space="preserve"> </w:t>
      </w:r>
      <w:r w:rsidRPr="00822D0D">
        <w:rPr>
          <w:rFonts w:ascii="Times New Roman" w:hAnsi="Times New Roman" w:cs="Times New Roman"/>
          <w:sz w:val="24"/>
          <w:szCs w:val="24"/>
        </w:rPr>
        <w:t>customer</w:t>
      </w:r>
      <w:r>
        <w:rPr>
          <w:rFonts w:ascii="Times New Roman" w:hAnsi="Times New Roman" w:cs="Times New Roman"/>
          <w:sz w:val="24"/>
          <w:szCs w:val="24"/>
        </w:rPr>
        <w:t xml:space="preserve"> </w:t>
      </w:r>
      <w:r w:rsidRPr="00822D0D">
        <w:rPr>
          <w:rFonts w:ascii="Times New Roman" w:hAnsi="Times New Roman" w:cs="Times New Roman"/>
          <w:sz w:val="24"/>
          <w:szCs w:val="24"/>
        </w:rPr>
        <w:t>loyalty</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encouraging</w:t>
      </w:r>
      <w:r>
        <w:rPr>
          <w:rFonts w:ascii="Times New Roman" w:hAnsi="Times New Roman" w:cs="Times New Roman"/>
          <w:sz w:val="24"/>
          <w:szCs w:val="24"/>
        </w:rPr>
        <w:t xml:space="preserve"> </w:t>
      </w:r>
      <w:r w:rsidRPr="00822D0D">
        <w:rPr>
          <w:rFonts w:ascii="Times New Roman" w:hAnsi="Times New Roman" w:cs="Times New Roman"/>
          <w:sz w:val="24"/>
          <w:szCs w:val="24"/>
        </w:rPr>
        <w:t>word-of-mouth</w:t>
      </w:r>
      <w:r>
        <w:rPr>
          <w:rFonts w:ascii="Times New Roman" w:hAnsi="Times New Roman" w:cs="Times New Roman"/>
          <w:sz w:val="24"/>
          <w:szCs w:val="24"/>
        </w:rPr>
        <w:t xml:space="preserve"> </w:t>
      </w:r>
      <w:r w:rsidRPr="00822D0D">
        <w:rPr>
          <w:rFonts w:ascii="Times New Roman" w:hAnsi="Times New Roman" w:cs="Times New Roman"/>
          <w:sz w:val="24"/>
          <w:szCs w:val="24"/>
        </w:rPr>
        <w:t>publicity</w:t>
      </w:r>
      <w:r>
        <w:rPr>
          <w:rFonts w:ascii="Times New Roman" w:hAnsi="Times New Roman" w:cs="Times New Roman"/>
          <w:sz w:val="24"/>
          <w:szCs w:val="24"/>
        </w:rPr>
        <w:t xml:space="preserve"> </w:t>
      </w:r>
      <w:r w:rsidRPr="00822D0D">
        <w:rPr>
          <w:rFonts w:ascii="Times New Roman" w:hAnsi="Times New Roman" w:cs="Times New Roman"/>
          <w:sz w:val="24"/>
          <w:szCs w:val="24"/>
        </w:rPr>
        <w:t>among</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referring</w:t>
      </w:r>
      <w:r>
        <w:rPr>
          <w:rFonts w:ascii="Times New Roman" w:hAnsi="Times New Roman" w:cs="Times New Roman"/>
          <w:sz w:val="24"/>
          <w:szCs w:val="24"/>
        </w:rPr>
        <w:t xml:space="preserve"> </w:t>
      </w:r>
      <w:r w:rsidRPr="00822D0D">
        <w:rPr>
          <w:rFonts w:ascii="Times New Roman" w:hAnsi="Times New Roman" w:cs="Times New Roman"/>
          <w:sz w:val="24"/>
          <w:szCs w:val="24"/>
        </w:rPr>
        <w:t>friends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family</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facility</w:t>
      </w:r>
      <w:r>
        <w:rPr>
          <w:rFonts w:ascii="Times New Roman" w:hAnsi="Times New Roman" w:cs="Times New Roman"/>
          <w:sz w:val="24"/>
          <w:szCs w:val="24"/>
        </w:rPr>
        <w:t xml:space="preserve"> </w:t>
      </w:r>
      <w:r w:rsidRPr="00822D0D">
        <w:rPr>
          <w:rFonts w:ascii="Times New Roman" w:hAnsi="Times New Roman" w:cs="Times New Roman"/>
          <w:sz w:val="24"/>
          <w:szCs w:val="24"/>
        </w:rPr>
        <w:t>or</w:t>
      </w:r>
      <w:r>
        <w:rPr>
          <w:rFonts w:ascii="Times New Roman" w:hAnsi="Times New Roman" w:cs="Times New Roman"/>
          <w:sz w:val="24"/>
          <w:szCs w:val="24"/>
        </w:rPr>
        <w:t xml:space="preserve"> </w:t>
      </w:r>
      <w:r w:rsidRPr="00822D0D">
        <w:rPr>
          <w:rFonts w:ascii="Times New Roman" w:hAnsi="Times New Roman" w:cs="Times New Roman"/>
          <w:sz w:val="24"/>
          <w:szCs w:val="24"/>
        </w:rPr>
        <w:t>provider.</w:t>
      </w:r>
    </w:p>
    <w:p w:rsidR="00600AC2" w:rsidRPr="00822D0D" w:rsidRDefault="00600AC2" w:rsidP="00600AC2">
      <w:pPr>
        <w:spacing w:after="240" w:line="360" w:lineRule="auto"/>
        <w:jc w:val="both"/>
        <w:rPr>
          <w:rFonts w:ascii="Times New Roman" w:hAnsi="Times New Roman" w:cs="Times New Roman"/>
          <w:sz w:val="24"/>
          <w:szCs w:val="24"/>
        </w:rPr>
      </w:pPr>
      <w:r w:rsidRPr="00822D0D">
        <w:rPr>
          <w:rFonts w:ascii="Times New Roman" w:hAnsi="Times New Roman" w:cs="Times New Roman"/>
          <w:sz w:val="24"/>
          <w:szCs w:val="24"/>
        </w:rPr>
        <w:t>Customer</w:t>
      </w:r>
      <w:r>
        <w:rPr>
          <w:rFonts w:ascii="Times New Roman" w:hAnsi="Times New Roman" w:cs="Times New Roman"/>
          <w:sz w:val="24"/>
          <w:szCs w:val="24"/>
        </w:rPr>
        <w:t xml:space="preserve"> </w:t>
      </w:r>
      <w:r w:rsidRPr="00822D0D">
        <w:rPr>
          <w:rFonts w:ascii="Times New Roman" w:hAnsi="Times New Roman" w:cs="Times New Roman"/>
          <w:sz w:val="24"/>
          <w:szCs w:val="24"/>
        </w:rPr>
        <w:t>Relationship</w:t>
      </w:r>
      <w:r>
        <w:rPr>
          <w:rFonts w:ascii="Times New Roman" w:hAnsi="Times New Roman" w:cs="Times New Roman"/>
          <w:sz w:val="24"/>
          <w:szCs w:val="24"/>
        </w:rPr>
        <w:t xml:space="preserve"> </w:t>
      </w:r>
      <w:r w:rsidRPr="00822D0D">
        <w:rPr>
          <w:rFonts w:ascii="Times New Roman" w:hAnsi="Times New Roman" w:cs="Times New Roman"/>
          <w:sz w:val="24"/>
          <w:szCs w:val="24"/>
        </w:rPr>
        <w:t>Management</w:t>
      </w:r>
      <w:r>
        <w:rPr>
          <w:rFonts w:ascii="Times New Roman" w:hAnsi="Times New Roman" w:cs="Times New Roman"/>
          <w:sz w:val="24"/>
          <w:szCs w:val="24"/>
        </w:rPr>
        <w:t xml:space="preserve"> </w:t>
      </w:r>
      <w:r w:rsidRPr="00822D0D">
        <w:rPr>
          <w:rFonts w:ascii="Times New Roman" w:hAnsi="Times New Roman" w:cs="Times New Roman"/>
          <w:sz w:val="24"/>
          <w:szCs w:val="24"/>
        </w:rPr>
        <w:t>(CRM)</w:t>
      </w:r>
      <w:r>
        <w:rPr>
          <w:rFonts w:ascii="Times New Roman" w:hAnsi="Times New Roman" w:cs="Times New Roman"/>
          <w:sz w:val="24"/>
          <w:szCs w:val="24"/>
        </w:rPr>
        <w:t xml:space="preserve"> </w:t>
      </w:r>
      <w:r w:rsidRPr="00822D0D">
        <w:rPr>
          <w:rFonts w:ascii="Times New Roman" w:hAnsi="Times New Roman" w:cs="Times New Roman"/>
          <w:sz w:val="24"/>
          <w:szCs w:val="24"/>
        </w:rPr>
        <w:t>is</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strategy</w:t>
      </w:r>
      <w:r>
        <w:rPr>
          <w:rFonts w:ascii="Times New Roman" w:hAnsi="Times New Roman" w:cs="Times New Roman"/>
          <w:sz w:val="24"/>
          <w:szCs w:val="24"/>
        </w:rPr>
        <w:t xml:space="preserve"> </w:t>
      </w:r>
      <w:r w:rsidRPr="00822D0D">
        <w:rPr>
          <w:rFonts w:ascii="Times New Roman" w:hAnsi="Times New Roman" w:cs="Times New Roman"/>
          <w:sz w:val="24"/>
          <w:szCs w:val="24"/>
        </w:rPr>
        <w:t>used</w:t>
      </w:r>
      <w:r>
        <w:rPr>
          <w:rFonts w:ascii="Times New Roman" w:hAnsi="Times New Roman" w:cs="Times New Roman"/>
          <w:sz w:val="24"/>
          <w:szCs w:val="24"/>
        </w:rPr>
        <w:t xml:space="preserve"> </w:t>
      </w:r>
      <w:r w:rsidRPr="00822D0D">
        <w:rPr>
          <w:rFonts w:ascii="Times New Roman" w:hAnsi="Times New Roman" w:cs="Times New Roman"/>
          <w:sz w:val="24"/>
          <w:szCs w:val="24"/>
        </w:rPr>
        <w:t>by</w:t>
      </w:r>
      <w:r>
        <w:rPr>
          <w:rFonts w:ascii="Times New Roman" w:hAnsi="Times New Roman" w:cs="Times New Roman"/>
          <w:sz w:val="24"/>
          <w:szCs w:val="24"/>
        </w:rPr>
        <w:t xml:space="preserve"> </w:t>
      </w:r>
      <w:r w:rsidRPr="00822D0D">
        <w:rPr>
          <w:rFonts w:ascii="Times New Roman" w:hAnsi="Times New Roman" w:cs="Times New Roman"/>
          <w:sz w:val="24"/>
          <w:szCs w:val="24"/>
        </w:rPr>
        <w:t>businesses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organizations</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understand</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address</w:t>
      </w:r>
      <w:r>
        <w:rPr>
          <w:rFonts w:ascii="Times New Roman" w:hAnsi="Times New Roman" w:cs="Times New Roman"/>
          <w:sz w:val="24"/>
          <w:szCs w:val="24"/>
        </w:rPr>
        <w:t xml:space="preserve"> </w:t>
      </w:r>
      <w:r w:rsidRPr="00822D0D">
        <w:rPr>
          <w:rFonts w:ascii="Times New Roman" w:hAnsi="Times New Roman" w:cs="Times New Roman"/>
          <w:sz w:val="24"/>
          <w:szCs w:val="24"/>
        </w:rPr>
        <w:t>their</w:t>
      </w:r>
      <w:r>
        <w:rPr>
          <w:rFonts w:ascii="Times New Roman" w:hAnsi="Times New Roman" w:cs="Times New Roman"/>
          <w:sz w:val="24"/>
          <w:szCs w:val="24"/>
        </w:rPr>
        <w:t xml:space="preserve"> </w:t>
      </w:r>
      <w:r w:rsidRPr="00822D0D">
        <w:rPr>
          <w:rFonts w:ascii="Times New Roman" w:hAnsi="Times New Roman" w:cs="Times New Roman"/>
          <w:sz w:val="24"/>
          <w:szCs w:val="24"/>
        </w:rPr>
        <w:t>clients‗</w:t>
      </w:r>
      <w:r>
        <w:rPr>
          <w:rFonts w:ascii="Times New Roman" w:hAnsi="Times New Roman" w:cs="Times New Roman"/>
          <w:sz w:val="24"/>
          <w:szCs w:val="24"/>
        </w:rPr>
        <w:t xml:space="preserve"> </w:t>
      </w:r>
      <w:r w:rsidRPr="00822D0D">
        <w:rPr>
          <w:rFonts w:ascii="Times New Roman" w:hAnsi="Times New Roman" w:cs="Times New Roman"/>
          <w:sz w:val="24"/>
          <w:szCs w:val="24"/>
        </w:rPr>
        <w:t>needs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concerns</w:t>
      </w:r>
      <w:r>
        <w:rPr>
          <w:rFonts w:ascii="Times New Roman" w:hAnsi="Times New Roman" w:cs="Times New Roman"/>
          <w:sz w:val="24"/>
          <w:szCs w:val="24"/>
        </w:rPr>
        <w:t xml:space="preserve"> </w:t>
      </w:r>
      <w:r w:rsidRPr="00822D0D">
        <w:rPr>
          <w:rFonts w:ascii="Times New Roman" w:hAnsi="Times New Roman" w:cs="Times New Roman"/>
          <w:sz w:val="24"/>
          <w:szCs w:val="24"/>
        </w:rPr>
        <w:t>while</w:t>
      </w:r>
      <w:r>
        <w:rPr>
          <w:rFonts w:ascii="Times New Roman" w:hAnsi="Times New Roman" w:cs="Times New Roman"/>
          <w:sz w:val="24"/>
          <w:szCs w:val="24"/>
        </w:rPr>
        <w:t xml:space="preserve"> </w:t>
      </w:r>
      <w:r w:rsidRPr="00822D0D">
        <w:rPr>
          <w:rFonts w:ascii="Times New Roman" w:hAnsi="Times New Roman" w:cs="Times New Roman"/>
          <w:sz w:val="24"/>
          <w:szCs w:val="24"/>
        </w:rPr>
        <w:t>enhancing</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overall</w:t>
      </w:r>
      <w:r>
        <w:rPr>
          <w:rFonts w:ascii="Times New Roman" w:hAnsi="Times New Roman" w:cs="Times New Roman"/>
          <w:sz w:val="24"/>
          <w:szCs w:val="24"/>
        </w:rPr>
        <w:t xml:space="preserve"> </w:t>
      </w:r>
      <w:r w:rsidRPr="00822D0D">
        <w:rPr>
          <w:rFonts w:ascii="Times New Roman" w:hAnsi="Times New Roman" w:cs="Times New Roman"/>
          <w:sz w:val="24"/>
          <w:szCs w:val="24"/>
        </w:rPr>
        <w:t>experience.</w:t>
      </w:r>
      <w:r>
        <w:rPr>
          <w:rFonts w:ascii="Times New Roman" w:hAnsi="Times New Roman" w:cs="Times New Roman"/>
          <w:sz w:val="24"/>
          <w:szCs w:val="24"/>
        </w:rPr>
        <w:t xml:space="preserve"> </w:t>
      </w:r>
      <w:r w:rsidRPr="00822D0D">
        <w:rPr>
          <w:rFonts w:ascii="Times New Roman" w:hAnsi="Times New Roman" w:cs="Times New Roman"/>
          <w:sz w:val="24"/>
          <w:szCs w:val="24"/>
        </w:rPr>
        <w:t>It</w:t>
      </w:r>
      <w:r>
        <w:rPr>
          <w:rFonts w:ascii="Times New Roman" w:hAnsi="Times New Roman" w:cs="Times New Roman"/>
          <w:sz w:val="24"/>
          <w:szCs w:val="24"/>
        </w:rPr>
        <w:t xml:space="preserve"> </w:t>
      </w:r>
      <w:r w:rsidRPr="00822D0D">
        <w:rPr>
          <w:rFonts w:ascii="Times New Roman" w:hAnsi="Times New Roman" w:cs="Times New Roman"/>
          <w:sz w:val="24"/>
          <w:szCs w:val="24"/>
        </w:rPr>
        <w:t>has</w:t>
      </w:r>
      <w:r>
        <w:rPr>
          <w:rFonts w:ascii="Times New Roman" w:hAnsi="Times New Roman" w:cs="Times New Roman"/>
          <w:sz w:val="24"/>
          <w:szCs w:val="24"/>
        </w:rPr>
        <w:t xml:space="preserve"> </w:t>
      </w:r>
      <w:r w:rsidRPr="00822D0D">
        <w:rPr>
          <w:rFonts w:ascii="Times New Roman" w:hAnsi="Times New Roman" w:cs="Times New Roman"/>
          <w:sz w:val="24"/>
          <w:szCs w:val="24"/>
        </w:rPr>
        <w:t>become</w:t>
      </w:r>
      <w:r>
        <w:rPr>
          <w:rFonts w:ascii="Times New Roman" w:hAnsi="Times New Roman" w:cs="Times New Roman"/>
          <w:sz w:val="24"/>
          <w:szCs w:val="24"/>
        </w:rPr>
        <w:t xml:space="preserve"> </w:t>
      </w:r>
      <w:r w:rsidRPr="00822D0D">
        <w:rPr>
          <w:rFonts w:ascii="Times New Roman" w:hAnsi="Times New Roman" w:cs="Times New Roman"/>
          <w:sz w:val="24"/>
          <w:szCs w:val="24"/>
        </w:rPr>
        <w:t>an</w:t>
      </w:r>
      <w:r>
        <w:rPr>
          <w:rFonts w:ascii="Times New Roman" w:hAnsi="Times New Roman" w:cs="Times New Roman"/>
          <w:sz w:val="24"/>
          <w:szCs w:val="24"/>
        </w:rPr>
        <w:t xml:space="preserve"> </w:t>
      </w:r>
      <w:r w:rsidRPr="00822D0D">
        <w:rPr>
          <w:rFonts w:ascii="Times New Roman" w:hAnsi="Times New Roman" w:cs="Times New Roman"/>
          <w:sz w:val="24"/>
          <w:szCs w:val="24"/>
        </w:rPr>
        <w:t>essential</w:t>
      </w:r>
      <w:r>
        <w:rPr>
          <w:rFonts w:ascii="Times New Roman" w:hAnsi="Times New Roman" w:cs="Times New Roman"/>
          <w:sz w:val="24"/>
          <w:szCs w:val="24"/>
        </w:rPr>
        <w:t xml:space="preserve"> </w:t>
      </w:r>
      <w:r w:rsidRPr="00822D0D">
        <w:rPr>
          <w:rFonts w:ascii="Times New Roman" w:hAnsi="Times New Roman" w:cs="Times New Roman"/>
          <w:sz w:val="24"/>
          <w:szCs w:val="24"/>
        </w:rPr>
        <w:t>part</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modern</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ecosystem</w:t>
      </w:r>
      <w:r>
        <w:rPr>
          <w:rFonts w:ascii="Times New Roman" w:hAnsi="Times New Roman" w:cs="Times New Roman"/>
          <w:sz w:val="24"/>
          <w:szCs w:val="24"/>
        </w:rPr>
        <w:t xml:space="preserve"> </w:t>
      </w:r>
      <w:r w:rsidRPr="00822D0D">
        <w:rPr>
          <w:rFonts w:ascii="Times New Roman" w:hAnsi="Times New Roman" w:cs="Times New Roman"/>
          <w:sz w:val="24"/>
          <w:szCs w:val="24"/>
        </w:rPr>
        <w:t>that</w:t>
      </w:r>
      <w:r>
        <w:rPr>
          <w:rFonts w:ascii="Times New Roman" w:hAnsi="Times New Roman" w:cs="Times New Roman"/>
          <w:sz w:val="24"/>
          <w:szCs w:val="24"/>
        </w:rPr>
        <w:t xml:space="preserve"> </w:t>
      </w:r>
      <w:r w:rsidRPr="00822D0D">
        <w:rPr>
          <w:rFonts w:ascii="Times New Roman" w:hAnsi="Times New Roman" w:cs="Times New Roman"/>
          <w:sz w:val="24"/>
          <w:szCs w:val="24"/>
        </w:rPr>
        <w:t>is</w:t>
      </w:r>
      <w:r>
        <w:rPr>
          <w:rFonts w:ascii="Times New Roman" w:hAnsi="Times New Roman" w:cs="Times New Roman"/>
          <w:sz w:val="24"/>
          <w:szCs w:val="24"/>
        </w:rPr>
        <w:t xml:space="preserve"> </w:t>
      </w:r>
      <w:r w:rsidRPr="00822D0D">
        <w:rPr>
          <w:rFonts w:ascii="Times New Roman" w:hAnsi="Times New Roman" w:cs="Times New Roman"/>
          <w:sz w:val="24"/>
          <w:szCs w:val="24"/>
        </w:rPr>
        <w:t>focused</w:t>
      </w:r>
      <w:r>
        <w:rPr>
          <w:rFonts w:ascii="Times New Roman" w:hAnsi="Times New Roman" w:cs="Times New Roman"/>
          <w:sz w:val="24"/>
          <w:szCs w:val="24"/>
        </w:rPr>
        <w:t xml:space="preserve"> </w:t>
      </w:r>
      <w:r w:rsidRPr="00822D0D">
        <w:rPr>
          <w:rFonts w:ascii="Times New Roman" w:hAnsi="Times New Roman" w:cs="Times New Roman"/>
          <w:sz w:val="24"/>
          <w:szCs w:val="24"/>
        </w:rPr>
        <w:t>on</w:t>
      </w:r>
      <w:r>
        <w:rPr>
          <w:rFonts w:ascii="Times New Roman" w:hAnsi="Times New Roman" w:cs="Times New Roman"/>
          <w:sz w:val="24"/>
          <w:szCs w:val="24"/>
        </w:rPr>
        <w:t xml:space="preserve"> </w:t>
      </w:r>
      <w:r w:rsidRPr="00822D0D">
        <w:rPr>
          <w:rFonts w:ascii="Times New Roman" w:hAnsi="Times New Roman" w:cs="Times New Roman"/>
          <w:sz w:val="24"/>
          <w:szCs w:val="24"/>
        </w:rPr>
        <w:t>providing</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positive</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experience</w:t>
      </w:r>
      <w:r>
        <w:rPr>
          <w:rFonts w:ascii="Times New Roman" w:hAnsi="Times New Roman" w:cs="Times New Roman"/>
          <w:sz w:val="24"/>
          <w:szCs w:val="24"/>
        </w:rPr>
        <w:t xml:space="preserve"> </w:t>
      </w:r>
      <w:r w:rsidRPr="00822D0D">
        <w:rPr>
          <w:rFonts w:ascii="Times New Roman" w:hAnsi="Times New Roman" w:cs="Times New Roman"/>
          <w:sz w:val="24"/>
          <w:szCs w:val="24"/>
        </w:rPr>
        <w:t>while</w:t>
      </w:r>
      <w:r>
        <w:rPr>
          <w:rFonts w:ascii="Times New Roman" w:hAnsi="Times New Roman" w:cs="Times New Roman"/>
          <w:sz w:val="24"/>
          <w:szCs w:val="24"/>
        </w:rPr>
        <w:t xml:space="preserve"> </w:t>
      </w:r>
      <w:r w:rsidRPr="00822D0D">
        <w:rPr>
          <w:rFonts w:ascii="Times New Roman" w:hAnsi="Times New Roman" w:cs="Times New Roman"/>
          <w:sz w:val="24"/>
          <w:szCs w:val="24"/>
        </w:rPr>
        <w:t>boosting</w:t>
      </w:r>
      <w:r>
        <w:rPr>
          <w:rFonts w:ascii="Times New Roman" w:hAnsi="Times New Roman" w:cs="Times New Roman"/>
          <w:sz w:val="24"/>
          <w:szCs w:val="24"/>
        </w:rPr>
        <w:t xml:space="preserve"> </w:t>
      </w:r>
      <w:r w:rsidRPr="00822D0D">
        <w:rPr>
          <w:rFonts w:ascii="Times New Roman" w:hAnsi="Times New Roman" w:cs="Times New Roman"/>
          <w:sz w:val="24"/>
          <w:szCs w:val="24"/>
        </w:rPr>
        <w:t>operational</w:t>
      </w:r>
      <w:r>
        <w:rPr>
          <w:rFonts w:ascii="Times New Roman" w:hAnsi="Times New Roman" w:cs="Times New Roman"/>
          <w:sz w:val="24"/>
          <w:szCs w:val="24"/>
        </w:rPr>
        <w:t xml:space="preserve"> </w:t>
      </w:r>
      <w:r w:rsidRPr="00822D0D">
        <w:rPr>
          <w:rFonts w:ascii="Times New Roman" w:hAnsi="Times New Roman" w:cs="Times New Roman"/>
          <w:sz w:val="24"/>
          <w:szCs w:val="24"/>
        </w:rPr>
        <w:t>efficiency.</w:t>
      </w:r>
      <w:r>
        <w:rPr>
          <w:rFonts w:ascii="Times New Roman" w:hAnsi="Times New Roman" w:cs="Times New Roman"/>
          <w:sz w:val="24"/>
          <w:szCs w:val="24"/>
        </w:rPr>
        <w:t xml:space="preserve"> </w:t>
      </w:r>
      <w:r w:rsidRPr="00822D0D">
        <w:rPr>
          <w:rFonts w:ascii="Times New Roman" w:hAnsi="Times New Roman" w:cs="Times New Roman"/>
          <w:sz w:val="24"/>
          <w:szCs w:val="24"/>
        </w:rPr>
        <w:t>Effective</w:t>
      </w:r>
      <w:r>
        <w:rPr>
          <w:rFonts w:ascii="Times New Roman" w:hAnsi="Times New Roman" w:cs="Times New Roman"/>
          <w:sz w:val="24"/>
          <w:szCs w:val="24"/>
        </w:rPr>
        <w:t xml:space="preserve"> </w:t>
      </w:r>
      <w:r w:rsidRPr="00822D0D">
        <w:rPr>
          <w:rFonts w:ascii="Times New Roman" w:hAnsi="Times New Roman" w:cs="Times New Roman"/>
          <w:sz w:val="24"/>
          <w:szCs w:val="24"/>
        </w:rPr>
        <w:t>CRM</w:t>
      </w:r>
      <w:r>
        <w:rPr>
          <w:rFonts w:ascii="Times New Roman" w:hAnsi="Times New Roman" w:cs="Times New Roman"/>
          <w:sz w:val="24"/>
          <w:szCs w:val="24"/>
        </w:rPr>
        <w:t xml:space="preserve"> </w:t>
      </w:r>
      <w:r w:rsidRPr="00822D0D">
        <w:rPr>
          <w:rFonts w:ascii="Times New Roman" w:hAnsi="Times New Roman" w:cs="Times New Roman"/>
          <w:sz w:val="24"/>
          <w:szCs w:val="24"/>
        </w:rPr>
        <w:t>ensures</w:t>
      </w:r>
      <w:r>
        <w:rPr>
          <w:rFonts w:ascii="Times New Roman" w:hAnsi="Times New Roman" w:cs="Times New Roman"/>
          <w:sz w:val="24"/>
          <w:szCs w:val="24"/>
        </w:rPr>
        <w:t xml:space="preserve"> </w:t>
      </w:r>
      <w:r w:rsidRPr="00822D0D">
        <w:rPr>
          <w:rFonts w:ascii="Times New Roman" w:hAnsi="Times New Roman" w:cs="Times New Roman"/>
          <w:sz w:val="24"/>
          <w:szCs w:val="24"/>
        </w:rPr>
        <w:t>that</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get</w:t>
      </w:r>
      <w:r>
        <w:rPr>
          <w:rFonts w:ascii="Times New Roman" w:hAnsi="Times New Roman" w:cs="Times New Roman"/>
          <w:sz w:val="24"/>
          <w:szCs w:val="24"/>
        </w:rPr>
        <w:t xml:space="preserve"> </w:t>
      </w:r>
      <w:r w:rsidRPr="00822D0D">
        <w:rPr>
          <w:rFonts w:ascii="Times New Roman" w:hAnsi="Times New Roman" w:cs="Times New Roman"/>
          <w:sz w:val="24"/>
          <w:szCs w:val="24"/>
        </w:rPr>
        <w:t>timely,</w:t>
      </w:r>
      <w:r>
        <w:rPr>
          <w:rFonts w:ascii="Times New Roman" w:hAnsi="Times New Roman" w:cs="Times New Roman"/>
          <w:sz w:val="24"/>
          <w:szCs w:val="24"/>
        </w:rPr>
        <w:t xml:space="preserve"> </w:t>
      </w:r>
      <w:r w:rsidRPr="00822D0D">
        <w:rPr>
          <w:rFonts w:ascii="Times New Roman" w:hAnsi="Times New Roman" w:cs="Times New Roman"/>
          <w:sz w:val="24"/>
          <w:szCs w:val="24"/>
        </w:rPr>
        <w:t>efficient,</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appropriate</w:t>
      </w:r>
      <w:r>
        <w:rPr>
          <w:rFonts w:ascii="Times New Roman" w:hAnsi="Times New Roman" w:cs="Times New Roman"/>
          <w:sz w:val="24"/>
          <w:szCs w:val="24"/>
        </w:rPr>
        <w:t xml:space="preserve"> </w:t>
      </w:r>
      <w:r w:rsidRPr="00822D0D">
        <w:rPr>
          <w:rFonts w:ascii="Times New Roman" w:hAnsi="Times New Roman" w:cs="Times New Roman"/>
          <w:sz w:val="24"/>
          <w:szCs w:val="24"/>
        </w:rPr>
        <w:t>medical</w:t>
      </w:r>
      <w:r>
        <w:rPr>
          <w:rFonts w:ascii="Times New Roman" w:hAnsi="Times New Roman" w:cs="Times New Roman"/>
          <w:sz w:val="24"/>
          <w:szCs w:val="24"/>
        </w:rPr>
        <w:t xml:space="preserve"> </w:t>
      </w:r>
      <w:r w:rsidRPr="00822D0D">
        <w:rPr>
          <w:rFonts w:ascii="Times New Roman" w:hAnsi="Times New Roman" w:cs="Times New Roman"/>
          <w:sz w:val="24"/>
          <w:szCs w:val="24"/>
        </w:rPr>
        <w:t>services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follow-ups.</w:t>
      </w:r>
    </w:p>
    <w:p w:rsidR="00600AC2" w:rsidRPr="00822D0D" w:rsidRDefault="00600AC2" w:rsidP="00600AC2">
      <w:pPr>
        <w:spacing w:after="240" w:line="360" w:lineRule="auto"/>
        <w:jc w:val="both"/>
        <w:rPr>
          <w:rFonts w:ascii="Times New Roman" w:hAnsi="Times New Roman" w:cs="Times New Roman"/>
          <w:sz w:val="24"/>
          <w:szCs w:val="24"/>
        </w:rPr>
      </w:pPr>
      <w:r w:rsidRPr="00822D0D">
        <w:rPr>
          <w:rFonts w:ascii="Times New Roman" w:hAnsi="Times New Roman" w:cs="Times New Roman"/>
          <w:sz w:val="24"/>
          <w:szCs w:val="24"/>
        </w:rPr>
        <w:lastRenderedPageBreak/>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organizations</w:t>
      </w:r>
      <w:r>
        <w:rPr>
          <w:rFonts w:ascii="Times New Roman" w:hAnsi="Times New Roman" w:cs="Times New Roman"/>
          <w:sz w:val="24"/>
          <w:szCs w:val="24"/>
        </w:rPr>
        <w:t xml:space="preserve"> </w:t>
      </w:r>
      <w:r w:rsidRPr="00822D0D">
        <w:rPr>
          <w:rFonts w:ascii="Times New Roman" w:hAnsi="Times New Roman" w:cs="Times New Roman"/>
          <w:sz w:val="24"/>
          <w:szCs w:val="24"/>
        </w:rPr>
        <w:t>should</w:t>
      </w:r>
      <w:r>
        <w:rPr>
          <w:rFonts w:ascii="Times New Roman" w:hAnsi="Times New Roman" w:cs="Times New Roman"/>
          <w:sz w:val="24"/>
          <w:szCs w:val="24"/>
        </w:rPr>
        <w:t xml:space="preserve"> </w:t>
      </w:r>
      <w:r w:rsidRPr="00822D0D">
        <w:rPr>
          <w:rFonts w:ascii="Times New Roman" w:hAnsi="Times New Roman" w:cs="Times New Roman"/>
          <w:sz w:val="24"/>
          <w:szCs w:val="24"/>
        </w:rPr>
        <w:t>implement</w:t>
      </w:r>
      <w:r>
        <w:rPr>
          <w:rFonts w:ascii="Times New Roman" w:hAnsi="Times New Roman" w:cs="Times New Roman"/>
          <w:sz w:val="24"/>
          <w:szCs w:val="24"/>
        </w:rPr>
        <w:t xml:space="preserve"> </w:t>
      </w:r>
      <w:r w:rsidRPr="00822D0D">
        <w:rPr>
          <w:rFonts w:ascii="Times New Roman" w:hAnsi="Times New Roman" w:cs="Times New Roman"/>
          <w:sz w:val="24"/>
          <w:szCs w:val="24"/>
        </w:rPr>
        <w:t>CRM</w:t>
      </w:r>
      <w:r>
        <w:rPr>
          <w:rFonts w:ascii="Times New Roman" w:hAnsi="Times New Roman" w:cs="Times New Roman"/>
          <w:sz w:val="24"/>
          <w:szCs w:val="24"/>
        </w:rPr>
        <w:t xml:space="preserve"> </w:t>
      </w:r>
      <w:r w:rsidRPr="00822D0D">
        <w:rPr>
          <w:rFonts w:ascii="Times New Roman" w:hAnsi="Times New Roman" w:cs="Times New Roman"/>
          <w:sz w:val="24"/>
          <w:szCs w:val="24"/>
        </w:rPr>
        <w:t>software</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ensure</w:t>
      </w:r>
      <w:r>
        <w:rPr>
          <w:rFonts w:ascii="Times New Roman" w:hAnsi="Times New Roman" w:cs="Times New Roman"/>
          <w:sz w:val="24"/>
          <w:szCs w:val="24"/>
        </w:rPr>
        <w:t xml:space="preserve"> </w:t>
      </w:r>
      <w:r w:rsidRPr="00822D0D">
        <w:rPr>
          <w:rFonts w:ascii="Times New Roman" w:hAnsi="Times New Roman" w:cs="Times New Roman"/>
          <w:sz w:val="24"/>
          <w:szCs w:val="24"/>
        </w:rPr>
        <w:t>that</w:t>
      </w:r>
      <w:r>
        <w:rPr>
          <w:rFonts w:ascii="Times New Roman" w:hAnsi="Times New Roman" w:cs="Times New Roman"/>
          <w:sz w:val="24"/>
          <w:szCs w:val="24"/>
        </w:rPr>
        <w:t xml:space="preserve"> </w:t>
      </w:r>
      <w:r w:rsidRPr="00822D0D">
        <w:rPr>
          <w:rFonts w:ascii="Times New Roman" w:hAnsi="Times New Roman" w:cs="Times New Roman"/>
          <w:sz w:val="24"/>
          <w:szCs w:val="24"/>
        </w:rPr>
        <w:t>they</w:t>
      </w:r>
      <w:r>
        <w:rPr>
          <w:rFonts w:ascii="Times New Roman" w:hAnsi="Times New Roman" w:cs="Times New Roman"/>
          <w:sz w:val="24"/>
          <w:szCs w:val="24"/>
        </w:rPr>
        <w:t xml:space="preserve"> </w:t>
      </w:r>
      <w:r w:rsidRPr="00822D0D">
        <w:rPr>
          <w:rFonts w:ascii="Times New Roman" w:hAnsi="Times New Roman" w:cs="Times New Roman"/>
          <w:sz w:val="24"/>
          <w:szCs w:val="24"/>
        </w:rPr>
        <w:t>can</w:t>
      </w:r>
      <w:r>
        <w:rPr>
          <w:rFonts w:ascii="Times New Roman" w:hAnsi="Times New Roman" w:cs="Times New Roman"/>
          <w:sz w:val="24"/>
          <w:szCs w:val="24"/>
        </w:rPr>
        <w:t xml:space="preserve"> </w:t>
      </w:r>
      <w:r w:rsidRPr="00822D0D">
        <w:rPr>
          <w:rFonts w:ascii="Times New Roman" w:hAnsi="Times New Roman" w:cs="Times New Roman"/>
          <w:sz w:val="24"/>
          <w:szCs w:val="24"/>
        </w:rPr>
        <w:t>record</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organize</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data,</w:t>
      </w:r>
      <w:r>
        <w:rPr>
          <w:rFonts w:ascii="Times New Roman" w:hAnsi="Times New Roman" w:cs="Times New Roman"/>
          <w:sz w:val="24"/>
          <w:szCs w:val="24"/>
        </w:rPr>
        <w:t xml:space="preserve"> </w:t>
      </w:r>
      <w:r w:rsidRPr="00822D0D">
        <w:rPr>
          <w:rFonts w:ascii="Times New Roman" w:hAnsi="Times New Roman" w:cs="Times New Roman"/>
          <w:sz w:val="24"/>
          <w:szCs w:val="24"/>
        </w:rPr>
        <w:t>respond</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inquiries</w:t>
      </w:r>
      <w:r>
        <w:rPr>
          <w:rFonts w:ascii="Times New Roman" w:hAnsi="Times New Roman" w:cs="Times New Roman"/>
          <w:sz w:val="24"/>
          <w:szCs w:val="24"/>
        </w:rPr>
        <w:t xml:space="preserve"> </w:t>
      </w:r>
      <w:r w:rsidRPr="00822D0D">
        <w:rPr>
          <w:rFonts w:ascii="Times New Roman" w:hAnsi="Times New Roman" w:cs="Times New Roman"/>
          <w:sz w:val="24"/>
          <w:szCs w:val="24"/>
        </w:rPr>
        <w:t>efficiently,</w:t>
      </w:r>
      <w:r>
        <w:rPr>
          <w:rFonts w:ascii="Times New Roman" w:hAnsi="Times New Roman" w:cs="Times New Roman"/>
          <w:sz w:val="24"/>
          <w:szCs w:val="24"/>
        </w:rPr>
        <w:t xml:space="preserve"> </w:t>
      </w:r>
      <w:r w:rsidRPr="00822D0D">
        <w:rPr>
          <w:rFonts w:ascii="Times New Roman" w:hAnsi="Times New Roman" w:cs="Times New Roman"/>
          <w:sz w:val="24"/>
          <w:szCs w:val="24"/>
        </w:rPr>
        <w:t>provide</w:t>
      </w:r>
      <w:r>
        <w:rPr>
          <w:rFonts w:ascii="Times New Roman" w:hAnsi="Times New Roman" w:cs="Times New Roman"/>
          <w:sz w:val="24"/>
          <w:szCs w:val="24"/>
        </w:rPr>
        <w:t xml:space="preserve"> </w:t>
      </w:r>
      <w:r w:rsidRPr="00822D0D">
        <w:rPr>
          <w:rFonts w:ascii="Times New Roman" w:hAnsi="Times New Roman" w:cs="Times New Roman"/>
          <w:sz w:val="24"/>
          <w:szCs w:val="24"/>
        </w:rPr>
        <w:t>personalized</w:t>
      </w:r>
      <w:r>
        <w:rPr>
          <w:rFonts w:ascii="Times New Roman" w:hAnsi="Times New Roman" w:cs="Times New Roman"/>
          <w:sz w:val="24"/>
          <w:szCs w:val="24"/>
        </w:rPr>
        <w:t xml:space="preserve"> </w:t>
      </w:r>
      <w:r w:rsidRPr="00822D0D">
        <w:rPr>
          <w:rFonts w:ascii="Times New Roman" w:hAnsi="Times New Roman" w:cs="Times New Roman"/>
          <w:sz w:val="24"/>
          <w:szCs w:val="24"/>
        </w:rPr>
        <w:t>treatments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follow-ups,</w:t>
      </w:r>
      <w:r>
        <w:rPr>
          <w:rFonts w:ascii="Times New Roman" w:hAnsi="Times New Roman" w:cs="Times New Roman"/>
          <w:sz w:val="24"/>
          <w:szCs w:val="24"/>
        </w:rPr>
        <w:t xml:space="preserve"> </w:t>
      </w:r>
      <w:r w:rsidRPr="00822D0D">
        <w:rPr>
          <w:rFonts w:ascii="Times New Roman" w:hAnsi="Times New Roman" w:cs="Times New Roman"/>
          <w:sz w:val="24"/>
          <w:szCs w:val="24"/>
        </w:rPr>
        <w:t>store</w:t>
      </w:r>
      <w:r>
        <w:rPr>
          <w:rFonts w:ascii="Times New Roman" w:hAnsi="Times New Roman" w:cs="Times New Roman"/>
          <w:sz w:val="24"/>
          <w:szCs w:val="24"/>
        </w:rPr>
        <w:t xml:space="preserve"> </w:t>
      </w:r>
      <w:r w:rsidRPr="00822D0D">
        <w:rPr>
          <w:rFonts w:ascii="Times New Roman" w:hAnsi="Times New Roman" w:cs="Times New Roman"/>
          <w:sz w:val="24"/>
          <w:szCs w:val="24"/>
        </w:rPr>
        <w:t>all</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information</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secure</w:t>
      </w:r>
      <w:r>
        <w:rPr>
          <w:rFonts w:ascii="Times New Roman" w:hAnsi="Times New Roman" w:cs="Times New Roman"/>
          <w:sz w:val="24"/>
          <w:szCs w:val="24"/>
        </w:rPr>
        <w:t xml:space="preserve"> </w:t>
      </w:r>
      <w:r w:rsidRPr="00822D0D">
        <w:rPr>
          <w:rFonts w:ascii="Times New Roman" w:hAnsi="Times New Roman" w:cs="Times New Roman"/>
          <w:sz w:val="24"/>
          <w:szCs w:val="24"/>
        </w:rPr>
        <w:t>database,</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offer</w:t>
      </w:r>
      <w:r>
        <w:rPr>
          <w:rFonts w:ascii="Times New Roman" w:hAnsi="Times New Roman" w:cs="Times New Roman"/>
          <w:sz w:val="24"/>
          <w:szCs w:val="24"/>
        </w:rPr>
        <w:t xml:space="preserve"> </w:t>
      </w:r>
      <w:r w:rsidRPr="00822D0D">
        <w:rPr>
          <w:rFonts w:ascii="Times New Roman" w:hAnsi="Times New Roman" w:cs="Times New Roman"/>
          <w:sz w:val="24"/>
          <w:szCs w:val="24"/>
        </w:rPr>
        <w:t>appropriate</w:t>
      </w:r>
      <w:r>
        <w:rPr>
          <w:rFonts w:ascii="Times New Roman" w:hAnsi="Times New Roman" w:cs="Times New Roman"/>
          <w:sz w:val="24"/>
          <w:szCs w:val="24"/>
        </w:rPr>
        <w:t xml:space="preserve"> </w:t>
      </w:r>
      <w:r w:rsidRPr="00822D0D">
        <w:rPr>
          <w:rFonts w:ascii="Times New Roman" w:hAnsi="Times New Roman" w:cs="Times New Roman"/>
          <w:sz w:val="24"/>
          <w:szCs w:val="24"/>
        </w:rPr>
        <w:t>communication</w:t>
      </w:r>
      <w:r>
        <w:rPr>
          <w:rFonts w:ascii="Times New Roman" w:hAnsi="Times New Roman" w:cs="Times New Roman"/>
          <w:sz w:val="24"/>
          <w:szCs w:val="24"/>
        </w:rPr>
        <w:t xml:space="preserve"> </w:t>
      </w:r>
      <w:r w:rsidRPr="00822D0D">
        <w:rPr>
          <w:rFonts w:ascii="Times New Roman" w:hAnsi="Times New Roman" w:cs="Times New Roman"/>
          <w:sz w:val="24"/>
          <w:szCs w:val="24"/>
        </w:rPr>
        <w:t>channels</w:t>
      </w:r>
      <w:r>
        <w:rPr>
          <w:rFonts w:ascii="Times New Roman" w:hAnsi="Times New Roman" w:cs="Times New Roman"/>
          <w:sz w:val="24"/>
          <w:szCs w:val="24"/>
        </w:rPr>
        <w:t xml:space="preserve"> </w:t>
      </w:r>
      <w:r w:rsidRPr="00822D0D">
        <w:rPr>
          <w:rFonts w:ascii="Times New Roman" w:hAnsi="Times New Roman" w:cs="Times New Roman"/>
          <w:sz w:val="24"/>
          <w:szCs w:val="24"/>
        </w:rPr>
        <w:t>for</w:t>
      </w:r>
      <w:r>
        <w:rPr>
          <w:rFonts w:ascii="Times New Roman" w:hAnsi="Times New Roman" w:cs="Times New Roman"/>
          <w:sz w:val="24"/>
          <w:szCs w:val="24"/>
        </w:rPr>
        <w:t xml:space="preserve"> </w:t>
      </w:r>
      <w:r w:rsidRPr="00822D0D">
        <w:rPr>
          <w:rFonts w:ascii="Times New Roman" w:hAnsi="Times New Roman" w:cs="Times New Roman"/>
          <w:sz w:val="24"/>
          <w:szCs w:val="24"/>
        </w:rPr>
        <w:t>easy</w:t>
      </w:r>
      <w:r>
        <w:rPr>
          <w:rFonts w:ascii="Times New Roman" w:hAnsi="Times New Roman" w:cs="Times New Roman"/>
          <w:sz w:val="24"/>
          <w:szCs w:val="24"/>
        </w:rPr>
        <w:t xml:space="preserve"> </w:t>
      </w:r>
      <w:r w:rsidRPr="00822D0D">
        <w:rPr>
          <w:rFonts w:ascii="Times New Roman" w:hAnsi="Times New Roman" w:cs="Times New Roman"/>
          <w:sz w:val="24"/>
          <w:szCs w:val="24"/>
        </w:rPr>
        <w:t>interaction</w:t>
      </w:r>
      <w:r>
        <w:rPr>
          <w:rFonts w:ascii="Times New Roman" w:hAnsi="Times New Roman" w:cs="Times New Roman"/>
          <w:sz w:val="24"/>
          <w:szCs w:val="24"/>
        </w:rPr>
        <w:t xml:space="preserve"> </w:t>
      </w:r>
      <w:r w:rsidRPr="00822D0D">
        <w:rPr>
          <w:rFonts w:ascii="Times New Roman" w:hAnsi="Times New Roman" w:cs="Times New Roman"/>
          <w:sz w:val="24"/>
          <w:szCs w:val="24"/>
        </w:rPr>
        <w:t>with</w:t>
      </w:r>
      <w:r>
        <w:rPr>
          <w:rFonts w:ascii="Times New Roman" w:hAnsi="Times New Roman" w:cs="Times New Roman"/>
          <w:sz w:val="24"/>
          <w:szCs w:val="24"/>
        </w:rPr>
        <w:t xml:space="preserve"> </w:t>
      </w:r>
      <w:r w:rsidRPr="00822D0D">
        <w:rPr>
          <w:rFonts w:ascii="Times New Roman" w:hAnsi="Times New Roman" w:cs="Times New Roman"/>
          <w:sz w:val="24"/>
          <w:szCs w:val="24"/>
        </w:rPr>
        <w:t>clients.</w:t>
      </w:r>
      <w:r>
        <w:rPr>
          <w:rFonts w:ascii="Times New Roman" w:hAnsi="Times New Roman" w:cs="Times New Roman"/>
          <w:sz w:val="24"/>
          <w:szCs w:val="24"/>
        </w:rPr>
        <w:t xml:space="preserve"> </w:t>
      </w:r>
      <w:r w:rsidRPr="00822D0D">
        <w:rPr>
          <w:rFonts w:ascii="Times New Roman" w:hAnsi="Times New Roman" w:cs="Times New Roman"/>
          <w:sz w:val="24"/>
          <w:szCs w:val="24"/>
        </w:rPr>
        <w:t>Additionally,</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sector</w:t>
      </w:r>
      <w:r>
        <w:rPr>
          <w:rFonts w:ascii="Times New Roman" w:hAnsi="Times New Roman" w:cs="Times New Roman"/>
          <w:sz w:val="24"/>
          <w:szCs w:val="24"/>
        </w:rPr>
        <w:t xml:space="preserve"> </w:t>
      </w:r>
      <w:r w:rsidRPr="00822D0D">
        <w:rPr>
          <w:rFonts w:ascii="Times New Roman" w:hAnsi="Times New Roman" w:cs="Times New Roman"/>
          <w:sz w:val="24"/>
          <w:szCs w:val="24"/>
        </w:rPr>
        <w:t>is</w:t>
      </w:r>
      <w:r>
        <w:rPr>
          <w:rFonts w:ascii="Times New Roman" w:hAnsi="Times New Roman" w:cs="Times New Roman"/>
          <w:sz w:val="24"/>
          <w:szCs w:val="24"/>
        </w:rPr>
        <w:t xml:space="preserve"> </w:t>
      </w:r>
      <w:r w:rsidRPr="00822D0D">
        <w:rPr>
          <w:rFonts w:ascii="Times New Roman" w:hAnsi="Times New Roman" w:cs="Times New Roman"/>
          <w:sz w:val="24"/>
          <w:szCs w:val="24"/>
        </w:rPr>
        <w:t>one</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most</w:t>
      </w:r>
      <w:r>
        <w:rPr>
          <w:rFonts w:ascii="Times New Roman" w:hAnsi="Times New Roman" w:cs="Times New Roman"/>
          <w:sz w:val="24"/>
          <w:szCs w:val="24"/>
        </w:rPr>
        <w:t xml:space="preserve"> </w:t>
      </w:r>
      <w:r w:rsidRPr="00822D0D">
        <w:rPr>
          <w:rFonts w:ascii="Times New Roman" w:hAnsi="Times New Roman" w:cs="Times New Roman"/>
          <w:sz w:val="24"/>
          <w:szCs w:val="24"/>
        </w:rPr>
        <w:t>competitive</w:t>
      </w:r>
      <w:r>
        <w:rPr>
          <w:rFonts w:ascii="Times New Roman" w:hAnsi="Times New Roman" w:cs="Times New Roman"/>
          <w:sz w:val="24"/>
          <w:szCs w:val="24"/>
        </w:rPr>
        <w:t xml:space="preserve"> </w:t>
      </w:r>
      <w:r w:rsidRPr="00822D0D">
        <w:rPr>
          <w:rFonts w:ascii="Times New Roman" w:hAnsi="Times New Roman" w:cs="Times New Roman"/>
          <w:sz w:val="24"/>
          <w:szCs w:val="24"/>
        </w:rPr>
        <w:t>industries</w:t>
      </w:r>
      <w:r>
        <w:rPr>
          <w:rFonts w:ascii="Times New Roman" w:hAnsi="Times New Roman" w:cs="Times New Roman"/>
          <w:sz w:val="24"/>
          <w:szCs w:val="24"/>
        </w:rPr>
        <w:t xml:space="preserve"> </w:t>
      </w:r>
      <w:r w:rsidRPr="00822D0D">
        <w:rPr>
          <w:rFonts w:ascii="Times New Roman" w:hAnsi="Times New Roman" w:cs="Times New Roman"/>
          <w:sz w:val="24"/>
          <w:szCs w:val="24"/>
        </w:rPr>
        <w:t>which</w:t>
      </w:r>
      <w:r>
        <w:rPr>
          <w:rFonts w:ascii="Times New Roman" w:hAnsi="Times New Roman" w:cs="Times New Roman"/>
          <w:sz w:val="24"/>
          <w:szCs w:val="24"/>
        </w:rPr>
        <w:t xml:space="preserve"> </w:t>
      </w:r>
      <w:r w:rsidRPr="00822D0D">
        <w:rPr>
          <w:rFonts w:ascii="Times New Roman" w:hAnsi="Times New Roman" w:cs="Times New Roman"/>
          <w:sz w:val="24"/>
          <w:szCs w:val="24"/>
        </w:rPr>
        <w:t>means</w:t>
      </w:r>
      <w:r>
        <w:rPr>
          <w:rFonts w:ascii="Times New Roman" w:hAnsi="Times New Roman" w:cs="Times New Roman"/>
          <w:sz w:val="24"/>
          <w:szCs w:val="24"/>
        </w:rPr>
        <w:t xml:space="preserve"> </w:t>
      </w:r>
      <w:r w:rsidRPr="00822D0D">
        <w:rPr>
          <w:rFonts w:ascii="Times New Roman" w:hAnsi="Times New Roman" w:cs="Times New Roman"/>
          <w:sz w:val="24"/>
          <w:szCs w:val="24"/>
        </w:rPr>
        <w:t>that</w:t>
      </w:r>
      <w:r>
        <w:rPr>
          <w:rFonts w:ascii="Times New Roman" w:hAnsi="Times New Roman" w:cs="Times New Roman"/>
          <w:sz w:val="24"/>
          <w:szCs w:val="24"/>
        </w:rPr>
        <w:t xml:space="preserve"> </w:t>
      </w:r>
      <w:proofErr w:type="spellStart"/>
      <w:r w:rsidRPr="00822D0D">
        <w:rPr>
          <w:rFonts w:ascii="Times New Roman" w:hAnsi="Times New Roman" w:cs="Times New Roman"/>
          <w:sz w:val="24"/>
          <w:szCs w:val="24"/>
        </w:rPr>
        <w:t>effectiveCRM</w:t>
      </w:r>
      <w:proofErr w:type="spellEnd"/>
      <w:r>
        <w:rPr>
          <w:rFonts w:ascii="Times New Roman" w:hAnsi="Times New Roman" w:cs="Times New Roman"/>
          <w:sz w:val="24"/>
          <w:szCs w:val="24"/>
        </w:rPr>
        <w:t xml:space="preserve"> </w:t>
      </w:r>
      <w:r w:rsidRPr="00822D0D">
        <w:rPr>
          <w:rFonts w:ascii="Times New Roman" w:hAnsi="Times New Roman" w:cs="Times New Roman"/>
          <w:sz w:val="24"/>
          <w:szCs w:val="24"/>
        </w:rPr>
        <w:t>can</w:t>
      </w:r>
      <w:r>
        <w:rPr>
          <w:rFonts w:ascii="Times New Roman" w:hAnsi="Times New Roman" w:cs="Times New Roman"/>
          <w:sz w:val="24"/>
          <w:szCs w:val="24"/>
        </w:rPr>
        <w:t xml:space="preserve"> </w:t>
      </w:r>
      <w:r w:rsidRPr="00822D0D">
        <w:rPr>
          <w:rFonts w:ascii="Times New Roman" w:hAnsi="Times New Roman" w:cs="Times New Roman"/>
          <w:sz w:val="24"/>
          <w:szCs w:val="24"/>
        </w:rPr>
        <w:t>give</w:t>
      </w:r>
      <w:r>
        <w:rPr>
          <w:rFonts w:ascii="Times New Roman" w:hAnsi="Times New Roman" w:cs="Times New Roman"/>
          <w:sz w:val="24"/>
          <w:szCs w:val="24"/>
        </w:rPr>
        <w:t xml:space="preserve"> </w:t>
      </w:r>
      <w:r w:rsidRPr="00822D0D">
        <w:rPr>
          <w:rFonts w:ascii="Times New Roman" w:hAnsi="Times New Roman" w:cs="Times New Roman"/>
          <w:sz w:val="24"/>
          <w:szCs w:val="24"/>
        </w:rPr>
        <w:t>institutions</w:t>
      </w:r>
      <w:r>
        <w:rPr>
          <w:rFonts w:ascii="Times New Roman" w:hAnsi="Times New Roman" w:cs="Times New Roman"/>
          <w:sz w:val="24"/>
          <w:szCs w:val="24"/>
        </w:rPr>
        <w:t xml:space="preserve"> </w:t>
      </w:r>
      <w:r w:rsidRPr="00822D0D">
        <w:rPr>
          <w:rFonts w:ascii="Times New Roman" w:hAnsi="Times New Roman" w:cs="Times New Roman"/>
          <w:sz w:val="24"/>
          <w:szCs w:val="24"/>
        </w:rPr>
        <w:t>an</w:t>
      </w:r>
      <w:r>
        <w:rPr>
          <w:rFonts w:ascii="Times New Roman" w:hAnsi="Times New Roman" w:cs="Times New Roman"/>
          <w:sz w:val="24"/>
          <w:szCs w:val="24"/>
        </w:rPr>
        <w:t xml:space="preserve"> </w:t>
      </w:r>
      <w:r w:rsidRPr="00822D0D">
        <w:rPr>
          <w:rFonts w:ascii="Times New Roman" w:hAnsi="Times New Roman" w:cs="Times New Roman"/>
          <w:sz w:val="24"/>
          <w:szCs w:val="24"/>
        </w:rPr>
        <w:t>edge</w:t>
      </w:r>
      <w:r>
        <w:rPr>
          <w:rFonts w:ascii="Times New Roman" w:hAnsi="Times New Roman" w:cs="Times New Roman"/>
          <w:sz w:val="24"/>
          <w:szCs w:val="24"/>
        </w:rPr>
        <w:t xml:space="preserve"> </w:t>
      </w:r>
      <w:r w:rsidRPr="00822D0D">
        <w:rPr>
          <w:rFonts w:ascii="Times New Roman" w:hAnsi="Times New Roman" w:cs="Times New Roman"/>
          <w:sz w:val="24"/>
          <w:szCs w:val="24"/>
        </w:rPr>
        <w:t>over</w:t>
      </w:r>
      <w:r>
        <w:rPr>
          <w:rFonts w:ascii="Times New Roman" w:hAnsi="Times New Roman" w:cs="Times New Roman"/>
          <w:sz w:val="24"/>
          <w:szCs w:val="24"/>
        </w:rPr>
        <w:t xml:space="preserve"> </w:t>
      </w:r>
      <w:r w:rsidRPr="00822D0D">
        <w:rPr>
          <w:rFonts w:ascii="Times New Roman" w:hAnsi="Times New Roman" w:cs="Times New Roman"/>
          <w:sz w:val="24"/>
          <w:szCs w:val="24"/>
        </w:rPr>
        <w:t>their</w:t>
      </w:r>
      <w:r>
        <w:rPr>
          <w:rFonts w:ascii="Times New Roman" w:hAnsi="Times New Roman" w:cs="Times New Roman"/>
          <w:sz w:val="24"/>
          <w:szCs w:val="24"/>
        </w:rPr>
        <w:t xml:space="preserve"> </w:t>
      </w:r>
      <w:r w:rsidRPr="00822D0D">
        <w:rPr>
          <w:rFonts w:ascii="Times New Roman" w:hAnsi="Times New Roman" w:cs="Times New Roman"/>
          <w:sz w:val="24"/>
          <w:szCs w:val="24"/>
        </w:rPr>
        <w:t>competitors</w:t>
      </w:r>
      <w:r>
        <w:rPr>
          <w:rFonts w:ascii="Times New Roman" w:hAnsi="Times New Roman" w:cs="Times New Roman"/>
          <w:sz w:val="24"/>
          <w:szCs w:val="24"/>
        </w:rPr>
        <w:t xml:space="preserve"> </w:t>
      </w:r>
      <w:proofErr w:type="spellStart"/>
      <w:r w:rsidRPr="00822D0D">
        <w:rPr>
          <w:rFonts w:ascii="Times New Roman" w:hAnsi="Times New Roman" w:cs="Times New Roman"/>
          <w:sz w:val="24"/>
          <w:szCs w:val="24"/>
        </w:rPr>
        <w:t>byproviding</w:t>
      </w:r>
      <w:proofErr w:type="spellEnd"/>
      <w:r>
        <w:rPr>
          <w:rFonts w:ascii="Times New Roman" w:hAnsi="Times New Roman" w:cs="Times New Roman"/>
          <w:sz w:val="24"/>
          <w:szCs w:val="24"/>
        </w:rPr>
        <w:t xml:space="preserve"> </w:t>
      </w:r>
      <w:r w:rsidRPr="00822D0D">
        <w:rPr>
          <w:rFonts w:ascii="Times New Roman" w:hAnsi="Times New Roman" w:cs="Times New Roman"/>
          <w:sz w:val="24"/>
          <w:szCs w:val="24"/>
        </w:rPr>
        <w:t>quality</w:t>
      </w:r>
      <w:r>
        <w:rPr>
          <w:rFonts w:ascii="Times New Roman" w:hAnsi="Times New Roman" w:cs="Times New Roman"/>
          <w:sz w:val="24"/>
          <w:szCs w:val="24"/>
        </w:rPr>
        <w:t xml:space="preserve"> </w:t>
      </w:r>
      <w:r w:rsidRPr="00822D0D">
        <w:rPr>
          <w:rFonts w:ascii="Times New Roman" w:hAnsi="Times New Roman" w:cs="Times New Roman"/>
          <w:sz w:val="24"/>
          <w:szCs w:val="24"/>
        </w:rPr>
        <w:t>services</w:t>
      </w:r>
      <w:r>
        <w:rPr>
          <w:rFonts w:ascii="Times New Roman" w:hAnsi="Times New Roman" w:cs="Times New Roman"/>
          <w:sz w:val="24"/>
          <w:szCs w:val="24"/>
        </w:rPr>
        <w:t xml:space="preserve"> </w:t>
      </w:r>
      <w:r w:rsidRPr="00822D0D">
        <w:rPr>
          <w:rFonts w:ascii="Times New Roman" w:hAnsi="Times New Roman" w:cs="Times New Roman"/>
          <w:sz w:val="24"/>
          <w:szCs w:val="24"/>
        </w:rPr>
        <w:t>that</w:t>
      </w:r>
      <w:r>
        <w:rPr>
          <w:rFonts w:ascii="Times New Roman" w:hAnsi="Times New Roman" w:cs="Times New Roman"/>
          <w:sz w:val="24"/>
          <w:szCs w:val="24"/>
        </w:rPr>
        <w:t xml:space="preserve"> </w:t>
      </w:r>
      <w:r w:rsidRPr="00822D0D">
        <w:rPr>
          <w:rFonts w:ascii="Times New Roman" w:hAnsi="Times New Roman" w:cs="Times New Roman"/>
          <w:sz w:val="24"/>
          <w:szCs w:val="24"/>
        </w:rPr>
        <w:t>result</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higher</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satisfaction.</w:t>
      </w:r>
      <w:r>
        <w:rPr>
          <w:rFonts w:ascii="Times New Roman" w:hAnsi="Times New Roman" w:cs="Times New Roman"/>
          <w:sz w:val="24"/>
          <w:szCs w:val="24"/>
        </w:rPr>
        <w:t xml:space="preserve"> </w:t>
      </w:r>
      <w:r w:rsidRPr="00822D0D">
        <w:rPr>
          <w:rFonts w:ascii="Times New Roman" w:hAnsi="Times New Roman" w:cs="Times New Roman"/>
          <w:sz w:val="24"/>
          <w:szCs w:val="24"/>
        </w:rPr>
        <w:t>Therefore,</w:t>
      </w:r>
      <w:r>
        <w:rPr>
          <w:rFonts w:ascii="Times New Roman" w:hAnsi="Times New Roman" w:cs="Times New Roman"/>
          <w:sz w:val="24"/>
          <w:szCs w:val="24"/>
        </w:rPr>
        <w:t xml:space="preserve"> </w:t>
      </w:r>
      <w:r w:rsidRPr="00822D0D">
        <w:rPr>
          <w:rFonts w:ascii="Times New Roman" w:hAnsi="Times New Roman" w:cs="Times New Roman"/>
          <w:sz w:val="24"/>
          <w:szCs w:val="24"/>
        </w:rPr>
        <w:t>implementing</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CRM</w:t>
      </w:r>
      <w:r>
        <w:rPr>
          <w:rFonts w:ascii="Times New Roman" w:hAnsi="Times New Roman" w:cs="Times New Roman"/>
          <w:sz w:val="24"/>
          <w:szCs w:val="24"/>
        </w:rPr>
        <w:t xml:space="preserve"> </w:t>
      </w:r>
      <w:r w:rsidRPr="00822D0D">
        <w:rPr>
          <w:rFonts w:ascii="Times New Roman" w:hAnsi="Times New Roman" w:cs="Times New Roman"/>
          <w:sz w:val="24"/>
          <w:szCs w:val="24"/>
        </w:rPr>
        <w:t>platform</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facilities</w:t>
      </w:r>
      <w:r>
        <w:rPr>
          <w:rFonts w:ascii="Times New Roman" w:hAnsi="Times New Roman" w:cs="Times New Roman"/>
          <w:sz w:val="24"/>
          <w:szCs w:val="24"/>
        </w:rPr>
        <w:t xml:space="preserve"> </w:t>
      </w:r>
      <w:r w:rsidRPr="00822D0D">
        <w:rPr>
          <w:rFonts w:ascii="Times New Roman" w:hAnsi="Times New Roman" w:cs="Times New Roman"/>
          <w:sz w:val="24"/>
          <w:szCs w:val="24"/>
        </w:rPr>
        <w:t>is</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crucial</w:t>
      </w:r>
      <w:r>
        <w:rPr>
          <w:rFonts w:ascii="Times New Roman" w:hAnsi="Times New Roman" w:cs="Times New Roman"/>
          <w:sz w:val="24"/>
          <w:szCs w:val="24"/>
        </w:rPr>
        <w:t xml:space="preserve"> </w:t>
      </w:r>
      <w:r w:rsidRPr="00822D0D">
        <w:rPr>
          <w:rFonts w:ascii="Times New Roman" w:hAnsi="Times New Roman" w:cs="Times New Roman"/>
          <w:sz w:val="24"/>
          <w:szCs w:val="24"/>
        </w:rPr>
        <w:t>step</w:t>
      </w:r>
      <w:r>
        <w:rPr>
          <w:rFonts w:ascii="Times New Roman" w:hAnsi="Times New Roman" w:cs="Times New Roman"/>
          <w:sz w:val="24"/>
          <w:szCs w:val="24"/>
        </w:rPr>
        <w:t xml:space="preserve"> </w:t>
      </w:r>
      <w:r w:rsidRPr="00822D0D">
        <w:rPr>
          <w:rFonts w:ascii="Times New Roman" w:hAnsi="Times New Roman" w:cs="Times New Roman"/>
          <w:sz w:val="24"/>
          <w:szCs w:val="24"/>
        </w:rPr>
        <w:t>towards</w:t>
      </w:r>
      <w:r>
        <w:rPr>
          <w:rFonts w:ascii="Times New Roman" w:hAnsi="Times New Roman" w:cs="Times New Roman"/>
          <w:sz w:val="24"/>
          <w:szCs w:val="24"/>
        </w:rPr>
        <w:t xml:space="preserve"> </w:t>
      </w:r>
      <w:r w:rsidRPr="00822D0D">
        <w:rPr>
          <w:rFonts w:ascii="Times New Roman" w:hAnsi="Times New Roman" w:cs="Times New Roman"/>
          <w:sz w:val="24"/>
          <w:szCs w:val="24"/>
        </w:rPr>
        <w:t>improving</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experience</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achieving</w:t>
      </w:r>
      <w:r>
        <w:rPr>
          <w:rFonts w:ascii="Times New Roman" w:hAnsi="Times New Roman" w:cs="Times New Roman"/>
          <w:sz w:val="24"/>
          <w:szCs w:val="24"/>
        </w:rPr>
        <w:t xml:space="preserve"> </w:t>
      </w:r>
      <w:r w:rsidRPr="00822D0D">
        <w:rPr>
          <w:rFonts w:ascii="Times New Roman" w:hAnsi="Times New Roman" w:cs="Times New Roman"/>
          <w:sz w:val="24"/>
          <w:szCs w:val="24"/>
        </w:rPr>
        <w:t>operational</w:t>
      </w:r>
      <w:r>
        <w:rPr>
          <w:rFonts w:ascii="Times New Roman" w:hAnsi="Times New Roman" w:cs="Times New Roman"/>
          <w:sz w:val="24"/>
          <w:szCs w:val="24"/>
        </w:rPr>
        <w:t xml:space="preserve"> </w:t>
      </w:r>
      <w:r w:rsidRPr="00822D0D">
        <w:rPr>
          <w:rFonts w:ascii="Times New Roman" w:hAnsi="Times New Roman" w:cs="Times New Roman"/>
          <w:sz w:val="24"/>
          <w:szCs w:val="24"/>
        </w:rPr>
        <w:t>excellence.</w:t>
      </w:r>
    </w:p>
    <w:p w:rsidR="00600AC2" w:rsidRPr="00822D0D" w:rsidRDefault="00600AC2" w:rsidP="00600AC2">
      <w:pPr>
        <w:spacing w:after="240" w:line="360" w:lineRule="auto"/>
        <w:jc w:val="both"/>
        <w:rPr>
          <w:rFonts w:ascii="Times New Roman" w:hAnsi="Times New Roman" w:cs="Times New Roman"/>
          <w:sz w:val="24"/>
          <w:szCs w:val="24"/>
        </w:rPr>
      </w:pPr>
      <w:r w:rsidRPr="00822D0D">
        <w:rPr>
          <w:rFonts w:ascii="Times New Roman" w:hAnsi="Times New Roman" w:cs="Times New Roman"/>
          <w:sz w:val="24"/>
          <w:szCs w:val="24"/>
        </w:rPr>
        <w:t>CRM</w:t>
      </w:r>
      <w:r>
        <w:rPr>
          <w:rFonts w:ascii="Times New Roman" w:hAnsi="Times New Roman" w:cs="Times New Roman"/>
          <w:sz w:val="24"/>
          <w:szCs w:val="24"/>
        </w:rPr>
        <w:t xml:space="preserve"> </w:t>
      </w:r>
      <w:r w:rsidRPr="00822D0D">
        <w:rPr>
          <w:rFonts w:ascii="Times New Roman" w:hAnsi="Times New Roman" w:cs="Times New Roman"/>
          <w:sz w:val="24"/>
          <w:szCs w:val="24"/>
        </w:rPr>
        <w:t>has</w:t>
      </w:r>
      <w:r>
        <w:rPr>
          <w:rFonts w:ascii="Times New Roman" w:hAnsi="Times New Roman" w:cs="Times New Roman"/>
          <w:sz w:val="24"/>
          <w:szCs w:val="24"/>
        </w:rPr>
        <w:t xml:space="preserve"> </w:t>
      </w:r>
      <w:r w:rsidRPr="00822D0D">
        <w:rPr>
          <w:rFonts w:ascii="Times New Roman" w:hAnsi="Times New Roman" w:cs="Times New Roman"/>
          <w:sz w:val="24"/>
          <w:szCs w:val="24"/>
        </w:rPr>
        <w:t>become</w:t>
      </w:r>
      <w:r>
        <w:rPr>
          <w:rFonts w:ascii="Times New Roman" w:hAnsi="Times New Roman" w:cs="Times New Roman"/>
          <w:sz w:val="24"/>
          <w:szCs w:val="24"/>
        </w:rPr>
        <w:t xml:space="preserve"> </w:t>
      </w:r>
      <w:r w:rsidRPr="00822D0D">
        <w:rPr>
          <w:rFonts w:ascii="Times New Roman" w:hAnsi="Times New Roman" w:cs="Times New Roman"/>
          <w:sz w:val="24"/>
          <w:szCs w:val="24"/>
        </w:rPr>
        <w:t>an</w:t>
      </w:r>
      <w:r>
        <w:rPr>
          <w:rFonts w:ascii="Times New Roman" w:hAnsi="Times New Roman" w:cs="Times New Roman"/>
          <w:sz w:val="24"/>
          <w:szCs w:val="24"/>
        </w:rPr>
        <w:t xml:space="preserve"> </w:t>
      </w:r>
      <w:r w:rsidRPr="00822D0D">
        <w:rPr>
          <w:rFonts w:ascii="Times New Roman" w:hAnsi="Times New Roman" w:cs="Times New Roman"/>
          <w:sz w:val="24"/>
          <w:szCs w:val="24"/>
        </w:rPr>
        <w:t>essential</w:t>
      </w:r>
      <w:r>
        <w:rPr>
          <w:rFonts w:ascii="Times New Roman" w:hAnsi="Times New Roman" w:cs="Times New Roman"/>
          <w:sz w:val="24"/>
          <w:szCs w:val="24"/>
        </w:rPr>
        <w:t xml:space="preserve"> </w:t>
      </w:r>
      <w:r w:rsidRPr="00822D0D">
        <w:rPr>
          <w:rFonts w:ascii="Times New Roman" w:hAnsi="Times New Roman" w:cs="Times New Roman"/>
          <w:sz w:val="24"/>
          <w:szCs w:val="24"/>
        </w:rPr>
        <w:t>aspect</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modern</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because</w:t>
      </w:r>
      <w:r>
        <w:rPr>
          <w:rFonts w:ascii="Times New Roman" w:hAnsi="Times New Roman" w:cs="Times New Roman"/>
          <w:sz w:val="24"/>
          <w:szCs w:val="24"/>
        </w:rPr>
        <w:t xml:space="preserve"> </w:t>
      </w:r>
      <w:r w:rsidRPr="00822D0D">
        <w:rPr>
          <w:rFonts w:ascii="Times New Roman" w:hAnsi="Times New Roman" w:cs="Times New Roman"/>
          <w:sz w:val="24"/>
          <w:szCs w:val="24"/>
        </w:rPr>
        <w:t>it</w:t>
      </w:r>
      <w:r>
        <w:rPr>
          <w:rFonts w:ascii="Times New Roman" w:hAnsi="Times New Roman" w:cs="Times New Roman"/>
          <w:sz w:val="24"/>
          <w:szCs w:val="24"/>
        </w:rPr>
        <w:t xml:space="preserve"> </w:t>
      </w:r>
      <w:r w:rsidRPr="00822D0D">
        <w:rPr>
          <w:rFonts w:ascii="Times New Roman" w:hAnsi="Times New Roman" w:cs="Times New Roman"/>
          <w:sz w:val="24"/>
          <w:szCs w:val="24"/>
        </w:rPr>
        <w:t>has</w:t>
      </w:r>
      <w:r>
        <w:rPr>
          <w:rFonts w:ascii="Times New Roman" w:hAnsi="Times New Roman" w:cs="Times New Roman"/>
          <w:sz w:val="24"/>
          <w:szCs w:val="24"/>
        </w:rPr>
        <w:t xml:space="preserve"> </w:t>
      </w:r>
      <w:r w:rsidRPr="00822D0D">
        <w:rPr>
          <w:rFonts w:ascii="Times New Roman" w:hAnsi="Times New Roman" w:cs="Times New Roman"/>
          <w:sz w:val="24"/>
          <w:szCs w:val="24"/>
        </w:rPr>
        <w:t>proven</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be</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tool</w:t>
      </w:r>
      <w:r>
        <w:rPr>
          <w:rFonts w:ascii="Times New Roman" w:hAnsi="Times New Roman" w:cs="Times New Roman"/>
          <w:sz w:val="24"/>
          <w:szCs w:val="24"/>
        </w:rPr>
        <w:t xml:space="preserve"> </w:t>
      </w:r>
      <w:r w:rsidRPr="00822D0D">
        <w:rPr>
          <w:rFonts w:ascii="Times New Roman" w:hAnsi="Times New Roman" w:cs="Times New Roman"/>
          <w:sz w:val="24"/>
          <w:szCs w:val="24"/>
        </w:rPr>
        <w:t>for</w:t>
      </w:r>
      <w:r>
        <w:rPr>
          <w:rFonts w:ascii="Times New Roman" w:hAnsi="Times New Roman" w:cs="Times New Roman"/>
          <w:sz w:val="24"/>
          <w:szCs w:val="24"/>
        </w:rPr>
        <w:t xml:space="preserve"> </w:t>
      </w:r>
      <w:r w:rsidRPr="00822D0D">
        <w:rPr>
          <w:rFonts w:ascii="Times New Roman" w:hAnsi="Times New Roman" w:cs="Times New Roman"/>
          <w:sz w:val="24"/>
          <w:szCs w:val="24"/>
        </w:rPr>
        <w:t>enhancing</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engagement</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improving</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overall</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experience.</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addition</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building</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loyalty</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supporting</w:t>
      </w:r>
      <w:r>
        <w:rPr>
          <w:rFonts w:ascii="Times New Roman" w:hAnsi="Times New Roman" w:cs="Times New Roman"/>
          <w:sz w:val="24"/>
          <w:szCs w:val="24"/>
        </w:rPr>
        <w:t xml:space="preserve"> </w:t>
      </w:r>
      <w:r w:rsidRPr="00822D0D">
        <w:rPr>
          <w:rFonts w:ascii="Times New Roman" w:hAnsi="Times New Roman" w:cs="Times New Roman"/>
          <w:sz w:val="24"/>
          <w:szCs w:val="24"/>
        </w:rPr>
        <w:t>value-based</w:t>
      </w:r>
      <w:r>
        <w:rPr>
          <w:rFonts w:ascii="Times New Roman" w:hAnsi="Times New Roman" w:cs="Times New Roman"/>
          <w:sz w:val="24"/>
          <w:szCs w:val="24"/>
        </w:rPr>
        <w:t xml:space="preserve"> </w:t>
      </w:r>
      <w:r w:rsidRPr="00822D0D">
        <w:rPr>
          <w:rFonts w:ascii="Times New Roman" w:hAnsi="Times New Roman" w:cs="Times New Roman"/>
          <w:sz w:val="24"/>
          <w:szCs w:val="24"/>
        </w:rPr>
        <w:t>care,</w:t>
      </w:r>
      <w:r>
        <w:rPr>
          <w:rFonts w:ascii="Times New Roman" w:hAnsi="Times New Roman" w:cs="Times New Roman"/>
          <w:sz w:val="24"/>
          <w:szCs w:val="24"/>
        </w:rPr>
        <w:t xml:space="preserve"> </w:t>
      </w:r>
      <w:r w:rsidRPr="00822D0D">
        <w:rPr>
          <w:rFonts w:ascii="Times New Roman" w:hAnsi="Times New Roman" w:cs="Times New Roman"/>
          <w:sz w:val="24"/>
          <w:szCs w:val="24"/>
        </w:rPr>
        <w:t>it</w:t>
      </w:r>
      <w:r>
        <w:rPr>
          <w:rFonts w:ascii="Times New Roman" w:hAnsi="Times New Roman" w:cs="Times New Roman"/>
          <w:sz w:val="24"/>
          <w:szCs w:val="24"/>
        </w:rPr>
        <w:t xml:space="preserve"> </w:t>
      </w:r>
      <w:r w:rsidRPr="00822D0D">
        <w:rPr>
          <w:rFonts w:ascii="Times New Roman" w:hAnsi="Times New Roman" w:cs="Times New Roman"/>
          <w:sz w:val="24"/>
          <w:szCs w:val="24"/>
        </w:rPr>
        <w:t>has</w:t>
      </w:r>
      <w:r>
        <w:rPr>
          <w:rFonts w:ascii="Times New Roman" w:hAnsi="Times New Roman" w:cs="Times New Roman"/>
          <w:sz w:val="24"/>
          <w:szCs w:val="24"/>
        </w:rPr>
        <w:t xml:space="preserve"> </w:t>
      </w:r>
      <w:r w:rsidRPr="00822D0D">
        <w:rPr>
          <w:rFonts w:ascii="Times New Roman" w:hAnsi="Times New Roman" w:cs="Times New Roman"/>
          <w:sz w:val="24"/>
          <w:szCs w:val="24"/>
        </w:rPr>
        <w:t>also</w:t>
      </w:r>
      <w:r>
        <w:rPr>
          <w:rFonts w:ascii="Times New Roman" w:hAnsi="Times New Roman" w:cs="Times New Roman"/>
          <w:sz w:val="24"/>
          <w:szCs w:val="24"/>
        </w:rPr>
        <w:t xml:space="preserve"> </w:t>
      </w:r>
      <w:r w:rsidRPr="00822D0D">
        <w:rPr>
          <w:rFonts w:ascii="Times New Roman" w:hAnsi="Times New Roman" w:cs="Times New Roman"/>
          <w:sz w:val="24"/>
          <w:szCs w:val="24"/>
        </w:rPr>
        <w:t>been</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great</w:t>
      </w:r>
      <w:r>
        <w:rPr>
          <w:rFonts w:ascii="Times New Roman" w:hAnsi="Times New Roman" w:cs="Times New Roman"/>
          <w:sz w:val="24"/>
          <w:szCs w:val="24"/>
        </w:rPr>
        <w:t xml:space="preserve"> </w:t>
      </w:r>
      <w:r w:rsidRPr="00822D0D">
        <w:rPr>
          <w:rFonts w:ascii="Times New Roman" w:hAnsi="Times New Roman" w:cs="Times New Roman"/>
          <w:sz w:val="24"/>
          <w:szCs w:val="24"/>
        </w:rPr>
        <w:t>way</w:t>
      </w:r>
      <w:r>
        <w:rPr>
          <w:rFonts w:ascii="Times New Roman" w:hAnsi="Times New Roman" w:cs="Times New Roman"/>
          <w:sz w:val="24"/>
          <w:szCs w:val="24"/>
        </w:rPr>
        <w:t xml:space="preserve"> </w:t>
      </w:r>
      <w:r w:rsidRPr="00822D0D">
        <w:rPr>
          <w:rFonts w:ascii="Times New Roman" w:hAnsi="Times New Roman" w:cs="Times New Roman"/>
          <w:sz w:val="24"/>
          <w:szCs w:val="24"/>
        </w:rPr>
        <w:t>for</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organizations</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boost</w:t>
      </w:r>
      <w:r>
        <w:rPr>
          <w:rFonts w:ascii="Times New Roman" w:hAnsi="Times New Roman" w:cs="Times New Roman"/>
          <w:sz w:val="24"/>
          <w:szCs w:val="24"/>
        </w:rPr>
        <w:t xml:space="preserve"> </w:t>
      </w:r>
      <w:r w:rsidRPr="00822D0D">
        <w:rPr>
          <w:rFonts w:ascii="Times New Roman" w:hAnsi="Times New Roman" w:cs="Times New Roman"/>
          <w:sz w:val="24"/>
          <w:szCs w:val="24"/>
        </w:rPr>
        <w:t>satisfaction</w:t>
      </w:r>
      <w:r>
        <w:rPr>
          <w:rFonts w:ascii="Times New Roman" w:hAnsi="Times New Roman" w:cs="Times New Roman"/>
          <w:sz w:val="24"/>
          <w:szCs w:val="24"/>
        </w:rPr>
        <w:t xml:space="preserve"> </w:t>
      </w:r>
      <w:r w:rsidRPr="00822D0D">
        <w:rPr>
          <w:rFonts w:ascii="Times New Roman" w:hAnsi="Times New Roman" w:cs="Times New Roman"/>
          <w:sz w:val="24"/>
          <w:szCs w:val="24"/>
        </w:rPr>
        <w:t>levels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establish</w:t>
      </w:r>
      <w:r>
        <w:rPr>
          <w:rFonts w:ascii="Times New Roman" w:hAnsi="Times New Roman" w:cs="Times New Roman"/>
          <w:sz w:val="24"/>
          <w:szCs w:val="24"/>
        </w:rPr>
        <w:t xml:space="preserve"> </w:t>
      </w:r>
      <w:r w:rsidRPr="00822D0D">
        <w:rPr>
          <w:rFonts w:ascii="Times New Roman" w:hAnsi="Times New Roman" w:cs="Times New Roman"/>
          <w:sz w:val="24"/>
          <w:szCs w:val="24"/>
        </w:rPr>
        <w:t>a</w:t>
      </w:r>
      <w:r>
        <w:rPr>
          <w:rFonts w:ascii="Times New Roman" w:hAnsi="Times New Roman" w:cs="Times New Roman"/>
          <w:sz w:val="24"/>
          <w:szCs w:val="24"/>
        </w:rPr>
        <w:t xml:space="preserve"> </w:t>
      </w:r>
      <w:r w:rsidRPr="00822D0D">
        <w:rPr>
          <w:rFonts w:ascii="Times New Roman" w:hAnsi="Times New Roman" w:cs="Times New Roman"/>
          <w:sz w:val="24"/>
          <w:szCs w:val="24"/>
        </w:rPr>
        <w:t>positive</w:t>
      </w:r>
      <w:r>
        <w:rPr>
          <w:rFonts w:ascii="Times New Roman" w:hAnsi="Times New Roman" w:cs="Times New Roman"/>
          <w:sz w:val="24"/>
          <w:szCs w:val="24"/>
        </w:rPr>
        <w:t xml:space="preserve"> </w:t>
      </w:r>
      <w:r w:rsidRPr="00822D0D">
        <w:rPr>
          <w:rFonts w:ascii="Times New Roman" w:hAnsi="Times New Roman" w:cs="Times New Roman"/>
          <w:sz w:val="24"/>
          <w:szCs w:val="24"/>
        </w:rPr>
        <w:t>reputation</w:t>
      </w:r>
      <w:r>
        <w:rPr>
          <w:rFonts w:ascii="Times New Roman" w:hAnsi="Times New Roman" w:cs="Times New Roman"/>
          <w:sz w:val="24"/>
          <w:szCs w:val="24"/>
        </w:rPr>
        <w:t xml:space="preserve"> </w:t>
      </w:r>
      <w:r w:rsidRPr="00822D0D">
        <w:rPr>
          <w:rFonts w:ascii="Times New Roman" w:hAnsi="Times New Roman" w:cs="Times New Roman"/>
          <w:sz w:val="24"/>
          <w:szCs w:val="24"/>
        </w:rPr>
        <w:t>while</w:t>
      </w:r>
      <w:r>
        <w:rPr>
          <w:rFonts w:ascii="Times New Roman" w:hAnsi="Times New Roman" w:cs="Times New Roman"/>
          <w:sz w:val="24"/>
          <w:szCs w:val="24"/>
        </w:rPr>
        <w:t xml:space="preserve"> </w:t>
      </w:r>
      <w:r w:rsidRPr="00822D0D">
        <w:rPr>
          <w:rFonts w:ascii="Times New Roman" w:hAnsi="Times New Roman" w:cs="Times New Roman"/>
          <w:sz w:val="24"/>
          <w:szCs w:val="24"/>
        </w:rPr>
        <w:t>promoting</w:t>
      </w:r>
      <w:r>
        <w:rPr>
          <w:rFonts w:ascii="Times New Roman" w:hAnsi="Times New Roman" w:cs="Times New Roman"/>
          <w:sz w:val="24"/>
          <w:szCs w:val="24"/>
        </w:rPr>
        <w:t xml:space="preserve"> </w:t>
      </w:r>
      <w:r w:rsidRPr="00822D0D">
        <w:rPr>
          <w:rFonts w:ascii="Times New Roman" w:hAnsi="Times New Roman" w:cs="Times New Roman"/>
          <w:sz w:val="24"/>
          <w:szCs w:val="24"/>
        </w:rPr>
        <w:t>organizational</w:t>
      </w:r>
      <w:r>
        <w:rPr>
          <w:rFonts w:ascii="Times New Roman" w:hAnsi="Times New Roman" w:cs="Times New Roman"/>
          <w:sz w:val="24"/>
          <w:szCs w:val="24"/>
        </w:rPr>
        <w:t xml:space="preserve"> </w:t>
      </w:r>
      <w:r w:rsidRPr="00822D0D">
        <w:rPr>
          <w:rFonts w:ascii="Times New Roman" w:hAnsi="Times New Roman" w:cs="Times New Roman"/>
          <w:sz w:val="24"/>
          <w:szCs w:val="24"/>
        </w:rPr>
        <w:t>growth</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long-term</w:t>
      </w:r>
      <w:r>
        <w:rPr>
          <w:rFonts w:ascii="Times New Roman" w:hAnsi="Times New Roman" w:cs="Times New Roman"/>
          <w:sz w:val="24"/>
          <w:szCs w:val="24"/>
        </w:rPr>
        <w:t xml:space="preserve"> </w:t>
      </w:r>
      <w:r w:rsidRPr="00822D0D">
        <w:rPr>
          <w:rFonts w:ascii="Times New Roman" w:hAnsi="Times New Roman" w:cs="Times New Roman"/>
          <w:sz w:val="24"/>
          <w:szCs w:val="24"/>
        </w:rPr>
        <w:t>sustainability.</w:t>
      </w:r>
      <w:r>
        <w:rPr>
          <w:rFonts w:ascii="Times New Roman" w:hAnsi="Times New Roman" w:cs="Times New Roman"/>
          <w:sz w:val="24"/>
          <w:szCs w:val="24"/>
        </w:rPr>
        <w:t xml:space="preserve"> </w:t>
      </w:r>
      <w:r w:rsidRPr="00822D0D">
        <w:rPr>
          <w:rFonts w:ascii="Times New Roman" w:hAnsi="Times New Roman" w:cs="Times New Roman"/>
          <w:sz w:val="24"/>
          <w:szCs w:val="24"/>
        </w:rPr>
        <w:t>In</w:t>
      </w:r>
      <w:r>
        <w:rPr>
          <w:rFonts w:ascii="Times New Roman" w:hAnsi="Times New Roman" w:cs="Times New Roman"/>
          <w:sz w:val="24"/>
          <w:szCs w:val="24"/>
        </w:rPr>
        <w:t xml:space="preserve"> </w:t>
      </w:r>
      <w:r w:rsidRPr="00822D0D">
        <w:rPr>
          <w:rFonts w:ascii="Times New Roman" w:hAnsi="Times New Roman" w:cs="Times New Roman"/>
          <w:sz w:val="24"/>
          <w:szCs w:val="24"/>
        </w:rPr>
        <w:t>the</w:t>
      </w:r>
      <w:r>
        <w:rPr>
          <w:rFonts w:ascii="Times New Roman" w:hAnsi="Times New Roman" w:cs="Times New Roman"/>
          <w:sz w:val="24"/>
          <w:szCs w:val="24"/>
        </w:rPr>
        <w:t xml:space="preserve"> </w:t>
      </w:r>
      <w:r w:rsidRPr="00822D0D">
        <w:rPr>
          <w:rFonts w:ascii="Times New Roman" w:hAnsi="Times New Roman" w:cs="Times New Roman"/>
          <w:sz w:val="24"/>
          <w:szCs w:val="24"/>
        </w:rPr>
        <w:t>context</w:t>
      </w:r>
      <w:r>
        <w:rPr>
          <w:rFonts w:ascii="Times New Roman" w:hAnsi="Times New Roman" w:cs="Times New Roman"/>
          <w:sz w:val="24"/>
          <w:szCs w:val="24"/>
        </w:rPr>
        <w:t xml:space="preserve"> </w:t>
      </w:r>
      <w:r w:rsidRPr="00822D0D">
        <w:rPr>
          <w:rFonts w:ascii="Times New Roman" w:hAnsi="Times New Roman" w:cs="Times New Roman"/>
          <w:sz w:val="24"/>
          <w:szCs w:val="24"/>
        </w:rPr>
        <w:t>of</w:t>
      </w:r>
      <w:r>
        <w:rPr>
          <w:rFonts w:ascii="Times New Roman" w:hAnsi="Times New Roman" w:cs="Times New Roman"/>
          <w:sz w:val="24"/>
          <w:szCs w:val="24"/>
        </w:rPr>
        <w:t xml:space="preserve"> </w:t>
      </w:r>
      <w:r w:rsidRPr="00822D0D">
        <w:rPr>
          <w:rFonts w:ascii="Times New Roman" w:hAnsi="Times New Roman" w:cs="Times New Roman"/>
          <w:sz w:val="24"/>
          <w:szCs w:val="24"/>
        </w:rPr>
        <w:t>international</w:t>
      </w:r>
      <w:r>
        <w:rPr>
          <w:rFonts w:ascii="Times New Roman" w:hAnsi="Times New Roman" w:cs="Times New Roman"/>
          <w:sz w:val="24"/>
          <w:szCs w:val="24"/>
        </w:rPr>
        <w:t xml:space="preserve"> </w:t>
      </w:r>
      <w:r w:rsidRPr="00822D0D">
        <w:rPr>
          <w:rFonts w:ascii="Times New Roman" w:hAnsi="Times New Roman" w:cs="Times New Roman"/>
          <w:sz w:val="24"/>
          <w:szCs w:val="24"/>
        </w:rPr>
        <w:t>patient</w:t>
      </w:r>
      <w:r>
        <w:rPr>
          <w:rFonts w:ascii="Times New Roman" w:hAnsi="Times New Roman" w:cs="Times New Roman"/>
          <w:sz w:val="24"/>
          <w:szCs w:val="24"/>
        </w:rPr>
        <w:t xml:space="preserve"> </w:t>
      </w:r>
      <w:r w:rsidRPr="00822D0D">
        <w:rPr>
          <w:rFonts w:ascii="Times New Roman" w:hAnsi="Times New Roman" w:cs="Times New Roman"/>
          <w:sz w:val="24"/>
          <w:szCs w:val="24"/>
        </w:rPr>
        <w:t>coordination,</w:t>
      </w:r>
      <w:r>
        <w:rPr>
          <w:rFonts w:ascii="Times New Roman" w:hAnsi="Times New Roman" w:cs="Times New Roman"/>
          <w:sz w:val="24"/>
          <w:szCs w:val="24"/>
        </w:rPr>
        <w:t xml:space="preserve"> </w:t>
      </w:r>
      <w:r w:rsidRPr="00822D0D">
        <w:rPr>
          <w:rFonts w:ascii="Times New Roman" w:hAnsi="Times New Roman" w:cs="Times New Roman"/>
          <w:sz w:val="24"/>
          <w:szCs w:val="24"/>
        </w:rPr>
        <w:t>CRM</w:t>
      </w:r>
      <w:r>
        <w:rPr>
          <w:rFonts w:ascii="Times New Roman" w:hAnsi="Times New Roman" w:cs="Times New Roman"/>
          <w:sz w:val="24"/>
          <w:szCs w:val="24"/>
        </w:rPr>
        <w:t xml:space="preserve"> </w:t>
      </w:r>
      <w:r w:rsidRPr="00822D0D">
        <w:rPr>
          <w:rFonts w:ascii="Times New Roman" w:hAnsi="Times New Roman" w:cs="Times New Roman"/>
          <w:sz w:val="24"/>
          <w:szCs w:val="24"/>
        </w:rPr>
        <w:t>can</w:t>
      </w:r>
      <w:r>
        <w:rPr>
          <w:rFonts w:ascii="Times New Roman" w:hAnsi="Times New Roman" w:cs="Times New Roman"/>
          <w:sz w:val="24"/>
          <w:szCs w:val="24"/>
        </w:rPr>
        <w:t xml:space="preserve"> </w:t>
      </w:r>
      <w:r w:rsidRPr="00822D0D">
        <w:rPr>
          <w:rFonts w:ascii="Times New Roman" w:hAnsi="Times New Roman" w:cs="Times New Roman"/>
          <w:sz w:val="24"/>
          <w:szCs w:val="24"/>
        </w:rPr>
        <w:t>be</w:t>
      </w:r>
      <w:r>
        <w:rPr>
          <w:rFonts w:ascii="Times New Roman" w:hAnsi="Times New Roman" w:cs="Times New Roman"/>
          <w:sz w:val="24"/>
          <w:szCs w:val="24"/>
        </w:rPr>
        <w:t xml:space="preserve"> </w:t>
      </w:r>
      <w:r w:rsidRPr="00822D0D">
        <w:rPr>
          <w:rFonts w:ascii="Times New Roman" w:hAnsi="Times New Roman" w:cs="Times New Roman"/>
          <w:sz w:val="24"/>
          <w:szCs w:val="24"/>
        </w:rPr>
        <w:t>used</w:t>
      </w:r>
      <w:r>
        <w:rPr>
          <w:rFonts w:ascii="Times New Roman" w:hAnsi="Times New Roman" w:cs="Times New Roman"/>
          <w:sz w:val="24"/>
          <w:szCs w:val="24"/>
        </w:rPr>
        <w:t xml:space="preserve"> </w:t>
      </w:r>
      <w:r w:rsidRPr="00822D0D">
        <w:rPr>
          <w:rFonts w:ascii="Times New Roman" w:hAnsi="Times New Roman" w:cs="Times New Roman"/>
          <w:sz w:val="24"/>
          <w:szCs w:val="24"/>
        </w:rPr>
        <w:t>to</w:t>
      </w:r>
      <w:r>
        <w:rPr>
          <w:rFonts w:ascii="Times New Roman" w:hAnsi="Times New Roman" w:cs="Times New Roman"/>
          <w:sz w:val="24"/>
          <w:szCs w:val="24"/>
        </w:rPr>
        <w:t xml:space="preserve"> </w:t>
      </w:r>
      <w:r w:rsidRPr="00822D0D">
        <w:rPr>
          <w:rFonts w:ascii="Times New Roman" w:hAnsi="Times New Roman" w:cs="Times New Roman"/>
          <w:sz w:val="24"/>
          <w:szCs w:val="24"/>
        </w:rPr>
        <w:t>facilitate</w:t>
      </w:r>
      <w:r>
        <w:rPr>
          <w:rFonts w:ascii="Times New Roman" w:hAnsi="Times New Roman" w:cs="Times New Roman"/>
          <w:sz w:val="24"/>
          <w:szCs w:val="24"/>
        </w:rPr>
        <w:t xml:space="preserve"> </w:t>
      </w:r>
      <w:r w:rsidRPr="00822D0D">
        <w:rPr>
          <w:rFonts w:ascii="Times New Roman" w:hAnsi="Times New Roman" w:cs="Times New Roman"/>
          <w:sz w:val="24"/>
          <w:szCs w:val="24"/>
        </w:rPr>
        <w:t>communication</w:t>
      </w:r>
      <w:r>
        <w:rPr>
          <w:rFonts w:ascii="Times New Roman" w:hAnsi="Times New Roman" w:cs="Times New Roman"/>
          <w:sz w:val="24"/>
          <w:szCs w:val="24"/>
        </w:rPr>
        <w:t xml:space="preserve"> </w:t>
      </w:r>
      <w:r w:rsidRPr="00822D0D">
        <w:rPr>
          <w:rFonts w:ascii="Times New Roman" w:hAnsi="Times New Roman" w:cs="Times New Roman"/>
          <w:sz w:val="24"/>
          <w:szCs w:val="24"/>
        </w:rPr>
        <w:t>between</w:t>
      </w:r>
      <w:r>
        <w:rPr>
          <w:rFonts w:ascii="Times New Roman" w:hAnsi="Times New Roman" w:cs="Times New Roman"/>
          <w:sz w:val="24"/>
          <w:szCs w:val="24"/>
        </w:rPr>
        <w:t xml:space="preserve"> </w:t>
      </w:r>
      <w:r w:rsidRPr="00822D0D">
        <w:rPr>
          <w:rFonts w:ascii="Times New Roman" w:hAnsi="Times New Roman" w:cs="Times New Roman"/>
          <w:sz w:val="24"/>
          <w:szCs w:val="24"/>
        </w:rPr>
        <w:t>patients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healthcare</w:t>
      </w:r>
      <w:r>
        <w:rPr>
          <w:rFonts w:ascii="Times New Roman" w:hAnsi="Times New Roman" w:cs="Times New Roman"/>
          <w:sz w:val="24"/>
          <w:szCs w:val="24"/>
        </w:rPr>
        <w:t xml:space="preserve"> </w:t>
      </w:r>
      <w:r w:rsidRPr="00822D0D">
        <w:rPr>
          <w:rFonts w:ascii="Times New Roman" w:hAnsi="Times New Roman" w:cs="Times New Roman"/>
          <w:sz w:val="24"/>
          <w:szCs w:val="24"/>
        </w:rPr>
        <w:t>providers</w:t>
      </w:r>
      <w:r>
        <w:rPr>
          <w:rFonts w:ascii="Times New Roman" w:hAnsi="Times New Roman" w:cs="Times New Roman"/>
          <w:sz w:val="24"/>
          <w:szCs w:val="24"/>
        </w:rPr>
        <w:t xml:space="preserve"> </w:t>
      </w:r>
      <w:r w:rsidRPr="00822D0D">
        <w:rPr>
          <w:rFonts w:ascii="Times New Roman" w:hAnsi="Times New Roman" w:cs="Times New Roman"/>
          <w:sz w:val="24"/>
          <w:szCs w:val="24"/>
        </w:rPr>
        <w:t>effectively,</w:t>
      </w:r>
      <w:r>
        <w:rPr>
          <w:rFonts w:ascii="Times New Roman" w:hAnsi="Times New Roman" w:cs="Times New Roman"/>
          <w:sz w:val="24"/>
          <w:szCs w:val="24"/>
        </w:rPr>
        <w:t xml:space="preserve"> </w:t>
      </w:r>
      <w:r w:rsidRPr="00822D0D">
        <w:rPr>
          <w:rFonts w:ascii="Times New Roman" w:hAnsi="Times New Roman" w:cs="Times New Roman"/>
          <w:sz w:val="24"/>
          <w:szCs w:val="24"/>
        </w:rPr>
        <w:t>even</w:t>
      </w:r>
      <w:r>
        <w:rPr>
          <w:rFonts w:ascii="Times New Roman" w:hAnsi="Times New Roman" w:cs="Times New Roman"/>
          <w:sz w:val="24"/>
          <w:szCs w:val="24"/>
        </w:rPr>
        <w:t xml:space="preserve"> </w:t>
      </w:r>
      <w:r w:rsidRPr="00822D0D">
        <w:rPr>
          <w:rFonts w:ascii="Times New Roman" w:hAnsi="Times New Roman" w:cs="Times New Roman"/>
          <w:sz w:val="24"/>
          <w:szCs w:val="24"/>
        </w:rPr>
        <w:t>across</w:t>
      </w:r>
      <w:r>
        <w:rPr>
          <w:rFonts w:ascii="Times New Roman" w:hAnsi="Times New Roman" w:cs="Times New Roman"/>
          <w:sz w:val="24"/>
          <w:szCs w:val="24"/>
        </w:rPr>
        <w:t xml:space="preserve"> </w:t>
      </w:r>
      <w:r w:rsidRPr="00822D0D">
        <w:rPr>
          <w:rFonts w:ascii="Times New Roman" w:hAnsi="Times New Roman" w:cs="Times New Roman"/>
          <w:sz w:val="24"/>
          <w:szCs w:val="24"/>
        </w:rPr>
        <w:t>countries,</w:t>
      </w:r>
      <w:r>
        <w:rPr>
          <w:rFonts w:ascii="Times New Roman" w:hAnsi="Times New Roman" w:cs="Times New Roman"/>
          <w:sz w:val="24"/>
          <w:szCs w:val="24"/>
        </w:rPr>
        <w:t xml:space="preserve"> </w:t>
      </w:r>
      <w:r w:rsidRPr="00822D0D">
        <w:rPr>
          <w:rFonts w:ascii="Times New Roman" w:hAnsi="Times New Roman" w:cs="Times New Roman"/>
          <w:sz w:val="24"/>
          <w:szCs w:val="24"/>
        </w:rPr>
        <w:t>cultures,</w:t>
      </w:r>
      <w:r>
        <w:rPr>
          <w:rFonts w:ascii="Times New Roman" w:hAnsi="Times New Roman" w:cs="Times New Roman"/>
          <w:sz w:val="24"/>
          <w:szCs w:val="24"/>
        </w:rPr>
        <w:t xml:space="preserve"> </w:t>
      </w:r>
      <w:r w:rsidRPr="00822D0D">
        <w:rPr>
          <w:rFonts w:ascii="Times New Roman" w:hAnsi="Times New Roman" w:cs="Times New Roman"/>
          <w:sz w:val="24"/>
          <w:szCs w:val="24"/>
        </w:rPr>
        <w:t>languages,</w:t>
      </w:r>
      <w:r>
        <w:rPr>
          <w:rFonts w:ascii="Times New Roman" w:hAnsi="Times New Roman" w:cs="Times New Roman"/>
          <w:sz w:val="24"/>
          <w:szCs w:val="24"/>
        </w:rPr>
        <w:t xml:space="preserve"> </w:t>
      </w:r>
      <w:r w:rsidRPr="00822D0D">
        <w:rPr>
          <w:rFonts w:ascii="Times New Roman" w:hAnsi="Times New Roman" w:cs="Times New Roman"/>
          <w:sz w:val="24"/>
          <w:szCs w:val="24"/>
        </w:rPr>
        <w:t>and</w:t>
      </w:r>
      <w:r>
        <w:rPr>
          <w:rFonts w:ascii="Times New Roman" w:hAnsi="Times New Roman" w:cs="Times New Roman"/>
          <w:sz w:val="24"/>
          <w:szCs w:val="24"/>
        </w:rPr>
        <w:t xml:space="preserve"> </w:t>
      </w:r>
      <w:r w:rsidRPr="00822D0D">
        <w:rPr>
          <w:rFonts w:ascii="Times New Roman" w:hAnsi="Times New Roman" w:cs="Times New Roman"/>
          <w:sz w:val="24"/>
          <w:szCs w:val="24"/>
        </w:rPr>
        <w:t>time</w:t>
      </w:r>
      <w:r>
        <w:rPr>
          <w:rFonts w:ascii="Times New Roman" w:hAnsi="Times New Roman" w:cs="Times New Roman"/>
          <w:sz w:val="24"/>
          <w:szCs w:val="24"/>
        </w:rPr>
        <w:t xml:space="preserve"> </w:t>
      </w:r>
      <w:r w:rsidRPr="00822D0D">
        <w:rPr>
          <w:rFonts w:ascii="Times New Roman" w:hAnsi="Times New Roman" w:cs="Times New Roman"/>
          <w:sz w:val="24"/>
          <w:szCs w:val="24"/>
        </w:rPr>
        <w:t>zones.</w:t>
      </w:r>
    </w:p>
    <w:p w:rsidR="00F6171F" w:rsidRPr="00113517" w:rsidRDefault="00F6171F" w:rsidP="00600AC2">
      <w:pPr>
        <w:pStyle w:val="NoSpacing"/>
        <w:spacing w:after="240" w:line="360" w:lineRule="auto"/>
        <w:jc w:val="both"/>
        <w:rPr>
          <w:rFonts w:ascii="Times New Roman" w:hAnsi="Times New Roman" w:cs="Times New Roman"/>
          <w:b/>
          <w:sz w:val="28"/>
          <w:szCs w:val="28"/>
        </w:rPr>
      </w:pPr>
      <w:r w:rsidRPr="00113517">
        <w:rPr>
          <w:rFonts w:ascii="Times New Roman" w:hAnsi="Times New Roman" w:cs="Times New Roman"/>
          <w:b/>
          <w:sz w:val="28"/>
          <w:szCs w:val="28"/>
        </w:rPr>
        <w:t>1.3 THEORETICAL BACKGROUND OF THE STUDY</w:t>
      </w:r>
    </w:p>
    <w:p w:rsidR="006A7E2C" w:rsidRPr="00E5081E" w:rsidRDefault="006A7E2C" w:rsidP="00600AC2">
      <w:pPr>
        <w:pStyle w:val="NoSpacing"/>
        <w:spacing w:after="240" w:line="360" w:lineRule="auto"/>
        <w:jc w:val="both"/>
        <w:rPr>
          <w:rFonts w:ascii="Times New Roman" w:hAnsi="Times New Roman" w:cs="Times New Roman"/>
          <w:sz w:val="24"/>
          <w:szCs w:val="24"/>
        </w:rPr>
      </w:pPr>
    </w:p>
    <w:p w:rsidR="00E5081E" w:rsidRPr="00E5081E" w:rsidRDefault="00E5081E" w:rsidP="00600AC2">
      <w:pPr>
        <w:pStyle w:val="NoSpacing"/>
        <w:spacing w:after="240" w:line="360" w:lineRule="auto"/>
        <w:jc w:val="both"/>
        <w:rPr>
          <w:rFonts w:ascii="Times New Roman" w:hAnsi="Times New Roman" w:cs="Times New Roman"/>
          <w:sz w:val="24"/>
          <w:szCs w:val="24"/>
        </w:rPr>
      </w:pPr>
    </w:p>
    <w:p w:rsidR="00E5081E" w:rsidRPr="00E5081E" w:rsidRDefault="00E5081E" w:rsidP="00600AC2">
      <w:pPr>
        <w:pStyle w:val="NoSpacing"/>
        <w:spacing w:after="240" w:line="360" w:lineRule="auto"/>
        <w:jc w:val="both"/>
        <w:rPr>
          <w:rFonts w:ascii="Times New Roman" w:hAnsi="Times New Roman" w:cs="Times New Roman"/>
          <w:sz w:val="24"/>
          <w:szCs w:val="24"/>
        </w:rPr>
      </w:pPr>
    </w:p>
    <w:p w:rsidR="00E5081E" w:rsidRPr="00E5081E" w:rsidRDefault="00E5081E" w:rsidP="00600AC2">
      <w:pPr>
        <w:pStyle w:val="NoSpacing"/>
        <w:spacing w:after="240" w:line="360" w:lineRule="auto"/>
        <w:jc w:val="both"/>
        <w:rPr>
          <w:rFonts w:ascii="Times New Roman" w:hAnsi="Times New Roman" w:cs="Times New Roman"/>
          <w:sz w:val="24"/>
          <w:szCs w:val="24"/>
        </w:rPr>
      </w:pPr>
    </w:p>
    <w:p w:rsidR="00E5081E" w:rsidRPr="00E5081E" w:rsidRDefault="00E5081E" w:rsidP="00600AC2">
      <w:pPr>
        <w:pStyle w:val="NoSpacing"/>
        <w:spacing w:after="240" w:line="360" w:lineRule="auto"/>
        <w:jc w:val="both"/>
        <w:rPr>
          <w:rFonts w:ascii="Times New Roman" w:hAnsi="Times New Roman" w:cs="Times New Roman"/>
          <w:sz w:val="24"/>
          <w:szCs w:val="24"/>
        </w:rPr>
      </w:pPr>
    </w:p>
    <w:p w:rsidR="00E5081E" w:rsidRPr="00E5081E" w:rsidRDefault="00E5081E" w:rsidP="00600AC2">
      <w:pPr>
        <w:pStyle w:val="NoSpacing"/>
        <w:spacing w:after="240" w:line="360" w:lineRule="auto"/>
        <w:jc w:val="both"/>
        <w:rPr>
          <w:rFonts w:ascii="Times New Roman" w:hAnsi="Times New Roman" w:cs="Times New Roman"/>
          <w:sz w:val="24"/>
          <w:szCs w:val="24"/>
        </w:rPr>
      </w:pPr>
    </w:p>
    <w:p w:rsidR="00E5081E" w:rsidRPr="00E5081E" w:rsidRDefault="00E5081E" w:rsidP="00600AC2">
      <w:pPr>
        <w:pStyle w:val="NoSpacing"/>
        <w:spacing w:after="240" w:line="360" w:lineRule="auto"/>
        <w:jc w:val="both"/>
        <w:rPr>
          <w:rFonts w:ascii="Times New Roman" w:hAnsi="Times New Roman" w:cs="Times New Roman"/>
          <w:sz w:val="24"/>
          <w:szCs w:val="24"/>
        </w:rPr>
      </w:pPr>
    </w:p>
    <w:p w:rsidR="00E5081E" w:rsidRPr="00E5081E" w:rsidRDefault="00E5081E" w:rsidP="00600AC2">
      <w:pPr>
        <w:pStyle w:val="NoSpacing"/>
        <w:spacing w:after="240" w:line="360" w:lineRule="auto"/>
        <w:jc w:val="both"/>
        <w:rPr>
          <w:rFonts w:ascii="Times New Roman" w:hAnsi="Times New Roman" w:cs="Times New Roman"/>
          <w:sz w:val="24"/>
          <w:szCs w:val="24"/>
        </w:rPr>
      </w:pPr>
    </w:p>
    <w:p w:rsidR="00E5081E" w:rsidRPr="00E5081E" w:rsidRDefault="00E5081E" w:rsidP="00600AC2">
      <w:pPr>
        <w:pStyle w:val="NoSpacing"/>
        <w:spacing w:after="240" w:line="360" w:lineRule="auto"/>
        <w:jc w:val="both"/>
        <w:rPr>
          <w:rFonts w:ascii="Times New Roman" w:hAnsi="Times New Roman" w:cs="Times New Roman"/>
          <w:sz w:val="24"/>
          <w:szCs w:val="24"/>
        </w:rPr>
      </w:pPr>
    </w:p>
    <w:p w:rsidR="00E5081E" w:rsidRPr="00E5081E" w:rsidRDefault="00E5081E" w:rsidP="00600AC2">
      <w:pPr>
        <w:pStyle w:val="NoSpacing"/>
        <w:spacing w:after="240" w:line="360" w:lineRule="auto"/>
        <w:jc w:val="both"/>
        <w:rPr>
          <w:rFonts w:ascii="Times New Roman" w:hAnsi="Times New Roman" w:cs="Times New Roman"/>
          <w:sz w:val="24"/>
          <w:szCs w:val="24"/>
        </w:rPr>
      </w:pPr>
    </w:p>
    <w:p w:rsidR="00F6171F" w:rsidRPr="00113517" w:rsidRDefault="00F6171F" w:rsidP="00600AC2">
      <w:pPr>
        <w:pStyle w:val="NoSpacing"/>
        <w:spacing w:after="240" w:line="360" w:lineRule="auto"/>
        <w:jc w:val="both"/>
        <w:rPr>
          <w:rFonts w:ascii="Times New Roman" w:hAnsi="Times New Roman" w:cs="Times New Roman"/>
          <w:b/>
          <w:sz w:val="28"/>
          <w:szCs w:val="28"/>
        </w:rPr>
      </w:pPr>
      <w:r w:rsidRPr="00113517">
        <w:rPr>
          <w:rFonts w:ascii="Times New Roman" w:hAnsi="Times New Roman" w:cs="Times New Roman"/>
          <w:b/>
          <w:sz w:val="28"/>
          <w:szCs w:val="28"/>
        </w:rPr>
        <w:lastRenderedPageBreak/>
        <w:t>1.4 IMPORTANCE OF THE TOPIC</w:t>
      </w:r>
    </w:p>
    <w:p w:rsidR="006A7E2C" w:rsidRDefault="006A7E2C"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F6171F" w:rsidRPr="00113517" w:rsidRDefault="00F6171F" w:rsidP="00600AC2">
      <w:pPr>
        <w:pStyle w:val="NoSpacing"/>
        <w:spacing w:after="240" w:line="360" w:lineRule="auto"/>
        <w:jc w:val="both"/>
        <w:rPr>
          <w:rFonts w:ascii="Times New Roman" w:hAnsi="Times New Roman" w:cs="Times New Roman"/>
          <w:b/>
          <w:sz w:val="28"/>
          <w:szCs w:val="28"/>
        </w:rPr>
      </w:pPr>
      <w:r w:rsidRPr="00113517">
        <w:rPr>
          <w:rFonts w:ascii="Times New Roman" w:hAnsi="Times New Roman" w:cs="Times New Roman"/>
          <w:b/>
          <w:sz w:val="28"/>
          <w:szCs w:val="28"/>
        </w:rPr>
        <w:lastRenderedPageBreak/>
        <w:t>1.5 NEED TO STUDY THE TOPIC</w:t>
      </w:r>
    </w:p>
    <w:p w:rsidR="006A7E2C" w:rsidRDefault="006A7E2C"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F6171F" w:rsidRPr="00113517" w:rsidRDefault="00F6171F" w:rsidP="00600AC2">
      <w:pPr>
        <w:pStyle w:val="NoSpacing"/>
        <w:spacing w:after="240" w:line="360" w:lineRule="auto"/>
        <w:jc w:val="both"/>
        <w:rPr>
          <w:rFonts w:ascii="Times New Roman" w:hAnsi="Times New Roman" w:cs="Times New Roman"/>
          <w:b/>
          <w:sz w:val="28"/>
          <w:szCs w:val="28"/>
        </w:rPr>
      </w:pPr>
      <w:r w:rsidRPr="00113517">
        <w:rPr>
          <w:rFonts w:ascii="Times New Roman" w:hAnsi="Times New Roman" w:cs="Times New Roman"/>
          <w:b/>
          <w:sz w:val="28"/>
          <w:szCs w:val="28"/>
        </w:rPr>
        <w:lastRenderedPageBreak/>
        <w:t>2.1 REVIEW OF LITERATURE</w:t>
      </w:r>
    </w:p>
    <w:p w:rsidR="006A7E2C" w:rsidRDefault="006A7E2C"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E5081E" w:rsidRDefault="00E5081E" w:rsidP="00600AC2">
      <w:pPr>
        <w:pStyle w:val="NoSpacing"/>
        <w:spacing w:after="240" w:line="360" w:lineRule="auto"/>
        <w:jc w:val="both"/>
        <w:rPr>
          <w:rStyle w:val="Strong"/>
          <w:rFonts w:ascii="Times New Roman" w:eastAsia="Arial" w:hAnsi="Times New Roman" w:cs="Times New Roman"/>
          <w:b w:val="0"/>
          <w:sz w:val="24"/>
          <w:szCs w:val="24"/>
          <w:lang w:bidi="ml-IN"/>
        </w:rPr>
      </w:pPr>
    </w:p>
    <w:p w:rsidR="00F6171F" w:rsidRPr="00113517" w:rsidRDefault="00F6171F" w:rsidP="00600AC2">
      <w:pPr>
        <w:pStyle w:val="NoSpacing"/>
        <w:spacing w:after="240" w:line="360" w:lineRule="auto"/>
        <w:jc w:val="both"/>
        <w:rPr>
          <w:rFonts w:ascii="Times New Roman" w:hAnsi="Times New Roman" w:cs="Times New Roman"/>
          <w:b/>
          <w:sz w:val="28"/>
          <w:szCs w:val="28"/>
        </w:rPr>
      </w:pPr>
      <w:r w:rsidRPr="00113517">
        <w:rPr>
          <w:rFonts w:ascii="Times New Roman" w:hAnsi="Times New Roman" w:cs="Times New Roman"/>
          <w:b/>
          <w:sz w:val="28"/>
          <w:szCs w:val="28"/>
        </w:rPr>
        <w:lastRenderedPageBreak/>
        <w:t>2.2 RESEARCH GAPS</w:t>
      </w:r>
    </w:p>
    <w:p w:rsidR="006A7E2C" w:rsidRDefault="006A7E2C"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E5081E" w:rsidRDefault="00E5081E" w:rsidP="00600AC2">
      <w:pPr>
        <w:pStyle w:val="NoSpacing"/>
        <w:spacing w:after="240" w:line="360" w:lineRule="auto"/>
        <w:jc w:val="both"/>
        <w:rPr>
          <w:rFonts w:ascii="Times New Roman" w:hAnsi="Times New Roman" w:cs="Times New Roman"/>
          <w:bCs/>
          <w:sz w:val="24"/>
          <w:szCs w:val="24"/>
        </w:rPr>
      </w:pPr>
    </w:p>
    <w:p w:rsidR="00F6171F" w:rsidRPr="00113517" w:rsidRDefault="00F6171F" w:rsidP="00600AC2">
      <w:pPr>
        <w:pStyle w:val="NoSpacing"/>
        <w:spacing w:after="240" w:line="360" w:lineRule="auto"/>
        <w:jc w:val="both"/>
        <w:rPr>
          <w:rFonts w:ascii="Times New Roman" w:hAnsi="Times New Roman" w:cs="Times New Roman"/>
          <w:b/>
          <w:sz w:val="28"/>
          <w:szCs w:val="28"/>
        </w:rPr>
      </w:pPr>
      <w:r w:rsidRPr="00113517">
        <w:rPr>
          <w:rFonts w:ascii="Times New Roman" w:hAnsi="Times New Roman" w:cs="Times New Roman"/>
          <w:b/>
          <w:sz w:val="28"/>
          <w:szCs w:val="28"/>
        </w:rPr>
        <w:t>2.3 STATEMENT OF THE PROBLEM</w:t>
      </w:r>
      <w:r w:rsidRPr="00113517">
        <w:rPr>
          <w:rFonts w:ascii="Times New Roman" w:hAnsi="Times New Roman" w:cs="Times New Roman"/>
          <w:b/>
          <w:sz w:val="28"/>
          <w:szCs w:val="28"/>
        </w:rPr>
        <w:tab/>
      </w:r>
    </w:p>
    <w:p w:rsidR="006A7E2C" w:rsidRDefault="006A7E2C"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F6171F" w:rsidRPr="00113517" w:rsidRDefault="00F6171F" w:rsidP="00600AC2">
      <w:pPr>
        <w:pStyle w:val="NoSpacing"/>
        <w:spacing w:after="240" w:line="360" w:lineRule="auto"/>
        <w:jc w:val="both"/>
        <w:rPr>
          <w:rFonts w:ascii="Times New Roman" w:hAnsi="Times New Roman" w:cs="Times New Roman"/>
          <w:b/>
          <w:sz w:val="28"/>
          <w:szCs w:val="28"/>
        </w:rPr>
      </w:pPr>
      <w:r w:rsidRPr="00113517">
        <w:rPr>
          <w:rFonts w:ascii="Times New Roman" w:hAnsi="Times New Roman" w:cs="Times New Roman"/>
          <w:b/>
          <w:sz w:val="28"/>
          <w:szCs w:val="28"/>
        </w:rPr>
        <w:lastRenderedPageBreak/>
        <w:t>2.4 SCOPE OF THE STUDY</w:t>
      </w:r>
    </w:p>
    <w:p w:rsidR="006A7E2C" w:rsidRDefault="006A7E2C"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F6171F" w:rsidRPr="00113517" w:rsidRDefault="00F6171F" w:rsidP="00600AC2">
      <w:pPr>
        <w:pStyle w:val="NoSpacing"/>
        <w:spacing w:after="240" w:line="360" w:lineRule="auto"/>
        <w:jc w:val="both"/>
        <w:rPr>
          <w:rFonts w:ascii="Times New Roman" w:hAnsi="Times New Roman" w:cs="Times New Roman"/>
          <w:b/>
          <w:sz w:val="28"/>
          <w:szCs w:val="28"/>
        </w:rPr>
      </w:pPr>
      <w:r w:rsidRPr="00113517">
        <w:rPr>
          <w:rFonts w:ascii="Times New Roman" w:hAnsi="Times New Roman" w:cs="Times New Roman"/>
          <w:b/>
          <w:sz w:val="28"/>
          <w:szCs w:val="28"/>
        </w:rPr>
        <w:t>2.5 OBJECTIVES OF THE STUDY</w:t>
      </w:r>
    </w:p>
    <w:p w:rsidR="006A7E2C" w:rsidRDefault="006A7E2C" w:rsidP="00600AC2">
      <w:pPr>
        <w:pStyle w:val="NoSpacing"/>
        <w:spacing w:after="240" w:line="360" w:lineRule="auto"/>
        <w:jc w:val="both"/>
        <w:rPr>
          <w:rFonts w:ascii="Times New Roman" w:hAnsi="Times New Roman" w:cs="Times New Roman"/>
          <w:b/>
          <w:sz w:val="24"/>
          <w:szCs w:val="28"/>
        </w:rPr>
      </w:pPr>
    </w:p>
    <w:p w:rsidR="00E5081E" w:rsidRDefault="00E5081E" w:rsidP="00600AC2">
      <w:pPr>
        <w:pStyle w:val="NoSpacing"/>
        <w:spacing w:after="240" w:line="360" w:lineRule="auto"/>
        <w:jc w:val="both"/>
        <w:rPr>
          <w:rFonts w:ascii="Times New Roman" w:hAnsi="Times New Roman" w:cs="Times New Roman"/>
          <w:b/>
          <w:sz w:val="24"/>
          <w:szCs w:val="28"/>
        </w:rPr>
      </w:pPr>
    </w:p>
    <w:p w:rsidR="00E5081E" w:rsidRDefault="00E5081E" w:rsidP="00600AC2">
      <w:pPr>
        <w:pStyle w:val="NoSpacing"/>
        <w:spacing w:after="240" w:line="360" w:lineRule="auto"/>
        <w:jc w:val="both"/>
        <w:rPr>
          <w:rFonts w:ascii="Times New Roman" w:hAnsi="Times New Roman" w:cs="Times New Roman"/>
          <w:b/>
          <w:sz w:val="24"/>
          <w:szCs w:val="28"/>
        </w:rPr>
      </w:pPr>
    </w:p>
    <w:p w:rsidR="00E5081E" w:rsidRDefault="00E5081E" w:rsidP="00600AC2">
      <w:pPr>
        <w:pStyle w:val="NoSpacing"/>
        <w:spacing w:after="240" w:line="360" w:lineRule="auto"/>
        <w:jc w:val="both"/>
        <w:rPr>
          <w:rFonts w:ascii="Times New Roman" w:hAnsi="Times New Roman" w:cs="Times New Roman"/>
          <w:b/>
          <w:sz w:val="24"/>
          <w:szCs w:val="28"/>
        </w:rPr>
      </w:pPr>
    </w:p>
    <w:p w:rsidR="00E5081E" w:rsidRDefault="00E5081E" w:rsidP="00600AC2">
      <w:pPr>
        <w:pStyle w:val="NoSpacing"/>
        <w:spacing w:after="240" w:line="360" w:lineRule="auto"/>
        <w:jc w:val="both"/>
        <w:rPr>
          <w:rFonts w:ascii="Times New Roman" w:hAnsi="Times New Roman" w:cs="Times New Roman"/>
          <w:b/>
          <w:sz w:val="24"/>
          <w:szCs w:val="28"/>
        </w:rPr>
      </w:pPr>
    </w:p>
    <w:p w:rsidR="00E5081E" w:rsidRDefault="00E5081E" w:rsidP="00600AC2">
      <w:pPr>
        <w:pStyle w:val="NoSpacing"/>
        <w:spacing w:after="240" w:line="360" w:lineRule="auto"/>
        <w:jc w:val="both"/>
        <w:rPr>
          <w:rFonts w:ascii="Times New Roman" w:hAnsi="Times New Roman" w:cs="Times New Roman"/>
          <w:b/>
          <w:sz w:val="24"/>
          <w:szCs w:val="28"/>
        </w:rPr>
      </w:pPr>
    </w:p>
    <w:p w:rsidR="00F6171F" w:rsidRPr="00113517" w:rsidRDefault="00F6171F" w:rsidP="00600AC2">
      <w:pPr>
        <w:pStyle w:val="NoSpacing"/>
        <w:spacing w:after="240" w:line="360" w:lineRule="auto"/>
        <w:jc w:val="both"/>
        <w:rPr>
          <w:rFonts w:ascii="Times New Roman" w:hAnsi="Times New Roman" w:cs="Times New Roman"/>
          <w:b/>
          <w:sz w:val="28"/>
          <w:szCs w:val="28"/>
        </w:rPr>
      </w:pPr>
      <w:r w:rsidRPr="00113517">
        <w:rPr>
          <w:rFonts w:ascii="Times New Roman" w:hAnsi="Times New Roman" w:cs="Times New Roman"/>
          <w:b/>
          <w:sz w:val="28"/>
          <w:szCs w:val="28"/>
        </w:rPr>
        <w:t>2.6 RESEARCH METHODOLOGY</w:t>
      </w:r>
    </w:p>
    <w:p w:rsidR="006A7E2C" w:rsidRDefault="006A7E2C" w:rsidP="00600AC2">
      <w:pPr>
        <w:pStyle w:val="Heading1"/>
        <w:spacing w:after="240" w:line="360" w:lineRule="auto"/>
        <w:ind w:left="0" w:right="22"/>
        <w:jc w:val="both"/>
        <w:rPr>
          <w:rFonts w:ascii="Times New Roman" w:hAnsi="Times New Roman" w:cs="Times New Roman"/>
          <w:sz w:val="28"/>
          <w:szCs w:val="28"/>
        </w:rPr>
      </w:pPr>
    </w:p>
    <w:p w:rsidR="00E5081E" w:rsidRDefault="00E5081E" w:rsidP="00600AC2">
      <w:pPr>
        <w:pStyle w:val="Heading1"/>
        <w:spacing w:after="240" w:line="360" w:lineRule="auto"/>
        <w:ind w:left="0" w:right="22"/>
        <w:jc w:val="both"/>
        <w:rPr>
          <w:rFonts w:ascii="Times New Roman" w:hAnsi="Times New Roman" w:cs="Times New Roman"/>
          <w:sz w:val="28"/>
          <w:szCs w:val="28"/>
        </w:rPr>
      </w:pPr>
    </w:p>
    <w:p w:rsidR="00E5081E" w:rsidRDefault="00E5081E" w:rsidP="00600AC2">
      <w:pPr>
        <w:pStyle w:val="Heading1"/>
        <w:spacing w:after="240" w:line="360" w:lineRule="auto"/>
        <w:ind w:left="0" w:right="22"/>
        <w:jc w:val="both"/>
        <w:rPr>
          <w:rFonts w:ascii="Times New Roman" w:hAnsi="Times New Roman" w:cs="Times New Roman"/>
          <w:sz w:val="28"/>
          <w:szCs w:val="28"/>
        </w:rPr>
      </w:pPr>
    </w:p>
    <w:p w:rsidR="00E5081E" w:rsidRDefault="00E5081E" w:rsidP="00600AC2">
      <w:pPr>
        <w:pStyle w:val="Heading1"/>
        <w:spacing w:after="240" w:line="360" w:lineRule="auto"/>
        <w:ind w:left="0" w:right="22"/>
        <w:jc w:val="both"/>
        <w:rPr>
          <w:rFonts w:ascii="Times New Roman" w:hAnsi="Times New Roman" w:cs="Times New Roman"/>
          <w:sz w:val="28"/>
          <w:szCs w:val="28"/>
        </w:rPr>
      </w:pPr>
    </w:p>
    <w:p w:rsidR="00E5081E" w:rsidRDefault="00E5081E" w:rsidP="00600AC2">
      <w:pPr>
        <w:pStyle w:val="Heading1"/>
        <w:spacing w:after="240" w:line="360" w:lineRule="auto"/>
        <w:ind w:left="0" w:right="22"/>
        <w:jc w:val="both"/>
        <w:rPr>
          <w:rFonts w:ascii="Times New Roman" w:hAnsi="Times New Roman" w:cs="Times New Roman"/>
          <w:sz w:val="28"/>
          <w:szCs w:val="28"/>
        </w:rPr>
      </w:pPr>
    </w:p>
    <w:p w:rsidR="00E5081E" w:rsidRDefault="00E5081E" w:rsidP="00600AC2">
      <w:pPr>
        <w:pStyle w:val="Heading1"/>
        <w:spacing w:after="240" w:line="360" w:lineRule="auto"/>
        <w:ind w:left="0" w:right="22"/>
        <w:jc w:val="both"/>
        <w:rPr>
          <w:rFonts w:ascii="Times New Roman" w:hAnsi="Times New Roman" w:cs="Times New Roman"/>
          <w:sz w:val="28"/>
          <w:szCs w:val="28"/>
        </w:rPr>
      </w:pPr>
    </w:p>
    <w:p w:rsidR="00E14D58" w:rsidRPr="00113517" w:rsidRDefault="00121186" w:rsidP="00600AC2">
      <w:pPr>
        <w:pStyle w:val="Heading1"/>
        <w:spacing w:after="240" w:line="360" w:lineRule="auto"/>
        <w:ind w:left="0" w:right="22"/>
        <w:jc w:val="both"/>
        <w:rPr>
          <w:rFonts w:ascii="Times New Roman" w:hAnsi="Times New Roman" w:cs="Times New Roman"/>
          <w:sz w:val="28"/>
          <w:szCs w:val="28"/>
        </w:rPr>
      </w:pPr>
      <w:r w:rsidRPr="00113517">
        <w:rPr>
          <w:rFonts w:ascii="Times New Roman" w:hAnsi="Times New Roman" w:cs="Times New Roman"/>
          <w:sz w:val="28"/>
          <w:szCs w:val="28"/>
        </w:rPr>
        <w:lastRenderedPageBreak/>
        <w:t xml:space="preserve">2.7 </w:t>
      </w:r>
      <w:r w:rsidR="00E14D58" w:rsidRPr="00113517">
        <w:rPr>
          <w:rFonts w:ascii="Times New Roman" w:hAnsi="Times New Roman" w:cs="Times New Roman"/>
          <w:sz w:val="28"/>
          <w:szCs w:val="28"/>
        </w:rPr>
        <w:t>LIMITATIONS</w:t>
      </w:r>
      <w:r w:rsidR="00E14D58" w:rsidRPr="00113517">
        <w:rPr>
          <w:rFonts w:ascii="Times New Roman" w:hAnsi="Times New Roman" w:cs="Times New Roman"/>
          <w:spacing w:val="-5"/>
          <w:sz w:val="28"/>
          <w:szCs w:val="28"/>
        </w:rPr>
        <w:t xml:space="preserve"> </w:t>
      </w:r>
      <w:r w:rsidR="00E14D58" w:rsidRPr="00113517">
        <w:rPr>
          <w:rFonts w:ascii="Times New Roman" w:hAnsi="Times New Roman" w:cs="Times New Roman"/>
          <w:sz w:val="28"/>
          <w:szCs w:val="28"/>
        </w:rPr>
        <w:t>OF</w:t>
      </w:r>
      <w:r w:rsidR="00E14D58" w:rsidRPr="00113517">
        <w:rPr>
          <w:rFonts w:ascii="Times New Roman" w:hAnsi="Times New Roman" w:cs="Times New Roman"/>
          <w:spacing w:val="-9"/>
          <w:sz w:val="28"/>
          <w:szCs w:val="28"/>
        </w:rPr>
        <w:t xml:space="preserve"> </w:t>
      </w:r>
      <w:r w:rsidR="00E14D58" w:rsidRPr="00113517">
        <w:rPr>
          <w:rFonts w:ascii="Times New Roman" w:hAnsi="Times New Roman" w:cs="Times New Roman"/>
          <w:sz w:val="28"/>
          <w:szCs w:val="28"/>
        </w:rPr>
        <w:t>THE</w:t>
      </w:r>
      <w:r w:rsidR="00E14D58" w:rsidRPr="00113517">
        <w:rPr>
          <w:rFonts w:ascii="Times New Roman" w:hAnsi="Times New Roman" w:cs="Times New Roman"/>
          <w:spacing w:val="-7"/>
          <w:sz w:val="28"/>
          <w:szCs w:val="28"/>
        </w:rPr>
        <w:t xml:space="preserve"> </w:t>
      </w:r>
      <w:r w:rsidR="00E14D58" w:rsidRPr="00113517">
        <w:rPr>
          <w:rFonts w:ascii="Times New Roman" w:hAnsi="Times New Roman" w:cs="Times New Roman"/>
          <w:spacing w:val="-2"/>
          <w:sz w:val="28"/>
          <w:szCs w:val="28"/>
        </w:rPr>
        <w:t>STUDY</w:t>
      </w:r>
    </w:p>
    <w:p w:rsidR="006A7E2C" w:rsidRDefault="006A7E2C" w:rsidP="00600AC2">
      <w:pPr>
        <w:pStyle w:val="NoSpacing"/>
        <w:spacing w:after="240" w:line="360" w:lineRule="auto"/>
        <w:jc w:val="both"/>
        <w:rPr>
          <w:rFonts w:ascii="Times New Roman" w:eastAsia="Arial" w:hAnsi="Times New Roman" w:cs="Times New Roman"/>
          <w:bCs/>
          <w:sz w:val="24"/>
          <w:szCs w:val="28"/>
        </w:rPr>
      </w:pPr>
    </w:p>
    <w:p w:rsidR="00E5081E" w:rsidRDefault="00E5081E" w:rsidP="00600AC2">
      <w:pPr>
        <w:pStyle w:val="NoSpacing"/>
        <w:spacing w:after="240" w:line="360" w:lineRule="auto"/>
        <w:jc w:val="both"/>
        <w:rPr>
          <w:rFonts w:ascii="Times New Roman" w:eastAsia="Arial" w:hAnsi="Times New Roman" w:cs="Times New Roman"/>
          <w:bCs/>
          <w:sz w:val="24"/>
          <w:szCs w:val="28"/>
        </w:rPr>
      </w:pPr>
    </w:p>
    <w:p w:rsidR="00E5081E" w:rsidRDefault="00E5081E" w:rsidP="00600AC2">
      <w:pPr>
        <w:pStyle w:val="NoSpacing"/>
        <w:spacing w:after="240" w:line="360" w:lineRule="auto"/>
        <w:jc w:val="both"/>
        <w:rPr>
          <w:rFonts w:ascii="Times New Roman" w:eastAsia="Arial" w:hAnsi="Times New Roman" w:cs="Times New Roman"/>
          <w:bCs/>
          <w:sz w:val="24"/>
          <w:szCs w:val="28"/>
        </w:rPr>
      </w:pPr>
    </w:p>
    <w:p w:rsidR="00E5081E" w:rsidRDefault="00E5081E" w:rsidP="00600AC2">
      <w:pPr>
        <w:pStyle w:val="NoSpacing"/>
        <w:spacing w:after="240" w:line="360" w:lineRule="auto"/>
        <w:jc w:val="both"/>
        <w:rPr>
          <w:rFonts w:ascii="Times New Roman" w:eastAsia="Arial" w:hAnsi="Times New Roman" w:cs="Times New Roman"/>
          <w:bCs/>
          <w:sz w:val="24"/>
          <w:szCs w:val="28"/>
        </w:rPr>
      </w:pPr>
    </w:p>
    <w:p w:rsidR="00E5081E" w:rsidRDefault="00E5081E" w:rsidP="00600AC2">
      <w:pPr>
        <w:pStyle w:val="NoSpacing"/>
        <w:spacing w:after="240" w:line="360" w:lineRule="auto"/>
        <w:jc w:val="both"/>
        <w:rPr>
          <w:rFonts w:ascii="Times New Roman" w:eastAsia="Arial" w:hAnsi="Times New Roman" w:cs="Times New Roman"/>
          <w:bCs/>
          <w:sz w:val="24"/>
          <w:szCs w:val="28"/>
        </w:rPr>
      </w:pPr>
    </w:p>
    <w:p w:rsidR="00E5081E" w:rsidRDefault="00E5081E" w:rsidP="00600AC2">
      <w:pPr>
        <w:pStyle w:val="NoSpacing"/>
        <w:spacing w:after="240" w:line="360" w:lineRule="auto"/>
        <w:jc w:val="both"/>
        <w:rPr>
          <w:rFonts w:ascii="Times New Roman" w:eastAsia="Arial" w:hAnsi="Times New Roman" w:cs="Times New Roman"/>
          <w:bCs/>
          <w:sz w:val="24"/>
          <w:szCs w:val="28"/>
        </w:rPr>
      </w:pPr>
    </w:p>
    <w:p w:rsidR="00F6171F" w:rsidRPr="00113517" w:rsidRDefault="00F6171F" w:rsidP="00600AC2">
      <w:pPr>
        <w:pStyle w:val="NoSpacing"/>
        <w:spacing w:after="240" w:line="360" w:lineRule="auto"/>
        <w:jc w:val="both"/>
        <w:rPr>
          <w:rFonts w:ascii="Times New Roman" w:eastAsia="Arial" w:hAnsi="Times New Roman" w:cs="Times New Roman"/>
          <w:b/>
          <w:sz w:val="28"/>
          <w:szCs w:val="28"/>
        </w:rPr>
      </w:pPr>
      <w:r w:rsidRPr="00113517">
        <w:rPr>
          <w:rFonts w:ascii="Times New Roman" w:eastAsia="Arial" w:hAnsi="Times New Roman" w:cs="Times New Roman"/>
          <w:b/>
          <w:sz w:val="28"/>
          <w:szCs w:val="28"/>
        </w:rPr>
        <w:t>2.8 PLAN OF ANALYSIS:</w:t>
      </w:r>
    </w:p>
    <w:p w:rsidR="006A7E2C" w:rsidRDefault="006A7E2C"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E5081E" w:rsidRDefault="00E5081E" w:rsidP="00600AC2">
      <w:pPr>
        <w:pStyle w:val="NoSpacing"/>
        <w:spacing w:after="240" w:line="360" w:lineRule="auto"/>
        <w:jc w:val="both"/>
        <w:rPr>
          <w:rFonts w:ascii="Times New Roman" w:hAnsi="Times New Roman" w:cs="Times New Roman"/>
          <w:sz w:val="24"/>
          <w:szCs w:val="28"/>
        </w:rPr>
      </w:pPr>
    </w:p>
    <w:p w:rsidR="00F6171F" w:rsidRPr="00113517" w:rsidRDefault="00F6171F" w:rsidP="00600AC2">
      <w:pPr>
        <w:pStyle w:val="NoSpacing"/>
        <w:spacing w:after="240" w:line="360" w:lineRule="auto"/>
        <w:jc w:val="both"/>
        <w:rPr>
          <w:rFonts w:ascii="Times New Roman" w:hAnsi="Times New Roman" w:cs="Times New Roman"/>
          <w:b/>
          <w:sz w:val="28"/>
          <w:szCs w:val="28"/>
        </w:rPr>
      </w:pPr>
      <w:r w:rsidRPr="00113517">
        <w:rPr>
          <w:rFonts w:ascii="Times New Roman" w:hAnsi="Times New Roman" w:cs="Times New Roman"/>
          <w:b/>
          <w:sz w:val="28"/>
          <w:szCs w:val="28"/>
        </w:rPr>
        <w:lastRenderedPageBreak/>
        <w:t>3.1 ORGANIZATION PROFILE</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consulting</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founded</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2013.</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main</w:t>
      </w:r>
      <w:r>
        <w:rPr>
          <w:rFonts w:ascii="Times New Roman" w:hAnsi="Times New Roman" w:cs="Times New Roman"/>
          <w:sz w:val="24"/>
          <w:szCs w:val="24"/>
        </w:rPr>
        <w:t xml:space="preserve"> </w:t>
      </w:r>
      <w:r w:rsidRPr="009D21BC">
        <w:rPr>
          <w:rFonts w:ascii="Times New Roman" w:hAnsi="Times New Roman" w:cs="Times New Roman"/>
          <w:sz w:val="24"/>
          <w:szCs w:val="24"/>
        </w:rPr>
        <w:t>office</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located</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Bengaluru,</w:t>
      </w:r>
      <w:r>
        <w:rPr>
          <w:rFonts w:ascii="Times New Roman" w:hAnsi="Times New Roman" w:cs="Times New Roman"/>
          <w:sz w:val="24"/>
          <w:szCs w:val="24"/>
        </w:rPr>
        <w:t xml:space="preserve"> </w:t>
      </w:r>
      <w:r w:rsidRPr="009D21BC">
        <w:rPr>
          <w:rFonts w:ascii="Times New Roman" w:hAnsi="Times New Roman" w:cs="Times New Roman"/>
          <w:sz w:val="24"/>
          <w:szCs w:val="24"/>
        </w:rPr>
        <w:t>Karnataka,</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service,</w:t>
      </w:r>
      <w:r>
        <w:rPr>
          <w:rFonts w:ascii="Times New Roman" w:hAnsi="Times New Roman" w:cs="Times New Roman"/>
          <w:sz w:val="24"/>
          <w:szCs w:val="24"/>
        </w:rPr>
        <w:t xml:space="preserve"> </w:t>
      </w:r>
      <w:r w:rsidRPr="009D21BC">
        <w:rPr>
          <w:rFonts w:ascii="Times New Roman" w:hAnsi="Times New Roman" w:cs="Times New Roman"/>
          <w:sz w:val="24"/>
          <w:szCs w:val="24"/>
        </w:rPr>
        <w:t>connecting</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worldwide</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Indian</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institutions.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engaged</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offering</w:t>
      </w:r>
      <w:r>
        <w:rPr>
          <w:rFonts w:ascii="Times New Roman" w:hAnsi="Times New Roman" w:cs="Times New Roman"/>
          <w:sz w:val="24"/>
          <w:szCs w:val="24"/>
        </w:rPr>
        <w:t xml:space="preserve"> </w:t>
      </w:r>
      <w:r w:rsidRPr="009D21BC">
        <w:rPr>
          <w:rFonts w:ascii="Times New Roman" w:hAnsi="Times New Roman" w:cs="Times New Roman"/>
          <w:sz w:val="24"/>
          <w:szCs w:val="24"/>
        </w:rPr>
        <w:t>full</w:t>
      </w:r>
      <w:r>
        <w:rPr>
          <w:rFonts w:ascii="Times New Roman" w:hAnsi="Times New Roman" w:cs="Times New Roman"/>
          <w:sz w:val="24"/>
          <w:szCs w:val="24"/>
        </w:rPr>
        <w:t xml:space="preserve"> </w:t>
      </w:r>
      <w:r w:rsidRPr="009D21BC">
        <w:rPr>
          <w:rFonts w:ascii="Times New Roman" w:hAnsi="Times New Roman" w:cs="Times New Roman"/>
          <w:sz w:val="24"/>
          <w:szCs w:val="24"/>
        </w:rPr>
        <w:t>service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during</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an</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facilitates</w:t>
      </w:r>
      <w:r>
        <w:rPr>
          <w:rFonts w:ascii="Times New Roman" w:hAnsi="Times New Roman" w:cs="Times New Roman"/>
          <w:sz w:val="24"/>
          <w:szCs w:val="24"/>
        </w:rPr>
        <w:t xml:space="preserve"> </w:t>
      </w:r>
      <w:r w:rsidRPr="009D21BC">
        <w:rPr>
          <w:rFonts w:ascii="Times New Roman" w:hAnsi="Times New Roman" w:cs="Times New Roman"/>
          <w:sz w:val="24"/>
          <w:szCs w:val="24"/>
        </w:rPr>
        <w:t>consultation,</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visa</w:t>
      </w:r>
      <w:r>
        <w:rPr>
          <w:rFonts w:ascii="Times New Roman" w:hAnsi="Times New Roman" w:cs="Times New Roman"/>
          <w:sz w:val="24"/>
          <w:szCs w:val="24"/>
        </w:rPr>
        <w:t xml:space="preserve"> </w:t>
      </w:r>
      <w:r w:rsidRPr="009D21BC">
        <w:rPr>
          <w:rFonts w:ascii="Times New Roman" w:hAnsi="Times New Roman" w:cs="Times New Roman"/>
          <w:sz w:val="24"/>
          <w:szCs w:val="24"/>
        </w:rPr>
        <w:t>invitation</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various</w:t>
      </w:r>
      <w:r>
        <w:rPr>
          <w:rFonts w:ascii="Times New Roman" w:hAnsi="Times New Roman" w:cs="Times New Roman"/>
          <w:sz w:val="24"/>
          <w:szCs w:val="24"/>
        </w:rPr>
        <w:t xml:space="preserve"> </w:t>
      </w:r>
      <w:r w:rsidRPr="009D21BC">
        <w:rPr>
          <w:rFonts w:ascii="Times New Roman" w:hAnsi="Times New Roman" w:cs="Times New Roman"/>
          <w:sz w:val="24"/>
          <w:szCs w:val="24"/>
        </w:rPr>
        <w:t>countries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helps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overseas</w:t>
      </w:r>
      <w:r>
        <w:rPr>
          <w:rFonts w:ascii="Times New Roman" w:hAnsi="Times New Roman" w:cs="Times New Roman"/>
          <w:sz w:val="24"/>
          <w:szCs w:val="24"/>
        </w:rPr>
        <w:t xml:space="preserve"> </w:t>
      </w:r>
      <w:r w:rsidRPr="009D21BC">
        <w:rPr>
          <w:rFonts w:ascii="Times New Roman" w:hAnsi="Times New Roman" w:cs="Times New Roman"/>
          <w:sz w:val="24"/>
          <w:szCs w:val="24"/>
        </w:rPr>
        <w:t>find</w:t>
      </w:r>
      <w:r>
        <w:rPr>
          <w:rFonts w:ascii="Times New Roman" w:hAnsi="Times New Roman" w:cs="Times New Roman"/>
          <w:sz w:val="24"/>
          <w:szCs w:val="24"/>
        </w:rPr>
        <w:t xml:space="preserve"> </w:t>
      </w:r>
      <w:r w:rsidRPr="009D21BC">
        <w:rPr>
          <w:rFonts w:ascii="Times New Roman" w:hAnsi="Times New Roman" w:cs="Times New Roman"/>
          <w:sz w:val="24"/>
          <w:szCs w:val="24"/>
        </w:rPr>
        <w:t>appropriate</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provides</w:t>
      </w:r>
      <w:r>
        <w:rPr>
          <w:rFonts w:ascii="Times New Roman" w:hAnsi="Times New Roman" w:cs="Times New Roman"/>
          <w:sz w:val="24"/>
          <w:szCs w:val="24"/>
        </w:rPr>
        <w:t xml:space="preserve"> </w:t>
      </w:r>
      <w:r w:rsidRPr="009D21BC">
        <w:rPr>
          <w:rFonts w:ascii="Times New Roman" w:hAnsi="Times New Roman" w:cs="Times New Roman"/>
          <w:sz w:val="24"/>
          <w:szCs w:val="24"/>
        </w:rPr>
        <w:t>them</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manages</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trips,</w:t>
      </w:r>
      <w:r>
        <w:rPr>
          <w:rFonts w:ascii="Times New Roman" w:hAnsi="Times New Roman" w:cs="Times New Roman"/>
          <w:sz w:val="24"/>
          <w:szCs w:val="24"/>
        </w:rPr>
        <w:t xml:space="preserve"> </w:t>
      </w:r>
      <w:r w:rsidRPr="009D21BC">
        <w:rPr>
          <w:rFonts w:ascii="Times New Roman" w:hAnsi="Times New Roman" w:cs="Times New Roman"/>
          <w:sz w:val="24"/>
          <w:szCs w:val="24"/>
        </w:rPr>
        <w:t>hospital</w:t>
      </w:r>
      <w:r>
        <w:rPr>
          <w:rFonts w:ascii="Times New Roman" w:hAnsi="Times New Roman" w:cs="Times New Roman"/>
          <w:sz w:val="24"/>
          <w:szCs w:val="24"/>
        </w:rPr>
        <w:t xml:space="preserve"> </w:t>
      </w:r>
      <w:r w:rsidRPr="009D21BC">
        <w:rPr>
          <w:rFonts w:ascii="Times New Roman" w:hAnsi="Times New Roman" w:cs="Times New Roman"/>
          <w:sz w:val="24"/>
          <w:szCs w:val="24"/>
        </w:rPr>
        <w:t>stays,</w:t>
      </w:r>
      <w:r>
        <w:rPr>
          <w:rFonts w:ascii="Times New Roman" w:hAnsi="Times New Roman" w:cs="Times New Roman"/>
          <w:sz w:val="24"/>
          <w:szCs w:val="24"/>
        </w:rPr>
        <w:t xml:space="preserve"> </w:t>
      </w:r>
      <w:r w:rsidRPr="009D21BC">
        <w:rPr>
          <w:rFonts w:ascii="Times New Roman" w:hAnsi="Times New Roman" w:cs="Times New Roman"/>
          <w:sz w:val="24"/>
          <w:szCs w:val="24"/>
        </w:rPr>
        <w:t>interpreters,</w:t>
      </w:r>
      <w:r>
        <w:rPr>
          <w:rFonts w:ascii="Times New Roman" w:hAnsi="Times New Roman" w:cs="Times New Roman"/>
          <w:sz w:val="24"/>
          <w:szCs w:val="24"/>
        </w:rPr>
        <w:t xml:space="preserve"> </w:t>
      </w:r>
      <w:r w:rsidRPr="009D21BC">
        <w:rPr>
          <w:rFonts w:ascii="Times New Roman" w:hAnsi="Times New Roman" w:cs="Times New Roman"/>
          <w:sz w:val="24"/>
          <w:szCs w:val="24"/>
        </w:rPr>
        <w:t>visa</w:t>
      </w:r>
      <w:r>
        <w:rPr>
          <w:rFonts w:ascii="Times New Roman" w:hAnsi="Times New Roman" w:cs="Times New Roman"/>
          <w:sz w:val="24"/>
          <w:szCs w:val="24"/>
        </w:rPr>
        <w:t xml:space="preserve"> </w:t>
      </w:r>
      <w:r w:rsidRPr="009D21BC">
        <w:rPr>
          <w:rFonts w:ascii="Times New Roman" w:hAnsi="Times New Roman" w:cs="Times New Roman"/>
          <w:sz w:val="24"/>
          <w:szCs w:val="24"/>
        </w:rPr>
        <w:t>invitation,</w:t>
      </w:r>
      <w:r>
        <w:rPr>
          <w:rFonts w:ascii="Times New Roman" w:hAnsi="Times New Roman" w:cs="Times New Roman"/>
          <w:sz w:val="24"/>
          <w:szCs w:val="24"/>
        </w:rPr>
        <w:t xml:space="preserve"> </w:t>
      </w:r>
      <w:r w:rsidRPr="009D21BC">
        <w:rPr>
          <w:rFonts w:ascii="Times New Roman" w:hAnsi="Times New Roman" w:cs="Times New Roman"/>
          <w:sz w:val="24"/>
          <w:szCs w:val="24"/>
        </w:rPr>
        <w:t>transportation,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famous</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quality</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care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personalized</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assistance</w:t>
      </w:r>
      <w:r>
        <w:rPr>
          <w:rFonts w:ascii="Times New Roman" w:hAnsi="Times New Roman" w:cs="Times New Roman"/>
          <w:sz w:val="24"/>
          <w:szCs w:val="24"/>
        </w:rPr>
        <w:t xml:space="preserve"> </w:t>
      </w:r>
      <w:r w:rsidRPr="009D21BC">
        <w:rPr>
          <w:rFonts w:ascii="Times New Roman" w:hAnsi="Times New Roman" w:cs="Times New Roman"/>
          <w:sz w:val="24"/>
          <w:szCs w:val="24"/>
        </w:rPr>
        <w:t>throughout</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extensive</w:t>
      </w:r>
      <w:r>
        <w:rPr>
          <w:rFonts w:ascii="Times New Roman" w:hAnsi="Times New Roman" w:cs="Times New Roman"/>
          <w:sz w:val="24"/>
          <w:szCs w:val="24"/>
        </w:rPr>
        <w:t xml:space="preserve"> </w:t>
      </w:r>
      <w:r w:rsidRPr="009D21BC">
        <w:rPr>
          <w:rFonts w:ascii="Times New Roman" w:hAnsi="Times New Roman" w:cs="Times New Roman"/>
          <w:sz w:val="24"/>
          <w:szCs w:val="24"/>
        </w:rPr>
        <w:t>networks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renowned</w:t>
      </w:r>
      <w:r>
        <w:rPr>
          <w:rFonts w:ascii="Times New Roman" w:hAnsi="Times New Roman" w:cs="Times New Roman"/>
          <w:sz w:val="24"/>
          <w:szCs w:val="24"/>
        </w:rPr>
        <w:t xml:space="preserve"> </w:t>
      </w:r>
      <w:r w:rsidRPr="009D21BC">
        <w:rPr>
          <w:rFonts w:ascii="Times New Roman" w:hAnsi="Times New Roman" w:cs="Times New Roman"/>
          <w:sz w:val="24"/>
          <w:szCs w:val="24"/>
        </w:rPr>
        <w:t>multispecialty</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Africa,</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Middle</w:t>
      </w:r>
      <w:r>
        <w:rPr>
          <w:rFonts w:ascii="Times New Roman" w:hAnsi="Times New Roman" w:cs="Times New Roman"/>
          <w:sz w:val="24"/>
          <w:szCs w:val="24"/>
        </w:rPr>
        <w:t xml:space="preserve"> </w:t>
      </w:r>
      <w:r w:rsidRPr="009D21BC">
        <w:rPr>
          <w:rFonts w:ascii="Times New Roman" w:hAnsi="Times New Roman" w:cs="Times New Roman"/>
          <w:sz w:val="24"/>
          <w:szCs w:val="24"/>
        </w:rPr>
        <w:t>East,</w:t>
      </w:r>
      <w:r>
        <w:rPr>
          <w:rFonts w:ascii="Times New Roman" w:hAnsi="Times New Roman" w:cs="Times New Roman"/>
          <w:sz w:val="24"/>
          <w:szCs w:val="24"/>
        </w:rPr>
        <w:t xml:space="preserve"> </w:t>
      </w:r>
      <w:r w:rsidRPr="009D21BC">
        <w:rPr>
          <w:rFonts w:ascii="Times New Roman" w:hAnsi="Times New Roman" w:cs="Times New Roman"/>
          <w:sz w:val="24"/>
          <w:szCs w:val="24"/>
        </w:rPr>
        <w:t>South</w:t>
      </w:r>
      <w:r>
        <w:rPr>
          <w:rFonts w:ascii="Times New Roman" w:hAnsi="Times New Roman" w:cs="Times New Roman"/>
          <w:sz w:val="24"/>
          <w:szCs w:val="24"/>
        </w:rPr>
        <w:t xml:space="preserve"> </w:t>
      </w:r>
      <w:r w:rsidRPr="009D21BC">
        <w:rPr>
          <w:rFonts w:ascii="Times New Roman" w:hAnsi="Times New Roman" w:cs="Times New Roman"/>
          <w:sz w:val="24"/>
          <w:szCs w:val="24"/>
        </w:rPr>
        <w:t>Asia,</w:t>
      </w:r>
      <w:r>
        <w:rPr>
          <w:rFonts w:ascii="Times New Roman" w:hAnsi="Times New Roman" w:cs="Times New Roman"/>
          <w:sz w:val="24"/>
          <w:szCs w:val="24"/>
        </w:rPr>
        <w:t xml:space="preserve"> </w:t>
      </w:r>
      <w:r w:rsidRPr="009D21BC">
        <w:rPr>
          <w:rFonts w:ascii="Times New Roman" w:hAnsi="Times New Roman" w:cs="Times New Roman"/>
          <w:sz w:val="24"/>
          <w:szCs w:val="24"/>
        </w:rPr>
        <w:t>Europe,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regions.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addition,</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one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organizations</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implements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policy</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satisfaction,</w:t>
      </w:r>
      <w:r>
        <w:rPr>
          <w:rFonts w:ascii="Times New Roman" w:hAnsi="Times New Roman" w:cs="Times New Roman"/>
          <w:sz w:val="24"/>
          <w:szCs w:val="24"/>
        </w:rPr>
        <w:t xml:space="preserve"> </w:t>
      </w:r>
      <w:r w:rsidRPr="009D21BC">
        <w:rPr>
          <w:rFonts w:ascii="Times New Roman" w:hAnsi="Times New Roman" w:cs="Times New Roman"/>
          <w:sz w:val="24"/>
          <w:szCs w:val="24"/>
        </w:rPr>
        <w:t>transparency,</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quality</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communication</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consulting</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What</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more,</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uses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Relationship</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r>
        <w:rPr>
          <w:rFonts w:ascii="Times New Roman" w:hAnsi="Times New Roman" w:cs="Times New Roman"/>
          <w:sz w:val="24"/>
          <w:szCs w:val="24"/>
        </w:rPr>
        <w:t xml:space="preserve"> </w:t>
      </w:r>
      <w:r w:rsidRPr="009D21BC">
        <w:rPr>
          <w:rFonts w:ascii="Times New Roman" w:hAnsi="Times New Roman" w:cs="Times New Roman"/>
          <w:sz w:val="24"/>
          <w:szCs w:val="24"/>
        </w:rPr>
        <w:t>system</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establish</w:t>
      </w:r>
      <w:r>
        <w:rPr>
          <w:rFonts w:ascii="Times New Roman" w:hAnsi="Times New Roman" w:cs="Times New Roman"/>
          <w:sz w:val="24"/>
          <w:szCs w:val="24"/>
        </w:rPr>
        <w:t xml:space="preserve"> </w:t>
      </w:r>
      <w:r w:rsidRPr="009D21BC">
        <w:rPr>
          <w:rFonts w:ascii="Times New Roman" w:hAnsi="Times New Roman" w:cs="Times New Roman"/>
          <w:sz w:val="24"/>
          <w:szCs w:val="24"/>
        </w:rPr>
        <w:t>relations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improve</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experience.</w:t>
      </w:r>
    </w:p>
    <w:p w:rsidR="00600AC2" w:rsidRPr="009D21BC" w:rsidRDefault="00600AC2" w:rsidP="00600AC2">
      <w:pPr>
        <w:spacing w:after="240" w:line="360" w:lineRule="auto"/>
        <w:jc w:val="both"/>
        <w:rPr>
          <w:rFonts w:ascii="Times New Roman" w:hAnsi="Times New Roman" w:cs="Times New Roman"/>
          <w:sz w:val="24"/>
          <w:szCs w:val="24"/>
        </w:rPr>
      </w:pPr>
      <w:r>
        <w:rPr>
          <w:rFonts w:ascii="Times New Roman" w:eastAsia="Times New Roman" w:hAnsi="Times New Roman" w:cs="Times New Roman"/>
          <w:noProof/>
          <w:sz w:val="20"/>
          <w:szCs w:val="20"/>
          <w:lang w:eastAsia="en-IN"/>
        </w:rPr>
        <w:drawing>
          <wp:anchor distT="0" distB="0" distL="114300" distR="114300" simplePos="0" relativeHeight="251659264" behindDoc="0" locked="0" layoutInCell="1" allowOverlap="1" wp14:anchorId="7077E69E" wp14:editId="42D73515">
            <wp:simplePos x="0" y="0"/>
            <wp:positionH relativeFrom="column">
              <wp:posOffset>1430655</wp:posOffset>
            </wp:positionH>
            <wp:positionV relativeFrom="paragraph">
              <wp:posOffset>118110</wp:posOffset>
            </wp:positionV>
            <wp:extent cx="2700020" cy="1936115"/>
            <wp:effectExtent l="0" t="0" r="5080" b="6985"/>
            <wp:wrapSquare wrapText="bothSides"/>
            <wp:docPr id="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00020" cy="1936115"/>
                    </a:xfrm>
                    <a:prstGeom prst="rect">
                      <a:avLst/>
                    </a:prstGeom>
                  </pic:spPr>
                </pic:pic>
              </a:graphicData>
            </a:graphic>
            <wp14:sizeRelH relativeFrom="page">
              <wp14:pctWidth>0</wp14:pctWidth>
            </wp14:sizeRelH>
            <wp14:sizeRelV relativeFrom="page">
              <wp14:pctHeight>0</wp14:pctHeight>
            </wp14:sizeRelV>
          </wp:anchor>
        </w:drawing>
      </w:r>
    </w:p>
    <w:p w:rsidR="00600AC2" w:rsidRPr="009D21BC" w:rsidRDefault="00600AC2" w:rsidP="00600AC2">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00AC2" w:rsidRPr="009D21BC" w:rsidRDefault="00600AC2" w:rsidP="00600AC2">
      <w:pPr>
        <w:spacing w:after="240" w:line="360" w:lineRule="auto"/>
        <w:jc w:val="both"/>
        <w:rPr>
          <w:rFonts w:ascii="Times New Roman" w:hAnsi="Times New Roman" w:cs="Times New Roman"/>
          <w:sz w:val="24"/>
          <w:szCs w:val="24"/>
        </w:rPr>
      </w:pPr>
    </w:p>
    <w:p w:rsidR="00600AC2" w:rsidRPr="009D21BC" w:rsidRDefault="00600AC2" w:rsidP="00600AC2">
      <w:pPr>
        <w:spacing w:after="240" w:line="360" w:lineRule="auto"/>
        <w:jc w:val="both"/>
        <w:rPr>
          <w:rFonts w:ascii="Times New Roman" w:hAnsi="Times New Roman" w:cs="Times New Roman"/>
          <w:sz w:val="24"/>
          <w:szCs w:val="24"/>
        </w:rPr>
      </w:pPr>
    </w:p>
    <w:p w:rsidR="00600AC2" w:rsidRPr="009D21BC" w:rsidRDefault="00600AC2" w:rsidP="00600AC2">
      <w:pPr>
        <w:spacing w:after="240" w:line="360" w:lineRule="auto"/>
        <w:jc w:val="both"/>
        <w:rPr>
          <w:rFonts w:ascii="Times New Roman" w:hAnsi="Times New Roman" w:cs="Times New Roman"/>
          <w:sz w:val="24"/>
          <w:szCs w:val="24"/>
        </w:rPr>
      </w:pPr>
    </w:p>
    <w:p w:rsidR="00600AC2" w:rsidRPr="009D21BC" w:rsidRDefault="00600AC2" w:rsidP="00600AC2">
      <w:pPr>
        <w:spacing w:after="240" w:line="360" w:lineRule="auto"/>
        <w:jc w:val="center"/>
        <w:rPr>
          <w:rFonts w:ascii="Times New Roman" w:hAnsi="Times New Roman" w:cs="Times New Roman"/>
          <w:sz w:val="24"/>
          <w:szCs w:val="24"/>
        </w:rPr>
      </w:pPr>
      <w:r w:rsidRPr="009D21BC">
        <w:rPr>
          <w:rFonts w:ascii="Times New Roman" w:hAnsi="Times New Roman" w:cs="Times New Roman"/>
          <w:sz w:val="24"/>
          <w:szCs w:val="24"/>
        </w:rPr>
        <w:t>Fig</w:t>
      </w:r>
      <w:r>
        <w:rPr>
          <w:rFonts w:ascii="Times New Roman" w:hAnsi="Times New Roman" w:cs="Times New Roman"/>
          <w:sz w:val="24"/>
          <w:szCs w:val="24"/>
        </w:rPr>
        <w:t xml:space="preserve"> </w:t>
      </w:r>
      <w:r w:rsidRPr="009D21BC">
        <w:rPr>
          <w:rFonts w:ascii="Times New Roman" w:hAnsi="Times New Roman" w:cs="Times New Roman"/>
          <w:sz w:val="24"/>
          <w:szCs w:val="24"/>
        </w:rPr>
        <w:t>3.1</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logo</w:t>
      </w:r>
    </w:p>
    <w:p w:rsidR="00E5081E" w:rsidRDefault="00E5081E" w:rsidP="00600AC2">
      <w:pPr>
        <w:spacing w:after="240" w:line="360" w:lineRule="auto"/>
        <w:jc w:val="both"/>
        <w:rPr>
          <w:rFonts w:ascii="Times New Roman" w:hAnsi="Times New Roman" w:cs="Times New Roman"/>
          <w:b/>
          <w:bCs/>
          <w:sz w:val="24"/>
          <w:szCs w:val="24"/>
        </w:rPr>
      </w:pPr>
    </w:p>
    <w:p w:rsidR="00600AC2" w:rsidRPr="00592F04" w:rsidRDefault="00600AC2" w:rsidP="00600AC2">
      <w:pPr>
        <w:spacing w:after="240" w:line="360" w:lineRule="auto"/>
        <w:jc w:val="both"/>
        <w:rPr>
          <w:rFonts w:ascii="Times New Roman" w:hAnsi="Times New Roman" w:cs="Times New Roman"/>
          <w:b/>
          <w:bCs/>
          <w:sz w:val="24"/>
          <w:szCs w:val="24"/>
        </w:rPr>
      </w:pPr>
      <w:r w:rsidRPr="00592F04">
        <w:rPr>
          <w:rFonts w:ascii="Times New Roman" w:hAnsi="Times New Roman" w:cs="Times New Roman"/>
          <w:b/>
          <w:bCs/>
          <w:sz w:val="24"/>
          <w:szCs w:val="24"/>
        </w:rPr>
        <w:lastRenderedPageBreak/>
        <w:t>Fundamental</w:t>
      </w:r>
      <w:r>
        <w:rPr>
          <w:rFonts w:ascii="Times New Roman" w:hAnsi="Times New Roman" w:cs="Times New Roman"/>
          <w:b/>
          <w:bCs/>
          <w:sz w:val="24"/>
          <w:szCs w:val="24"/>
        </w:rPr>
        <w:t xml:space="preserve"> </w:t>
      </w:r>
      <w:r w:rsidRPr="00592F04">
        <w:rPr>
          <w:rFonts w:ascii="Times New Roman" w:hAnsi="Times New Roman" w:cs="Times New Roman"/>
          <w:b/>
          <w:bCs/>
          <w:sz w:val="24"/>
          <w:szCs w:val="24"/>
        </w:rPr>
        <w:t>Operations</w:t>
      </w:r>
      <w:r>
        <w:rPr>
          <w:rFonts w:ascii="Times New Roman" w:hAnsi="Times New Roman" w:cs="Times New Roman"/>
          <w:b/>
          <w:bCs/>
          <w:sz w:val="24"/>
          <w:szCs w:val="24"/>
        </w:rPr>
        <w:t xml:space="preserve"> </w:t>
      </w:r>
      <w:r w:rsidRPr="00592F04">
        <w:rPr>
          <w:rFonts w:ascii="Times New Roman" w:hAnsi="Times New Roman" w:cs="Times New Roman"/>
          <w:b/>
          <w:bCs/>
          <w:sz w:val="24"/>
          <w:szCs w:val="24"/>
        </w:rPr>
        <w:t>and</w:t>
      </w:r>
      <w:r>
        <w:rPr>
          <w:rFonts w:ascii="Times New Roman" w:hAnsi="Times New Roman" w:cs="Times New Roman"/>
          <w:b/>
          <w:bCs/>
          <w:sz w:val="24"/>
          <w:szCs w:val="24"/>
        </w:rPr>
        <w:t xml:space="preserve"> </w:t>
      </w:r>
      <w:r w:rsidRPr="00592F04">
        <w:rPr>
          <w:rFonts w:ascii="Times New Roman" w:hAnsi="Times New Roman" w:cs="Times New Roman"/>
          <w:b/>
          <w:bCs/>
          <w:sz w:val="24"/>
          <w:szCs w:val="24"/>
        </w:rPr>
        <w:t>Business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main</w:t>
      </w:r>
      <w:r>
        <w:rPr>
          <w:rFonts w:ascii="Times New Roman" w:hAnsi="Times New Roman" w:cs="Times New Roman"/>
          <w:sz w:val="24"/>
          <w:szCs w:val="24"/>
        </w:rPr>
        <w:t xml:space="preserve"> </w:t>
      </w:r>
      <w:r w:rsidRPr="009D21BC">
        <w:rPr>
          <w:rFonts w:ascii="Times New Roman" w:hAnsi="Times New Roman" w:cs="Times New Roman"/>
          <w:sz w:val="24"/>
          <w:szCs w:val="24"/>
        </w:rPr>
        <w:t>function</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related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facilitation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wide</w:t>
      </w:r>
      <w:r>
        <w:rPr>
          <w:rFonts w:ascii="Times New Roman" w:hAnsi="Times New Roman" w:cs="Times New Roman"/>
          <w:sz w:val="24"/>
          <w:szCs w:val="24"/>
        </w:rPr>
        <w:t xml:space="preserve"> </w:t>
      </w:r>
      <w:r w:rsidRPr="009D21BC">
        <w:rPr>
          <w:rFonts w:ascii="Times New Roman" w:hAnsi="Times New Roman" w:cs="Times New Roman"/>
          <w:sz w:val="24"/>
          <w:szCs w:val="24"/>
        </w:rPr>
        <w:t>range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different</w:t>
      </w:r>
      <w:r>
        <w:rPr>
          <w:rFonts w:ascii="Times New Roman" w:hAnsi="Times New Roman" w:cs="Times New Roman"/>
          <w:sz w:val="24"/>
          <w:szCs w:val="24"/>
        </w:rPr>
        <w:t xml:space="preserve"> </w:t>
      </w:r>
      <w:r w:rsidRPr="009D21BC">
        <w:rPr>
          <w:rFonts w:ascii="Times New Roman" w:hAnsi="Times New Roman" w:cs="Times New Roman"/>
          <w:sz w:val="24"/>
          <w:szCs w:val="24"/>
        </w:rPr>
        <w:t>countries,</w:t>
      </w:r>
      <w:r>
        <w:rPr>
          <w:rFonts w:ascii="Times New Roman" w:hAnsi="Times New Roman" w:cs="Times New Roman"/>
          <w:sz w:val="24"/>
          <w:szCs w:val="24"/>
        </w:rPr>
        <w:t xml:space="preserve"> </w:t>
      </w:r>
      <w:r w:rsidRPr="009D21BC">
        <w:rPr>
          <w:rFonts w:ascii="Times New Roman" w:hAnsi="Times New Roman" w:cs="Times New Roman"/>
          <w:sz w:val="24"/>
          <w:szCs w:val="24"/>
        </w:rPr>
        <w:t>connecting</w:t>
      </w:r>
      <w:r>
        <w:rPr>
          <w:rFonts w:ascii="Times New Roman" w:hAnsi="Times New Roman" w:cs="Times New Roman"/>
          <w:sz w:val="24"/>
          <w:szCs w:val="24"/>
        </w:rPr>
        <w:t xml:space="preserve"> </w:t>
      </w:r>
      <w:r w:rsidRPr="009D21BC">
        <w:rPr>
          <w:rFonts w:ascii="Times New Roman" w:hAnsi="Times New Roman" w:cs="Times New Roman"/>
          <w:sz w:val="24"/>
          <w:szCs w:val="24"/>
        </w:rPr>
        <w:t>them</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best</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main</w:t>
      </w:r>
      <w:r>
        <w:rPr>
          <w:rFonts w:ascii="Times New Roman" w:hAnsi="Times New Roman" w:cs="Times New Roman"/>
          <w:sz w:val="24"/>
          <w:szCs w:val="24"/>
        </w:rPr>
        <w:t xml:space="preserve"> </w:t>
      </w:r>
      <w:r w:rsidRPr="009D21BC">
        <w:rPr>
          <w:rFonts w:ascii="Times New Roman" w:hAnsi="Times New Roman" w:cs="Times New Roman"/>
          <w:sz w:val="24"/>
          <w:szCs w:val="24"/>
        </w:rPr>
        <w:t>role</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provide</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coordinating</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making</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comfortable</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possible</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them.</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Firstly,</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focuses</w:t>
      </w:r>
      <w:r>
        <w:rPr>
          <w:rFonts w:ascii="Times New Roman" w:hAnsi="Times New Roman" w:cs="Times New Roman"/>
          <w:sz w:val="24"/>
          <w:szCs w:val="24"/>
        </w:rPr>
        <w:t xml:space="preserve"> </w:t>
      </w:r>
      <w:r w:rsidRPr="009D21BC">
        <w:rPr>
          <w:rFonts w:ascii="Times New Roman" w:hAnsi="Times New Roman" w:cs="Times New Roman"/>
          <w:sz w:val="24"/>
          <w:szCs w:val="24"/>
        </w:rPr>
        <w:t>on</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inquiry</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calling</w:t>
      </w:r>
      <w:r>
        <w:rPr>
          <w:rFonts w:ascii="Times New Roman" w:hAnsi="Times New Roman" w:cs="Times New Roman"/>
          <w:sz w:val="24"/>
          <w:szCs w:val="24"/>
        </w:rPr>
        <w:t xml:space="preserve"> </w:t>
      </w:r>
      <w:r w:rsidRPr="009D21BC">
        <w:rPr>
          <w:rFonts w:ascii="Times New Roman" w:hAnsi="Times New Roman" w:cs="Times New Roman"/>
          <w:sz w:val="24"/>
          <w:szCs w:val="24"/>
        </w:rPr>
        <w:t>or</w:t>
      </w:r>
      <w:r>
        <w:rPr>
          <w:rFonts w:ascii="Times New Roman" w:hAnsi="Times New Roman" w:cs="Times New Roman"/>
          <w:sz w:val="24"/>
          <w:szCs w:val="24"/>
        </w:rPr>
        <w:t xml:space="preserve"> </w:t>
      </w:r>
      <w:r w:rsidRPr="009D21BC">
        <w:rPr>
          <w:rFonts w:ascii="Times New Roman" w:hAnsi="Times New Roman" w:cs="Times New Roman"/>
          <w:sz w:val="24"/>
          <w:szCs w:val="24"/>
        </w:rPr>
        <w:t>writing</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website</w:t>
      </w:r>
      <w:r>
        <w:rPr>
          <w:rFonts w:ascii="Times New Roman" w:hAnsi="Times New Roman" w:cs="Times New Roman"/>
          <w:sz w:val="24"/>
          <w:szCs w:val="24"/>
        </w:rPr>
        <w:t xml:space="preserve"> </w:t>
      </w:r>
      <w:r w:rsidRPr="009D21BC">
        <w:rPr>
          <w:rFonts w:ascii="Times New Roman" w:hAnsi="Times New Roman" w:cs="Times New Roman"/>
          <w:sz w:val="24"/>
          <w:szCs w:val="24"/>
        </w:rPr>
        <w:t>or</w:t>
      </w:r>
      <w:r>
        <w:rPr>
          <w:rFonts w:ascii="Times New Roman" w:hAnsi="Times New Roman" w:cs="Times New Roman"/>
          <w:sz w:val="24"/>
          <w:szCs w:val="24"/>
        </w:rPr>
        <w:t xml:space="preserve"> </w:t>
      </w:r>
      <w:r w:rsidRPr="009D21BC">
        <w:rPr>
          <w:rFonts w:ascii="Times New Roman" w:hAnsi="Times New Roman" w:cs="Times New Roman"/>
          <w:sz w:val="24"/>
          <w:szCs w:val="24"/>
        </w:rPr>
        <w:t>social</w:t>
      </w:r>
      <w:r>
        <w:rPr>
          <w:rFonts w:ascii="Times New Roman" w:hAnsi="Times New Roman" w:cs="Times New Roman"/>
          <w:sz w:val="24"/>
          <w:szCs w:val="24"/>
        </w:rPr>
        <w:t xml:space="preserve"> </w:t>
      </w:r>
      <w:r w:rsidRPr="009D21BC">
        <w:rPr>
          <w:rFonts w:ascii="Times New Roman" w:hAnsi="Times New Roman" w:cs="Times New Roman"/>
          <w:sz w:val="24"/>
          <w:szCs w:val="24"/>
        </w:rPr>
        <w:t>media,</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can</w:t>
      </w:r>
      <w:r>
        <w:rPr>
          <w:rFonts w:ascii="Times New Roman" w:hAnsi="Times New Roman" w:cs="Times New Roman"/>
          <w:sz w:val="24"/>
          <w:szCs w:val="24"/>
        </w:rPr>
        <w:t xml:space="preserve"> </w:t>
      </w:r>
      <w:r w:rsidRPr="009D21BC">
        <w:rPr>
          <w:rFonts w:ascii="Times New Roman" w:hAnsi="Times New Roman" w:cs="Times New Roman"/>
          <w:sz w:val="24"/>
          <w:szCs w:val="24"/>
        </w:rPr>
        <w:t>contact</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team</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provide</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reports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current</w:t>
      </w:r>
      <w:r>
        <w:rPr>
          <w:rFonts w:ascii="Times New Roman" w:hAnsi="Times New Roman" w:cs="Times New Roman"/>
          <w:sz w:val="24"/>
          <w:szCs w:val="24"/>
        </w:rPr>
        <w:t xml:space="preserve"> </w:t>
      </w:r>
      <w:r w:rsidRPr="009D21BC">
        <w:rPr>
          <w:rFonts w:ascii="Times New Roman" w:hAnsi="Times New Roman" w:cs="Times New Roman"/>
          <w:sz w:val="24"/>
          <w:szCs w:val="24"/>
        </w:rPr>
        <w:t>health</w:t>
      </w:r>
      <w:r>
        <w:rPr>
          <w:rFonts w:ascii="Times New Roman" w:hAnsi="Times New Roman" w:cs="Times New Roman"/>
          <w:sz w:val="24"/>
          <w:szCs w:val="24"/>
        </w:rPr>
        <w:t xml:space="preserve"> </w:t>
      </w:r>
      <w:r w:rsidRPr="009D21BC">
        <w:rPr>
          <w:rFonts w:ascii="Times New Roman" w:hAnsi="Times New Roman" w:cs="Times New Roman"/>
          <w:sz w:val="24"/>
          <w:szCs w:val="24"/>
        </w:rPr>
        <w:t>issues.</w:t>
      </w:r>
      <w:r>
        <w:rPr>
          <w:rFonts w:ascii="Times New Roman" w:hAnsi="Times New Roman" w:cs="Times New Roman"/>
          <w:sz w:val="24"/>
          <w:szCs w:val="24"/>
        </w:rPr>
        <w:t xml:space="preserve"> </w:t>
      </w:r>
      <w:r w:rsidRPr="009D21BC">
        <w:rPr>
          <w:rFonts w:ascii="Times New Roman" w:hAnsi="Times New Roman" w:cs="Times New Roman"/>
          <w:sz w:val="24"/>
          <w:szCs w:val="24"/>
        </w:rPr>
        <w:t>This</w:t>
      </w:r>
      <w:r>
        <w:rPr>
          <w:rFonts w:ascii="Times New Roman" w:hAnsi="Times New Roman" w:cs="Times New Roman"/>
          <w:sz w:val="24"/>
          <w:szCs w:val="24"/>
        </w:rPr>
        <w:t xml:space="preserve"> </w:t>
      </w:r>
      <w:r w:rsidRPr="009D21BC">
        <w:rPr>
          <w:rFonts w:ascii="Times New Roman" w:hAnsi="Times New Roman" w:cs="Times New Roman"/>
          <w:sz w:val="24"/>
          <w:szCs w:val="24"/>
        </w:rPr>
        <w:t>team</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respond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inquiry</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give</w:t>
      </w:r>
      <w:r>
        <w:rPr>
          <w:rFonts w:ascii="Times New Roman" w:hAnsi="Times New Roman" w:cs="Times New Roman"/>
          <w:sz w:val="24"/>
          <w:szCs w:val="24"/>
        </w:rPr>
        <w:t xml:space="preserve"> </w:t>
      </w:r>
      <w:r w:rsidRPr="009D21BC">
        <w:rPr>
          <w:rFonts w:ascii="Times New Roman" w:hAnsi="Times New Roman" w:cs="Times New Roman"/>
          <w:sz w:val="24"/>
          <w:szCs w:val="24"/>
        </w:rPr>
        <w:t>them</w:t>
      </w:r>
      <w:r>
        <w:rPr>
          <w:rFonts w:ascii="Times New Roman" w:hAnsi="Times New Roman" w:cs="Times New Roman"/>
          <w:sz w:val="24"/>
          <w:szCs w:val="24"/>
        </w:rPr>
        <w:t xml:space="preserve"> </w:t>
      </w:r>
      <w:r w:rsidRPr="009D21BC">
        <w:rPr>
          <w:rFonts w:ascii="Times New Roman" w:hAnsi="Times New Roman" w:cs="Times New Roman"/>
          <w:sz w:val="24"/>
          <w:szCs w:val="24"/>
        </w:rPr>
        <w:t>an</w:t>
      </w:r>
      <w:r>
        <w:rPr>
          <w:rFonts w:ascii="Times New Roman" w:hAnsi="Times New Roman" w:cs="Times New Roman"/>
          <w:sz w:val="24"/>
          <w:szCs w:val="24"/>
        </w:rPr>
        <w:t xml:space="preserve"> </w:t>
      </w:r>
      <w:r w:rsidRPr="009D21BC">
        <w:rPr>
          <w:rFonts w:ascii="Times New Roman" w:hAnsi="Times New Roman" w:cs="Times New Roman"/>
          <w:sz w:val="24"/>
          <w:szCs w:val="24"/>
        </w:rPr>
        <w:t>idea</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assessment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planning</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second</w:t>
      </w:r>
      <w:r>
        <w:rPr>
          <w:rFonts w:ascii="Times New Roman" w:hAnsi="Times New Roman" w:cs="Times New Roman"/>
          <w:sz w:val="24"/>
          <w:szCs w:val="24"/>
        </w:rPr>
        <w:t xml:space="preserve"> </w:t>
      </w:r>
      <w:r w:rsidRPr="009D21BC">
        <w:rPr>
          <w:rFonts w:ascii="Times New Roman" w:hAnsi="Times New Roman" w:cs="Times New Roman"/>
          <w:sz w:val="24"/>
          <w:szCs w:val="24"/>
        </w:rPr>
        <w:t>area</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functioning.</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team</w:t>
      </w:r>
      <w:r>
        <w:rPr>
          <w:rFonts w:ascii="Times New Roman" w:hAnsi="Times New Roman" w:cs="Times New Roman"/>
          <w:sz w:val="24"/>
          <w:szCs w:val="24"/>
        </w:rPr>
        <w:t xml:space="preserve"> </w:t>
      </w:r>
      <w:r w:rsidRPr="009D21BC">
        <w:rPr>
          <w:rFonts w:ascii="Times New Roman" w:hAnsi="Times New Roman" w:cs="Times New Roman"/>
          <w:sz w:val="24"/>
          <w:szCs w:val="24"/>
        </w:rPr>
        <w:t>sends</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reports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determine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course.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team</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provides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an</w:t>
      </w:r>
      <w:r>
        <w:rPr>
          <w:rFonts w:ascii="Times New Roman" w:hAnsi="Times New Roman" w:cs="Times New Roman"/>
          <w:sz w:val="24"/>
          <w:szCs w:val="24"/>
        </w:rPr>
        <w:t xml:space="preserve"> </w:t>
      </w:r>
      <w:r w:rsidRPr="009D21BC">
        <w:rPr>
          <w:rFonts w:ascii="Times New Roman" w:hAnsi="Times New Roman" w:cs="Times New Roman"/>
          <w:sz w:val="24"/>
          <w:szCs w:val="24"/>
        </w:rPr>
        <w:t>appropriate</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plan</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most</w:t>
      </w:r>
      <w:r>
        <w:rPr>
          <w:rFonts w:ascii="Times New Roman" w:hAnsi="Times New Roman" w:cs="Times New Roman"/>
          <w:sz w:val="24"/>
          <w:szCs w:val="24"/>
        </w:rPr>
        <w:t xml:space="preserve"> </w:t>
      </w:r>
      <w:r w:rsidRPr="009D21BC">
        <w:rPr>
          <w:rFonts w:ascii="Times New Roman" w:hAnsi="Times New Roman" w:cs="Times New Roman"/>
          <w:sz w:val="24"/>
          <w:szCs w:val="24"/>
        </w:rPr>
        <w:t>suitable</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methods,</w:t>
      </w:r>
      <w:r>
        <w:rPr>
          <w:rFonts w:ascii="Times New Roman" w:hAnsi="Times New Roman" w:cs="Times New Roman"/>
          <w:sz w:val="24"/>
          <w:szCs w:val="24"/>
        </w:rPr>
        <w:t xml:space="preserve"> </w:t>
      </w:r>
      <w:r w:rsidRPr="009D21BC">
        <w:rPr>
          <w:rFonts w:ascii="Times New Roman" w:hAnsi="Times New Roman" w:cs="Times New Roman"/>
          <w:sz w:val="24"/>
          <w:szCs w:val="24"/>
        </w:rPr>
        <w:t>estimated</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period,</w:t>
      </w:r>
      <w:r>
        <w:rPr>
          <w:rFonts w:ascii="Times New Roman" w:hAnsi="Times New Roman" w:cs="Times New Roman"/>
          <w:sz w:val="24"/>
          <w:szCs w:val="24"/>
        </w:rPr>
        <w:t xml:space="preserve"> </w:t>
      </w:r>
      <w:r w:rsidRPr="009D21BC">
        <w:rPr>
          <w:rFonts w:ascii="Times New Roman" w:hAnsi="Times New Roman" w:cs="Times New Roman"/>
          <w:sz w:val="24"/>
          <w:szCs w:val="24"/>
        </w:rPr>
        <w:t>all</w:t>
      </w:r>
      <w:r>
        <w:rPr>
          <w:rFonts w:ascii="Times New Roman" w:hAnsi="Times New Roman" w:cs="Times New Roman"/>
          <w:sz w:val="24"/>
          <w:szCs w:val="24"/>
        </w:rPr>
        <w:t xml:space="preserve"> </w:t>
      </w:r>
      <w:r w:rsidRPr="009D21BC">
        <w:rPr>
          <w:rFonts w:ascii="Times New Roman" w:hAnsi="Times New Roman" w:cs="Times New Roman"/>
          <w:sz w:val="24"/>
          <w:szCs w:val="24"/>
        </w:rPr>
        <w:t>costs</w:t>
      </w:r>
      <w:r>
        <w:rPr>
          <w:rFonts w:ascii="Times New Roman" w:hAnsi="Times New Roman" w:cs="Times New Roman"/>
          <w:sz w:val="24"/>
          <w:szCs w:val="24"/>
        </w:rPr>
        <w:t xml:space="preserve"> </w:t>
      </w:r>
      <w:r w:rsidRPr="009D21BC">
        <w:rPr>
          <w:rFonts w:ascii="Times New Roman" w:hAnsi="Times New Roman" w:cs="Times New Roman"/>
          <w:sz w:val="24"/>
          <w:szCs w:val="24"/>
        </w:rPr>
        <w:t>involved,</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Furthermore,</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proofErr w:type="gramStart"/>
      <w:r w:rsidRPr="009D21BC">
        <w:rPr>
          <w:rFonts w:ascii="Times New Roman" w:hAnsi="Times New Roman" w:cs="Times New Roman"/>
          <w:sz w:val="24"/>
          <w:szCs w:val="24"/>
        </w:rPr>
        <w:t>doctors</w:t>
      </w:r>
      <w:proofErr w:type="gramEnd"/>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play</w:t>
      </w:r>
      <w:r>
        <w:rPr>
          <w:rFonts w:ascii="Times New Roman" w:hAnsi="Times New Roman" w:cs="Times New Roman"/>
          <w:sz w:val="24"/>
          <w:szCs w:val="24"/>
        </w:rPr>
        <w:t xml:space="preserve"> </w:t>
      </w:r>
      <w:r w:rsidRPr="009D21BC">
        <w:rPr>
          <w:rFonts w:ascii="Times New Roman" w:hAnsi="Times New Roman" w:cs="Times New Roman"/>
          <w:sz w:val="24"/>
          <w:szCs w:val="24"/>
        </w:rPr>
        <w:t>an</w:t>
      </w:r>
      <w:r>
        <w:rPr>
          <w:rFonts w:ascii="Times New Roman" w:hAnsi="Times New Roman" w:cs="Times New Roman"/>
          <w:sz w:val="24"/>
          <w:szCs w:val="24"/>
        </w:rPr>
        <w:t xml:space="preserve"> </w:t>
      </w:r>
      <w:r w:rsidRPr="009D21BC">
        <w:rPr>
          <w:rFonts w:ascii="Times New Roman" w:hAnsi="Times New Roman" w:cs="Times New Roman"/>
          <w:sz w:val="24"/>
          <w:szCs w:val="24"/>
        </w:rPr>
        <w:t>essential</w:t>
      </w:r>
      <w:r>
        <w:rPr>
          <w:rFonts w:ascii="Times New Roman" w:hAnsi="Times New Roman" w:cs="Times New Roman"/>
          <w:sz w:val="24"/>
          <w:szCs w:val="24"/>
        </w:rPr>
        <w:t xml:space="preserve"> </w:t>
      </w:r>
      <w:r w:rsidRPr="009D21BC">
        <w:rPr>
          <w:rFonts w:ascii="Times New Roman" w:hAnsi="Times New Roman" w:cs="Times New Roman"/>
          <w:sz w:val="24"/>
          <w:szCs w:val="24"/>
        </w:rPr>
        <w:t>role</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patient-friendly</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establishes</w:t>
      </w:r>
      <w:r>
        <w:rPr>
          <w:rFonts w:ascii="Times New Roman" w:hAnsi="Times New Roman" w:cs="Times New Roman"/>
          <w:sz w:val="24"/>
          <w:szCs w:val="24"/>
        </w:rPr>
        <w:t xml:space="preserve"> </w:t>
      </w:r>
      <w:r w:rsidRPr="009D21BC">
        <w:rPr>
          <w:rFonts w:ascii="Times New Roman" w:hAnsi="Times New Roman" w:cs="Times New Roman"/>
          <w:sz w:val="24"/>
          <w:szCs w:val="24"/>
        </w:rPr>
        <w:t>relationships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best</w:t>
      </w:r>
      <w:r>
        <w:rPr>
          <w:rFonts w:ascii="Times New Roman" w:hAnsi="Times New Roman" w:cs="Times New Roman"/>
          <w:sz w:val="24"/>
          <w:szCs w:val="24"/>
        </w:rPr>
        <w:t xml:space="preserve"> </w:t>
      </w:r>
      <w:r w:rsidRPr="009D21BC">
        <w:rPr>
          <w:rFonts w:ascii="Times New Roman" w:hAnsi="Times New Roman" w:cs="Times New Roman"/>
          <w:sz w:val="24"/>
          <w:szCs w:val="24"/>
        </w:rPr>
        <w:t>multispecialty</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provide</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coordinates</w:t>
      </w:r>
      <w:r>
        <w:rPr>
          <w:rFonts w:ascii="Times New Roman" w:hAnsi="Times New Roman" w:cs="Times New Roman"/>
          <w:sz w:val="24"/>
          <w:szCs w:val="24"/>
        </w:rPr>
        <w:t xml:space="preserve"> </w:t>
      </w:r>
      <w:r w:rsidRPr="009D21BC">
        <w:rPr>
          <w:rFonts w:ascii="Times New Roman" w:hAnsi="Times New Roman" w:cs="Times New Roman"/>
          <w:sz w:val="24"/>
          <w:szCs w:val="24"/>
        </w:rPr>
        <w:t>hospital</w:t>
      </w:r>
      <w:r>
        <w:rPr>
          <w:rFonts w:ascii="Times New Roman" w:hAnsi="Times New Roman" w:cs="Times New Roman"/>
          <w:sz w:val="24"/>
          <w:szCs w:val="24"/>
        </w:rPr>
        <w:t xml:space="preserve"> </w:t>
      </w:r>
      <w:r w:rsidRPr="009D21BC">
        <w:rPr>
          <w:rFonts w:ascii="Times New Roman" w:hAnsi="Times New Roman" w:cs="Times New Roman"/>
          <w:sz w:val="24"/>
          <w:szCs w:val="24"/>
        </w:rPr>
        <w:t>admission</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ensure</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people</w:t>
      </w:r>
      <w:r>
        <w:rPr>
          <w:rFonts w:ascii="Times New Roman" w:hAnsi="Times New Roman" w:cs="Times New Roman"/>
          <w:sz w:val="24"/>
          <w:szCs w:val="24"/>
        </w:rPr>
        <w:t xml:space="preserve"> </w:t>
      </w:r>
      <w:r w:rsidRPr="009D21BC">
        <w:rPr>
          <w:rFonts w:ascii="Times New Roman" w:hAnsi="Times New Roman" w:cs="Times New Roman"/>
          <w:sz w:val="24"/>
          <w:szCs w:val="24"/>
        </w:rPr>
        <w:t>get</w:t>
      </w:r>
      <w:r>
        <w:rPr>
          <w:rFonts w:ascii="Times New Roman" w:hAnsi="Times New Roman" w:cs="Times New Roman"/>
          <w:sz w:val="24"/>
          <w:szCs w:val="24"/>
        </w:rPr>
        <w:t xml:space="preserve"> </w:t>
      </w:r>
      <w:r w:rsidRPr="009D21BC">
        <w:rPr>
          <w:rFonts w:ascii="Times New Roman" w:hAnsi="Times New Roman" w:cs="Times New Roman"/>
          <w:sz w:val="24"/>
          <w:szCs w:val="24"/>
        </w:rPr>
        <w:t>appropriate</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without</w:t>
      </w:r>
      <w:r>
        <w:rPr>
          <w:rFonts w:ascii="Times New Roman" w:hAnsi="Times New Roman" w:cs="Times New Roman"/>
          <w:sz w:val="24"/>
          <w:szCs w:val="24"/>
        </w:rPr>
        <w:t xml:space="preserve"> </w:t>
      </w:r>
      <w:r w:rsidRPr="009D21BC">
        <w:rPr>
          <w:rFonts w:ascii="Times New Roman" w:hAnsi="Times New Roman" w:cs="Times New Roman"/>
          <w:sz w:val="24"/>
          <w:szCs w:val="24"/>
        </w:rPr>
        <w:t>delays.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Moreover,</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visa</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are</w:t>
      </w:r>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among</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functions.</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Doctor‗s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advice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consultation</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supported</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them</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visas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helping</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further</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airport</w:t>
      </w:r>
      <w:r>
        <w:rPr>
          <w:rFonts w:ascii="Times New Roman" w:hAnsi="Times New Roman" w:cs="Times New Roman"/>
          <w:sz w:val="24"/>
          <w:szCs w:val="24"/>
        </w:rPr>
        <w:t xml:space="preserve"> </w:t>
      </w:r>
      <w:r w:rsidRPr="009D21BC">
        <w:rPr>
          <w:rFonts w:ascii="Times New Roman" w:hAnsi="Times New Roman" w:cs="Times New Roman"/>
          <w:sz w:val="24"/>
          <w:szCs w:val="24"/>
        </w:rPr>
        <w:t>pickup,</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transportation.</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Arranging</w:t>
      </w:r>
      <w:r>
        <w:rPr>
          <w:rFonts w:ascii="Times New Roman" w:hAnsi="Times New Roman" w:cs="Times New Roman"/>
          <w:sz w:val="24"/>
          <w:szCs w:val="24"/>
        </w:rPr>
        <w:t xml:space="preserve"> </w:t>
      </w:r>
      <w:r w:rsidRPr="009D21BC">
        <w:rPr>
          <w:rFonts w:ascii="Times New Roman" w:hAnsi="Times New Roman" w:cs="Times New Roman"/>
          <w:sz w:val="24"/>
          <w:szCs w:val="24"/>
        </w:rPr>
        <w:t>accommodation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interpreter</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significant</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abroad.</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foreign</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attendants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book</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accommodation</w:t>
      </w:r>
      <w:r>
        <w:rPr>
          <w:rFonts w:ascii="Times New Roman" w:hAnsi="Times New Roman" w:cs="Times New Roman"/>
          <w:sz w:val="24"/>
          <w:szCs w:val="24"/>
        </w:rPr>
        <w:t xml:space="preserve"> </w:t>
      </w:r>
      <w:r w:rsidRPr="009D21BC">
        <w:rPr>
          <w:rFonts w:ascii="Times New Roman" w:hAnsi="Times New Roman" w:cs="Times New Roman"/>
          <w:sz w:val="24"/>
          <w:szCs w:val="24"/>
        </w:rPr>
        <w:t>near</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arranges</w:t>
      </w:r>
      <w:r>
        <w:rPr>
          <w:rFonts w:ascii="Times New Roman" w:hAnsi="Times New Roman" w:cs="Times New Roman"/>
          <w:sz w:val="24"/>
          <w:szCs w:val="24"/>
        </w:rPr>
        <w:t xml:space="preserve"> </w:t>
      </w:r>
      <w:r w:rsidRPr="009D21BC">
        <w:rPr>
          <w:rFonts w:ascii="Times New Roman" w:hAnsi="Times New Roman" w:cs="Times New Roman"/>
          <w:sz w:val="24"/>
          <w:szCs w:val="24"/>
        </w:rPr>
        <w:t>interpreters</w:t>
      </w:r>
      <w:r>
        <w:rPr>
          <w:rFonts w:ascii="Times New Roman" w:hAnsi="Times New Roman" w:cs="Times New Roman"/>
          <w:sz w:val="24"/>
          <w:szCs w:val="24"/>
        </w:rPr>
        <w:t xml:space="preserve"> </w:t>
      </w:r>
      <w:r w:rsidRPr="009D21BC">
        <w:rPr>
          <w:rFonts w:ascii="Times New Roman" w:hAnsi="Times New Roman" w:cs="Times New Roman"/>
          <w:sz w:val="24"/>
          <w:szCs w:val="24"/>
        </w:rPr>
        <w:t>so</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they</w:t>
      </w:r>
      <w:r>
        <w:rPr>
          <w:rFonts w:ascii="Times New Roman" w:hAnsi="Times New Roman" w:cs="Times New Roman"/>
          <w:sz w:val="24"/>
          <w:szCs w:val="24"/>
        </w:rPr>
        <w:t xml:space="preserve"> </w:t>
      </w:r>
      <w:r w:rsidRPr="009D21BC">
        <w:rPr>
          <w:rFonts w:ascii="Times New Roman" w:hAnsi="Times New Roman" w:cs="Times New Roman"/>
          <w:sz w:val="24"/>
          <w:szCs w:val="24"/>
        </w:rPr>
        <w:t>can</w:t>
      </w:r>
      <w:r>
        <w:rPr>
          <w:rFonts w:ascii="Times New Roman" w:hAnsi="Times New Roman" w:cs="Times New Roman"/>
          <w:sz w:val="24"/>
          <w:szCs w:val="24"/>
        </w:rPr>
        <w:t xml:space="preserve"> </w:t>
      </w:r>
      <w:r w:rsidRPr="009D21BC">
        <w:rPr>
          <w:rFonts w:ascii="Times New Roman" w:hAnsi="Times New Roman" w:cs="Times New Roman"/>
          <w:sz w:val="24"/>
          <w:szCs w:val="24"/>
        </w:rPr>
        <w:t>communicate</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easily.</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Additionally,</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crucial</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mention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coordinator‗s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role</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coordinators</w:t>
      </w:r>
      <w:r>
        <w:rPr>
          <w:rFonts w:ascii="Times New Roman" w:hAnsi="Times New Roman" w:cs="Times New Roman"/>
          <w:sz w:val="24"/>
          <w:szCs w:val="24"/>
        </w:rPr>
        <w:t xml:space="preserve"> </w:t>
      </w:r>
      <w:r w:rsidRPr="009D21BC">
        <w:rPr>
          <w:rFonts w:ascii="Times New Roman" w:hAnsi="Times New Roman" w:cs="Times New Roman"/>
          <w:sz w:val="24"/>
          <w:szCs w:val="24"/>
        </w:rPr>
        <w:t>keep</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touch</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track</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process,</w:t>
      </w:r>
      <w:r>
        <w:rPr>
          <w:rFonts w:ascii="Times New Roman" w:hAnsi="Times New Roman" w:cs="Times New Roman"/>
          <w:sz w:val="24"/>
          <w:szCs w:val="24"/>
        </w:rPr>
        <w:t xml:space="preserve"> </w:t>
      </w:r>
      <w:r w:rsidRPr="009D21BC">
        <w:rPr>
          <w:rFonts w:ascii="Times New Roman" w:hAnsi="Times New Roman" w:cs="Times New Roman"/>
          <w:sz w:val="24"/>
          <w:szCs w:val="24"/>
        </w:rPr>
        <w:t>address</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issues,</w:t>
      </w:r>
      <w:r>
        <w:rPr>
          <w:rFonts w:ascii="Times New Roman" w:hAnsi="Times New Roman" w:cs="Times New Roman"/>
          <w:sz w:val="24"/>
          <w:szCs w:val="24"/>
        </w:rPr>
        <w:t xml:space="preserve"> </w:t>
      </w:r>
      <w:r w:rsidRPr="009D21BC">
        <w:rPr>
          <w:rFonts w:ascii="Times New Roman" w:hAnsi="Times New Roman" w:cs="Times New Roman"/>
          <w:sz w:val="24"/>
          <w:szCs w:val="24"/>
        </w:rPr>
        <w:t>solve</w:t>
      </w:r>
      <w:r>
        <w:rPr>
          <w:rFonts w:ascii="Times New Roman" w:hAnsi="Times New Roman" w:cs="Times New Roman"/>
          <w:sz w:val="24"/>
          <w:szCs w:val="24"/>
        </w:rPr>
        <w:t xml:space="preserve"> </w:t>
      </w:r>
      <w:r w:rsidRPr="009D21BC">
        <w:rPr>
          <w:rFonts w:ascii="Times New Roman" w:hAnsi="Times New Roman" w:cs="Times New Roman"/>
          <w:sz w:val="24"/>
          <w:szCs w:val="24"/>
        </w:rPr>
        <w:t>problems,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answer</w:t>
      </w:r>
      <w:r>
        <w:rPr>
          <w:rFonts w:ascii="Times New Roman" w:hAnsi="Times New Roman" w:cs="Times New Roman"/>
          <w:sz w:val="24"/>
          <w:szCs w:val="24"/>
        </w:rPr>
        <w:t xml:space="preserve"> </w:t>
      </w:r>
      <w:r w:rsidRPr="009D21BC">
        <w:rPr>
          <w:rFonts w:ascii="Times New Roman" w:hAnsi="Times New Roman" w:cs="Times New Roman"/>
          <w:sz w:val="24"/>
          <w:szCs w:val="24"/>
        </w:rPr>
        <w:t>questions.</w:t>
      </w:r>
      <w:r>
        <w:rPr>
          <w:rFonts w:ascii="Times New Roman" w:hAnsi="Times New Roman" w:cs="Times New Roman"/>
          <w:sz w:val="24"/>
          <w:szCs w:val="24"/>
        </w:rPr>
        <w:t xml:space="preserve"> </w:t>
      </w:r>
      <w:r w:rsidRPr="009D21BC">
        <w:rPr>
          <w:rFonts w:ascii="Times New Roman" w:hAnsi="Times New Roman" w:cs="Times New Roman"/>
          <w:sz w:val="24"/>
          <w:szCs w:val="24"/>
        </w:rPr>
        <w:lastRenderedPageBreak/>
        <w:t>Coordinators</w:t>
      </w:r>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book</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appointments,</w:t>
      </w:r>
      <w:r>
        <w:rPr>
          <w:rFonts w:ascii="Times New Roman" w:hAnsi="Times New Roman" w:cs="Times New Roman"/>
          <w:sz w:val="24"/>
          <w:szCs w:val="24"/>
        </w:rPr>
        <w:t xml:space="preserve"> </w:t>
      </w:r>
      <w:r w:rsidRPr="009D21BC">
        <w:rPr>
          <w:rFonts w:ascii="Times New Roman" w:hAnsi="Times New Roman" w:cs="Times New Roman"/>
          <w:sz w:val="24"/>
          <w:szCs w:val="24"/>
        </w:rPr>
        <w:t>ensure</w:t>
      </w:r>
      <w:r>
        <w:rPr>
          <w:rFonts w:ascii="Times New Roman" w:hAnsi="Times New Roman" w:cs="Times New Roman"/>
          <w:sz w:val="24"/>
          <w:szCs w:val="24"/>
        </w:rPr>
        <w:t xml:space="preserve"> </w:t>
      </w:r>
      <w:r w:rsidRPr="009D21BC">
        <w:rPr>
          <w:rFonts w:ascii="Times New Roman" w:hAnsi="Times New Roman" w:cs="Times New Roman"/>
          <w:sz w:val="24"/>
          <w:szCs w:val="24"/>
        </w:rPr>
        <w:t>proper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facilitate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communication</w:t>
      </w:r>
      <w:r>
        <w:rPr>
          <w:rFonts w:ascii="Times New Roman" w:hAnsi="Times New Roman" w:cs="Times New Roman"/>
          <w:sz w:val="24"/>
          <w:szCs w:val="24"/>
        </w:rPr>
        <w:t xml:space="preserve"> </w:t>
      </w:r>
      <w:r w:rsidRPr="009D21BC">
        <w:rPr>
          <w:rFonts w:ascii="Times New Roman" w:hAnsi="Times New Roman" w:cs="Times New Roman"/>
          <w:sz w:val="24"/>
          <w:szCs w:val="24"/>
        </w:rPr>
        <w:t>process</w:t>
      </w:r>
      <w:r>
        <w:rPr>
          <w:rFonts w:ascii="Times New Roman" w:hAnsi="Times New Roman" w:cs="Times New Roman"/>
          <w:sz w:val="24"/>
          <w:szCs w:val="24"/>
        </w:rPr>
        <w:t xml:space="preserve"> </w:t>
      </w:r>
      <w:r w:rsidRPr="009D21BC">
        <w:rPr>
          <w:rFonts w:ascii="Times New Roman" w:hAnsi="Times New Roman" w:cs="Times New Roman"/>
          <w:sz w:val="24"/>
          <w:szCs w:val="24"/>
        </w:rPr>
        <w:t>between</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Finally,</w:t>
      </w:r>
      <w:r>
        <w:rPr>
          <w:rFonts w:ascii="Times New Roman" w:hAnsi="Times New Roman" w:cs="Times New Roman"/>
          <w:sz w:val="24"/>
          <w:szCs w:val="24"/>
        </w:rPr>
        <w:t xml:space="preserve"> </w:t>
      </w:r>
      <w:r w:rsidRPr="009D21BC">
        <w:rPr>
          <w:rFonts w:ascii="Times New Roman" w:hAnsi="Times New Roman" w:cs="Times New Roman"/>
          <w:sz w:val="24"/>
          <w:szCs w:val="24"/>
        </w:rPr>
        <w:t>post-treatment,</w:t>
      </w:r>
      <w:r>
        <w:rPr>
          <w:rFonts w:ascii="Times New Roman" w:hAnsi="Times New Roman" w:cs="Times New Roman"/>
          <w:sz w:val="24"/>
          <w:szCs w:val="24"/>
        </w:rPr>
        <w:t xml:space="preserve"> </w:t>
      </w:r>
      <w:r w:rsidRPr="009D21BC">
        <w:rPr>
          <w:rFonts w:ascii="Times New Roman" w:hAnsi="Times New Roman" w:cs="Times New Roman"/>
          <w:sz w:val="24"/>
          <w:szCs w:val="24"/>
        </w:rPr>
        <w:t>follow-up</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contribute</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success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popularity</w:t>
      </w:r>
      <w:r>
        <w:rPr>
          <w:rFonts w:ascii="Times New Roman" w:hAnsi="Times New Roman" w:cs="Times New Roman"/>
          <w:sz w:val="24"/>
          <w:szCs w:val="24"/>
        </w:rPr>
        <w:t xml:space="preserve"> </w:t>
      </w:r>
      <w:r w:rsidRPr="009D21BC">
        <w:rPr>
          <w:rFonts w:ascii="Times New Roman" w:hAnsi="Times New Roman" w:cs="Times New Roman"/>
          <w:sz w:val="24"/>
          <w:szCs w:val="24"/>
        </w:rPr>
        <w:t>among</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clients.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team</w:t>
      </w:r>
      <w:r>
        <w:rPr>
          <w:rFonts w:ascii="Times New Roman" w:hAnsi="Times New Roman" w:cs="Times New Roman"/>
          <w:sz w:val="24"/>
          <w:szCs w:val="24"/>
        </w:rPr>
        <w:t xml:space="preserve"> </w:t>
      </w:r>
      <w:r w:rsidRPr="009D21BC">
        <w:rPr>
          <w:rFonts w:ascii="Times New Roman" w:hAnsi="Times New Roman" w:cs="Times New Roman"/>
          <w:sz w:val="24"/>
          <w:szCs w:val="24"/>
        </w:rPr>
        <w:t>ensures</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are</w:t>
      </w:r>
      <w:r>
        <w:rPr>
          <w:rFonts w:ascii="Times New Roman" w:hAnsi="Times New Roman" w:cs="Times New Roman"/>
          <w:sz w:val="24"/>
          <w:szCs w:val="24"/>
        </w:rPr>
        <w:t xml:space="preserve"> </w:t>
      </w:r>
      <w:r w:rsidRPr="009D21BC">
        <w:rPr>
          <w:rFonts w:ascii="Times New Roman" w:hAnsi="Times New Roman" w:cs="Times New Roman"/>
          <w:sz w:val="24"/>
          <w:szCs w:val="24"/>
        </w:rPr>
        <w:t>provided</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best</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follow-</w:t>
      </w:r>
      <w:r>
        <w:rPr>
          <w:rFonts w:ascii="Times New Roman" w:hAnsi="Times New Roman" w:cs="Times New Roman"/>
          <w:sz w:val="24"/>
          <w:szCs w:val="24"/>
        </w:rPr>
        <w:t xml:space="preserve"> </w:t>
      </w:r>
      <w:r w:rsidRPr="009D21BC">
        <w:rPr>
          <w:rFonts w:ascii="Times New Roman" w:hAnsi="Times New Roman" w:cs="Times New Roman"/>
          <w:sz w:val="24"/>
          <w:szCs w:val="24"/>
        </w:rPr>
        <w:t>up</w:t>
      </w:r>
      <w:r>
        <w:rPr>
          <w:rFonts w:ascii="Times New Roman" w:hAnsi="Times New Roman" w:cs="Times New Roman"/>
          <w:sz w:val="24"/>
          <w:szCs w:val="24"/>
        </w:rPr>
        <w:t xml:space="preserve"> </w:t>
      </w:r>
      <w:r w:rsidRPr="009D21BC">
        <w:rPr>
          <w:rFonts w:ascii="Times New Roman" w:hAnsi="Times New Roman" w:cs="Times New Roman"/>
          <w:sz w:val="24"/>
          <w:szCs w:val="24"/>
        </w:rPr>
        <w:t>care</w:t>
      </w:r>
      <w:r>
        <w:rPr>
          <w:rFonts w:ascii="Times New Roman" w:hAnsi="Times New Roman" w:cs="Times New Roman"/>
          <w:sz w:val="24"/>
          <w:szCs w:val="24"/>
        </w:rPr>
        <w:t xml:space="preserve"> </w:t>
      </w:r>
      <w:r w:rsidRPr="009D21BC">
        <w:rPr>
          <w:rFonts w:ascii="Times New Roman" w:hAnsi="Times New Roman" w:cs="Times New Roman"/>
          <w:sz w:val="24"/>
          <w:szCs w:val="24"/>
        </w:rPr>
        <w:t>after</w:t>
      </w:r>
      <w:r>
        <w:rPr>
          <w:rFonts w:ascii="Times New Roman" w:hAnsi="Times New Roman" w:cs="Times New Roman"/>
          <w:sz w:val="24"/>
          <w:szCs w:val="24"/>
        </w:rPr>
        <w:t xml:space="preserve"> </w:t>
      </w:r>
      <w:r w:rsidRPr="009D21BC">
        <w:rPr>
          <w:rFonts w:ascii="Times New Roman" w:hAnsi="Times New Roman" w:cs="Times New Roman"/>
          <w:sz w:val="24"/>
          <w:szCs w:val="24"/>
        </w:rPr>
        <w:t>discharge.</w:t>
      </w:r>
      <w:r>
        <w:rPr>
          <w:rFonts w:ascii="Times New Roman" w:hAnsi="Times New Roman" w:cs="Times New Roman"/>
          <w:sz w:val="24"/>
          <w:szCs w:val="24"/>
        </w:rPr>
        <w:t xml:space="preserve"> </w:t>
      </w:r>
      <w:r w:rsidRPr="009D21BC">
        <w:rPr>
          <w:rFonts w:ascii="Times New Roman" w:hAnsi="Times New Roman" w:cs="Times New Roman"/>
          <w:sz w:val="24"/>
          <w:szCs w:val="24"/>
        </w:rPr>
        <w:t>They</w:t>
      </w:r>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help</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keep</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touch</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control</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health</w:t>
      </w:r>
      <w:r>
        <w:rPr>
          <w:rFonts w:ascii="Times New Roman" w:hAnsi="Times New Roman" w:cs="Times New Roman"/>
          <w:sz w:val="24"/>
          <w:szCs w:val="24"/>
        </w:rPr>
        <w:t xml:space="preserve"> </w:t>
      </w:r>
      <w:r w:rsidRPr="009D21BC">
        <w:rPr>
          <w:rFonts w:ascii="Times New Roman" w:hAnsi="Times New Roman" w:cs="Times New Roman"/>
          <w:sz w:val="24"/>
          <w:szCs w:val="24"/>
        </w:rPr>
        <w:t>conditions.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One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critical</w:t>
      </w:r>
      <w:r>
        <w:rPr>
          <w:rFonts w:ascii="Times New Roman" w:hAnsi="Times New Roman" w:cs="Times New Roman"/>
          <w:sz w:val="24"/>
          <w:szCs w:val="24"/>
        </w:rPr>
        <w:t xml:space="preserve"> </w:t>
      </w:r>
      <w:r w:rsidRPr="009D21BC">
        <w:rPr>
          <w:rFonts w:ascii="Times New Roman" w:hAnsi="Times New Roman" w:cs="Times New Roman"/>
          <w:sz w:val="24"/>
          <w:szCs w:val="24"/>
        </w:rPr>
        <w:t>aspects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functioning</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relationship</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r>
        <w:rPr>
          <w:rFonts w:ascii="Times New Roman" w:hAnsi="Times New Roman" w:cs="Times New Roman"/>
          <w:sz w:val="24"/>
          <w:szCs w:val="24"/>
        </w:rPr>
        <w:t xml:space="preserve"> </w:t>
      </w:r>
      <w:r w:rsidRPr="009D21BC">
        <w:rPr>
          <w:rFonts w:ascii="Times New Roman" w:hAnsi="Times New Roman" w:cs="Times New Roman"/>
          <w:sz w:val="24"/>
          <w:szCs w:val="24"/>
        </w:rPr>
        <w:t>process.</w:t>
      </w:r>
      <w:r>
        <w:rPr>
          <w:rFonts w:ascii="Times New Roman" w:hAnsi="Times New Roman" w:cs="Times New Roman"/>
          <w:sz w:val="24"/>
          <w:szCs w:val="24"/>
        </w:rPr>
        <w:t xml:space="preserve"> </w:t>
      </w:r>
      <w:r w:rsidRPr="009D21BC">
        <w:rPr>
          <w:rFonts w:ascii="Times New Roman" w:hAnsi="Times New Roman" w:cs="Times New Roman"/>
          <w:sz w:val="24"/>
          <w:szCs w:val="24"/>
        </w:rPr>
        <w:t>Maintaining</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relations</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vital</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most</w:t>
      </w:r>
      <w:r>
        <w:rPr>
          <w:rFonts w:ascii="Times New Roman" w:hAnsi="Times New Roman" w:cs="Times New Roman"/>
          <w:sz w:val="24"/>
          <w:szCs w:val="24"/>
        </w:rPr>
        <w:t xml:space="preserve"> </w:t>
      </w:r>
      <w:r w:rsidRPr="009D21BC">
        <w:rPr>
          <w:rFonts w:ascii="Times New Roman" w:hAnsi="Times New Roman" w:cs="Times New Roman"/>
          <w:sz w:val="24"/>
          <w:szCs w:val="24"/>
        </w:rPr>
        <w:t>companies,</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they</w:t>
      </w:r>
      <w:r>
        <w:rPr>
          <w:rFonts w:ascii="Times New Roman" w:hAnsi="Times New Roman" w:cs="Times New Roman"/>
          <w:sz w:val="24"/>
          <w:szCs w:val="24"/>
        </w:rPr>
        <w:t xml:space="preserve"> </w:t>
      </w:r>
      <w:r w:rsidRPr="009D21BC">
        <w:rPr>
          <w:rFonts w:ascii="Times New Roman" w:hAnsi="Times New Roman" w:cs="Times New Roman"/>
          <w:sz w:val="24"/>
          <w:szCs w:val="24"/>
        </w:rPr>
        <w:t>strive</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provide</w:t>
      </w:r>
      <w:r>
        <w:rPr>
          <w:rFonts w:ascii="Times New Roman" w:hAnsi="Times New Roman" w:cs="Times New Roman"/>
          <w:sz w:val="24"/>
          <w:szCs w:val="24"/>
        </w:rPr>
        <w:t xml:space="preserve"> </w:t>
      </w:r>
      <w:r w:rsidRPr="009D21BC">
        <w:rPr>
          <w:rFonts w:ascii="Times New Roman" w:hAnsi="Times New Roman" w:cs="Times New Roman"/>
          <w:sz w:val="24"/>
          <w:szCs w:val="24"/>
        </w:rPr>
        <w:t>good</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clients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take</w:t>
      </w:r>
      <w:r>
        <w:rPr>
          <w:rFonts w:ascii="Times New Roman" w:hAnsi="Times New Roman" w:cs="Times New Roman"/>
          <w:sz w:val="24"/>
          <w:szCs w:val="24"/>
        </w:rPr>
        <w:t xml:space="preserve"> </w:t>
      </w:r>
      <w:r w:rsidRPr="009D21BC">
        <w:rPr>
          <w:rFonts w:ascii="Times New Roman" w:hAnsi="Times New Roman" w:cs="Times New Roman"/>
          <w:sz w:val="24"/>
          <w:szCs w:val="24"/>
        </w:rPr>
        <w:t>into</w:t>
      </w:r>
      <w:r>
        <w:rPr>
          <w:rFonts w:ascii="Times New Roman" w:hAnsi="Times New Roman" w:cs="Times New Roman"/>
          <w:sz w:val="24"/>
          <w:szCs w:val="24"/>
        </w:rPr>
        <w:t xml:space="preserve"> </w:t>
      </w:r>
      <w:r w:rsidRPr="009D21BC">
        <w:rPr>
          <w:rFonts w:ascii="Times New Roman" w:hAnsi="Times New Roman" w:cs="Times New Roman"/>
          <w:sz w:val="24"/>
          <w:szCs w:val="24"/>
        </w:rPr>
        <w:t>account</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suggestions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demands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improve</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performance.</w:t>
      </w:r>
      <w:r>
        <w:rPr>
          <w:rFonts w:ascii="Times New Roman" w:hAnsi="Times New Roman" w:cs="Times New Roman"/>
          <w:sz w:val="24"/>
          <w:szCs w:val="24"/>
        </w:rPr>
        <w:t xml:space="preserve"> </w:t>
      </w:r>
      <w:r w:rsidRPr="009D21BC">
        <w:rPr>
          <w:rFonts w:ascii="Times New Roman" w:hAnsi="Times New Roman" w:cs="Times New Roman"/>
          <w:sz w:val="24"/>
          <w:szCs w:val="24"/>
        </w:rPr>
        <w:t>Keeping</w:t>
      </w:r>
      <w:r>
        <w:rPr>
          <w:rFonts w:ascii="Times New Roman" w:hAnsi="Times New Roman" w:cs="Times New Roman"/>
          <w:sz w:val="24"/>
          <w:szCs w:val="24"/>
        </w:rPr>
        <w:t xml:space="preserve"> </w:t>
      </w:r>
      <w:r w:rsidRPr="009D21BC">
        <w:rPr>
          <w:rFonts w:ascii="Times New Roman" w:hAnsi="Times New Roman" w:cs="Times New Roman"/>
          <w:sz w:val="24"/>
          <w:szCs w:val="24"/>
        </w:rPr>
        <w:t>track</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health</w:t>
      </w:r>
      <w:r>
        <w:rPr>
          <w:rFonts w:ascii="Times New Roman" w:hAnsi="Times New Roman" w:cs="Times New Roman"/>
          <w:sz w:val="24"/>
          <w:szCs w:val="24"/>
        </w:rPr>
        <w:t xml:space="preserve"> </w:t>
      </w:r>
      <w:r w:rsidRPr="009D21BC">
        <w:rPr>
          <w:rFonts w:ascii="Times New Roman" w:hAnsi="Times New Roman" w:cs="Times New Roman"/>
          <w:sz w:val="24"/>
          <w:szCs w:val="24"/>
        </w:rPr>
        <w:t>status,</w:t>
      </w:r>
      <w:r>
        <w:rPr>
          <w:rFonts w:ascii="Times New Roman" w:hAnsi="Times New Roman" w:cs="Times New Roman"/>
          <w:sz w:val="24"/>
          <w:szCs w:val="24"/>
        </w:rPr>
        <w:t xml:space="preserve"> </w:t>
      </w:r>
      <w:r w:rsidRPr="009D21BC">
        <w:rPr>
          <w:rFonts w:ascii="Times New Roman" w:hAnsi="Times New Roman" w:cs="Times New Roman"/>
          <w:sz w:val="24"/>
          <w:szCs w:val="24"/>
        </w:rPr>
        <w:t>answering</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questions,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them</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relevant</w:t>
      </w:r>
      <w:r>
        <w:rPr>
          <w:rFonts w:ascii="Times New Roman" w:hAnsi="Times New Roman" w:cs="Times New Roman"/>
          <w:sz w:val="24"/>
          <w:szCs w:val="24"/>
        </w:rPr>
        <w:t xml:space="preserve"> </w:t>
      </w:r>
      <w:r w:rsidRPr="009D21BC">
        <w:rPr>
          <w:rFonts w:ascii="Times New Roman" w:hAnsi="Times New Roman" w:cs="Times New Roman"/>
          <w:sz w:val="24"/>
          <w:szCs w:val="24"/>
        </w:rPr>
        <w:t>information</w:t>
      </w:r>
      <w:r>
        <w:rPr>
          <w:rFonts w:ascii="Times New Roman" w:hAnsi="Times New Roman" w:cs="Times New Roman"/>
          <w:sz w:val="24"/>
          <w:szCs w:val="24"/>
        </w:rPr>
        <w:t xml:space="preserve"> </w:t>
      </w:r>
      <w:r w:rsidRPr="009D21BC">
        <w:rPr>
          <w:rFonts w:ascii="Times New Roman" w:hAnsi="Times New Roman" w:cs="Times New Roman"/>
          <w:sz w:val="24"/>
          <w:szCs w:val="24"/>
        </w:rPr>
        <w:t>are</w:t>
      </w:r>
      <w:r>
        <w:rPr>
          <w:rFonts w:ascii="Times New Roman" w:hAnsi="Times New Roman" w:cs="Times New Roman"/>
          <w:sz w:val="24"/>
          <w:szCs w:val="24"/>
        </w:rPr>
        <w:t xml:space="preserve"> </w:t>
      </w:r>
      <w:r w:rsidRPr="009D21BC">
        <w:rPr>
          <w:rFonts w:ascii="Times New Roman" w:hAnsi="Times New Roman" w:cs="Times New Roman"/>
          <w:sz w:val="24"/>
          <w:szCs w:val="24"/>
        </w:rPr>
        <w:t>essential</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effective</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Maintaining</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relationships</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an</w:t>
      </w:r>
      <w:r>
        <w:rPr>
          <w:rFonts w:ascii="Times New Roman" w:hAnsi="Times New Roman" w:cs="Times New Roman"/>
          <w:sz w:val="24"/>
          <w:szCs w:val="24"/>
        </w:rPr>
        <w:t xml:space="preserve"> </w:t>
      </w:r>
      <w:r w:rsidRPr="009D21BC">
        <w:rPr>
          <w:rFonts w:ascii="Times New Roman" w:hAnsi="Times New Roman" w:cs="Times New Roman"/>
          <w:sz w:val="24"/>
          <w:szCs w:val="24"/>
        </w:rPr>
        <w:t>impact</w:t>
      </w:r>
      <w:r>
        <w:rPr>
          <w:rFonts w:ascii="Times New Roman" w:hAnsi="Times New Roman" w:cs="Times New Roman"/>
          <w:sz w:val="24"/>
          <w:szCs w:val="24"/>
        </w:rPr>
        <w:t xml:space="preserve"> </w:t>
      </w:r>
      <w:r w:rsidRPr="009D21BC">
        <w:rPr>
          <w:rFonts w:ascii="Times New Roman" w:hAnsi="Times New Roman" w:cs="Times New Roman"/>
          <w:sz w:val="24"/>
          <w:szCs w:val="24"/>
        </w:rPr>
        <w:t>on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organization‗s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performance,</w:t>
      </w:r>
      <w:r>
        <w:rPr>
          <w:rFonts w:ascii="Times New Roman" w:hAnsi="Times New Roman" w:cs="Times New Roman"/>
          <w:sz w:val="24"/>
          <w:szCs w:val="24"/>
        </w:rPr>
        <w:t xml:space="preserve"> </w:t>
      </w:r>
      <w:r w:rsidRPr="009D21BC">
        <w:rPr>
          <w:rFonts w:ascii="Times New Roman" w:hAnsi="Times New Roman" w:cs="Times New Roman"/>
          <w:sz w:val="24"/>
          <w:szCs w:val="24"/>
        </w:rPr>
        <w:t>which</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why</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focuses</w:t>
      </w:r>
      <w:r>
        <w:rPr>
          <w:rFonts w:ascii="Times New Roman" w:hAnsi="Times New Roman" w:cs="Times New Roman"/>
          <w:sz w:val="24"/>
          <w:szCs w:val="24"/>
        </w:rPr>
        <w:t xml:space="preserve"> </w:t>
      </w:r>
      <w:r w:rsidRPr="009D21BC">
        <w:rPr>
          <w:rFonts w:ascii="Times New Roman" w:hAnsi="Times New Roman" w:cs="Times New Roman"/>
          <w:sz w:val="24"/>
          <w:szCs w:val="24"/>
        </w:rPr>
        <w:t>on</w:t>
      </w:r>
      <w:r>
        <w:rPr>
          <w:rFonts w:ascii="Times New Roman" w:hAnsi="Times New Roman" w:cs="Times New Roman"/>
          <w:sz w:val="24"/>
          <w:szCs w:val="24"/>
        </w:rPr>
        <w:t xml:space="preserve"> </w:t>
      </w:r>
      <w:r w:rsidRPr="009D21BC">
        <w:rPr>
          <w:rFonts w:ascii="Times New Roman" w:hAnsi="Times New Roman" w:cs="Times New Roman"/>
          <w:sz w:val="24"/>
          <w:szCs w:val="24"/>
        </w:rPr>
        <w:t>using</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best</w:t>
      </w:r>
      <w:r>
        <w:rPr>
          <w:rFonts w:ascii="Times New Roman" w:hAnsi="Times New Roman" w:cs="Times New Roman"/>
          <w:sz w:val="24"/>
          <w:szCs w:val="24"/>
        </w:rPr>
        <w:t xml:space="preserve"> </w:t>
      </w:r>
      <w:r w:rsidRPr="009D21BC">
        <w:rPr>
          <w:rFonts w:ascii="Times New Roman" w:hAnsi="Times New Roman" w:cs="Times New Roman"/>
          <w:sz w:val="24"/>
          <w:szCs w:val="24"/>
        </w:rPr>
        <w:t>practices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this</w:t>
      </w:r>
      <w:r>
        <w:rPr>
          <w:rFonts w:ascii="Times New Roman" w:hAnsi="Times New Roman" w:cs="Times New Roman"/>
          <w:sz w:val="24"/>
          <w:szCs w:val="24"/>
        </w:rPr>
        <w:t xml:space="preserve"> </w:t>
      </w:r>
      <w:r w:rsidRPr="009D21BC">
        <w:rPr>
          <w:rFonts w:ascii="Times New Roman" w:hAnsi="Times New Roman" w:cs="Times New Roman"/>
          <w:sz w:val="24"/>
          <w:szCs w:val="24"/>
        </w:rPr>
        <w:t>aspect.</w:t>
      </w:r>
    </w:p>
    <w:p w:rsidR="00600AC2" w:rsidRPr="009D21BC" w:rsidRDefault="00600AC2" w:rsidP="00600AC2">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general,</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possible</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conclude</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main</w:t>
      </w:r>
      <w:r>
        <w:rPr>
          <w:rFonts w:ascii="Times New Roman" w:hAnsi="Times New Roman" w:cs="Times New Roman"/>
          <w:sz w:val="24"/>
          <w:szCs w:val="24"/>
        </w:rPr>
        <w:t xml:space="preserve"> </w:t>
      </w:r>
      <w:r w:rsidRPr="009D21BC">
        <w:rPr>
          <w:rFonts w:ascii="Times New Roman" w:hAnsi="Times New Roman" w:cs="Times New Roman"/>
          <w:sz w:val="24"/>
          <w:szCs w:val="24"/>
        </w:rPr>
        <w:t>functions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are</w:t>
      </w:r>
      <w:r>
        <w:rPr>
          <w:rFonts w:ascii="Times New Roman" w:hAnsi="Times New Roman" w:cs="Times New Roman"/>
          <w:sz w:val="24"/>
          <w:szCs w:val="24"/>
        </w:rPr>
        <w:t xml:space="preserve"> </w:t>
      </w:r>
      <w:r w:rsidRPr="009D21BC">
        <w:rPr>
          <w:rFonts w:ascii="Times New Roman" w:hAnsi="Times New Roman" w:cs="Times New Roman"/>
          <w:sz w:val="24"/>
          <w:szCs w:val="24"/>
        </w:rPr>
        <w:t>related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best</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engaged</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foreign</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coordinating</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ensuring</w:t>
      </w:r>
      <w:r>
        <w:rPr>
          <w:rFonts w:ascii="Times New Roman" w:hAnsi="Times New Roman" w:cs="Times New Roman"/>
          <w:sz w:val="24"/>
          <w:szCs w:val="24"/>
        </w:rPr>
        <w:t xml:space="preserve"> </w:t>
      </w:r>
      <w:r w:rsidRPr="009D21BC">
        <w:rPr>
          <w:rFonts w:ascii="Times New Roman" w:hAnsi="Times New Roman" w:cs="Times New Roman"/>
          <w:sz w:val="24"/>
          <w:szCs w:val="24"/>
        </w:rPr>
        <w:t>effective</w:t>
      </w:r>
      <w:r>
        <w:rPr>
          <w:rFonts w:ascii="Times New Roman" w:hAnsi="Times New Roman" w:cs="Times New Roman"/>
          <w:sz w:val="24"/>
          <w:szCs w:val="24"/>
        </w:rPr>
        <w:t xml:space="preserve"> </w:t>
      </w:r>
      <w:r w:rsidRPr="009D21BC">
        <w:rPr>
          <w:rFonts w:ascii="Times New Roman" w:hAnsi="Times New Roman" w:cs="Times New Roman"/>
          <w:sz w:val="24"/>
          <w:szCs w:val="24"/>
        </w:rPr>
        <w:t>communication,</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maintaining</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relationships.</w:t>
      </w:r>
      <w:r>
        <w:rPr>
          <w:rFonts w:ascii="Times New Roman" w:hAnsi="Times New Roman" w:cs="Times New Roman"/>
          <w:sz w:val="24"/>
          <w:szCs w:val="24"/>
        </w:rPr>
        <w:t xml:space="preserve"> </w:t>
      </w:r>
      <w:r w:rsidRPr="009D21BC">
        <w:rPr>
          <w:rFonts w:ascii="Times New Roman" w:hAnsi="Times New Roman" w:cs="Times New Roman"/>
          <w:sz w:val="24"/>
          <w:szCs w:val="24"/>
        </w:rPr>
        <w:t>These</w:t>
      </w:r>
      <w:r>
        <w:rPr>
          <w:rFonts w:ascii="Times New Roman" w:hAnsi="Times New Roman" w:cs="Times New Roman"/>
          <w:sz w:val="24"/>
          <w:szCs w:val="24"/>
        </w:rPr>
        <w:t xml:space="preserve"> </w:t>
      </w:r>
      <w:r w:rsidRPr="009D21BC">
        <w:rPr>
          <w:rFonts w:ascii="Times New Roman" w:hAnsi="Times New Roman" w:cs="Times New Roman"/>
          <w:sz w:val="24"/>
          <w:szCs w:val="24"/>
        </w:rPr>
        <w:t>functions</w:t>
      </w:r>
      <w:r>
        <w:rPr>
          <w:rFonts w:ascii="Times New Roman" w:hAnsi="Times New Roman" w:cs="Times New Roman"/>
          <w:sz w:val="24"/>
          <w:szCs w:val="24"/>
        </w:rPr>
        <w:t xml:space="preserve"> </w:t>
      </w:r>
      <w:r w:rsidRPr="009D21BC">
        <w:rPr>
          <w:rFonts w:ascii="Times New Roman" w:hAnsi="Times New Roman" w:cs="Times New Roman"/>
          <w:sz w:val="24"/>
          <w:szCs w:val="24"/>
        </w:rPr>
        <w:t>ensure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organization‗s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competitiveness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popularity</w:t>
      </w:r>
      <w:r>
        <w:rPr>
          <w:rFonts w:ascii="Times New Roman" w:hAnsi="Times New Roman" w:cs="Times New Roman"/>
          <w:sz w:val="24"/>
          <w:szCs w:val="24"/>
        </w:rPr>
        <w:t xml:space="preserve"> </w:t>
      </w:r>
      <w:r w:rsidRPr="009D21BC">
        <w:rPr>
          <w:rFonts w:ascii="Times New Roman" w:hAnsi="Times New Roman" w:cs="Times New Roman"/>
          <w:sz w:val="24"/>
          <w:szCs w:val="24"/>
        </w:rPr>
        <w:t>among</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abroad.</w:t>
      </w:r>
    </w:p>
    <w:p w:rsidR="00600AC2" w:rsidRPr="006B47D1" w:rsidRDefault="00600AC2" w:rsidP="00600AC2">
      <w:pPr>
        <w:spacing w:after="240" w:line="360" w:lineRule="auto"/>
        <w:jc w:val="both"/>
        <w:rPr>
          <w:rFonts w:ascii="Times New Roman" w:hAnsi="Times New Roman" w:cs="Times New Roman"/>
          <w:b/>
          <w:bCs/>
          <w:sz w:val="24"/>
          <w:szCs w:val="24"/>
        </w:rPr>
      </w:pPr>
      <w:r w:rsidRPr="006B47D1">
        <w:rPr>
          <w:rFonts w:ascii="Times New Roman" w:hAnsi="Times New Roman" w:cs="Times New Roman"/>
          <w:b/>
          <w:bCs/>
          <w:sz w:val="24"/>
          <w:szCs w:val="24"/>
        </w:rPr>
        <w:t>Global</w:t>
      </w:r>
      <w:r>
        <w:rPr>
          <w:rFonts w:ascii="Times New Roman" w:hAnsi="Times New Roman" w:cs="Times New Roman"/>
          <w:b/>
          <w:bCs/>
          <w:sz w:val="24"/>
          <w:szCs w:val="24"/>
        </w:rPr>
        <w:t xml:space="preserve"> </w:t>
      </w:r>
      <w:r w:rsidRPr="006B47D1">
        <w:rPr>
          <w:rFonts w:ascii="Times New Roman" w:hAnsi="Times New Roman" w:cs="Times New Roman"/>
          <w:b/>
          <w:bCs/>
          <w:sz w:val="24"/>
          <w:szCs w:val="24"/>
        </w:rPr>
        <w:t>Headquarters</w:t>
      </w:r>
      <w:r>
        <w:rPr>
          <w:rFonts w:ascii="Times New Roman" w:hAnsi="Times New Roman" w:cs="Times New Roman"/>
          <w:b/>
          <w:bCs/>
          <w:sz w:val="24"/>
          <w:szCs w:val="24"/>
        </w:rPr>
        <w:t xml:space="preserve"> </w:t>
      </w:r>
      <w:r w:rsidRPr="006B47D1">
        <w:rPr>
          <w:rFonts w:ascii="Times New Roman" w:hAnsi="Times New Roman" w:cs="Times New Roman"/>
          <w:b/>
          <w:bCs/>
          <w:sz w:val="24"/>
          <w:szCs w:val="24"/>
        </w:rPr>
        <w:t>and</w:t>
      </w:r>
      <w:r>
        <w:rPr>
          <w:rFonts w:ascii="Times New Roman" w:hAnsi="Times New Roman" w:cs="Times New Roman"/>
          <w:b/>
          <w:bCs/>
          <w:sz w:val="24"/>
          <w:szCs w:val="24"/>
        </w:rPr>
        <w:t xml:space="preserve"> </w:t>
      </w:r>
      <w:r w:rsidRPr="006B47D1">
        <w:rPr>
          <w:rFonts w:ascii="Times New Roman" w:hAnsi="Times New Roman" w:cs="Times New Roman"/>
          <w:b/>
          <w:bCs/>
          <w:sz w:val="24"/>
          <w:szCs w:val="24"/>
        </w:rPr>
        <w:t>Operations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headquartered</w:t>
      </w:r>
      <w:r>
        <w:rPr>
          <w:rFonts w:ascii="Times New Roman" w:hAnsi="Times New Roman" w:cs="Times New Roman"/>
          <w:sz w:val="24"/>
          <w:szCs w:val="24"/>
        </w:rPr>
        <w:t xml:space="preserve"> </w:t>
      </w:r>
      <w:r w:rsidRPr="009D21BC">
        <w:rPr>
          <w:rFonts w:ascii="Times New Roman" w:hAnsi="Times New Roman" w:cs="Times New Roman"/>
          <w:sz w:val="24"/>
          <w:szCs w:val="24"/>
        </w:rPr>
        <w:t>at</w:t>
      </w:r>
      <w:r>
        <w:rPr>
          <w:rFonts w:ascii="Times New Roman" w:hAnsi="Times New Roman" w:cs="Times New Roman"/>
          <w:sz w:val="24"/>
          <w:szCs w:val="24"/>
        </w:rPr>
        <w:t xml:space="preserve"> </w:t>
      </w:r>
      <w:r w:rsidRPr="009D21BC">
        <w:rPr>
          <w:rFonts w:ascii="Times New Roman" w:hAnsi="Times New Roman" w:cs="Times New Roman"/>
          <w:sz w:val="24"/>
          <w:szCs w:val="24"/>
        </w:rPr>
        <w:t>Bengaluru,</w:t>
      </w:r>
      <w:r>
        <w:rPr>
          <w:rFonts w:ascii="Times New Roman" w:hAnsi="Times New Roman" w:cs="Times New Roman"/>
          <w:sz w:val="24"/>
          <w:szCs w:val="24"/>
        </w:rPr>
        <w:t xml:space="preserve"> </w:t>
      </w:r>
      <w:r w:rsidRPr="009D21BC">
        <w:rPr>
          <w:rFonts w:ascii="Times New Roman" w:hAnsi="Times New Roman" w:cs="Times New Roman"/>
          <w:sz w:val="24"/>
          <w:szCs w:val="24"/>
        </w:rPr>
        <w:t>Karnataka,</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which</w:t>
      </w:r>
      <w:r>
        <w:rPr>
          <w:rFonts w:ascii="Times New Roman" w:hAnsi="Times New Roman" w:cs="Times New Roman"/>
          <w:sz w:val="24"/>
          <w:szCs w:val="24"/>
        </w:rPr>
        <w:t xml:space="preserve"> </w:t>
      </w:r>
      <w:r w:rsidRPr="009D21BC">
        <w:rPr>
          <w:rFonts w:ascii="Times New Roman" w:hAnsi="Times New Roman" w:cs="Times New Roman"/>
          <w:sz w:val="24"/>
          <w:szCs w:val="24"/>
        </w:rPr>
        <w:t>happens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be</w:t>
      </w:r>
      <w:r>
        <w:rPr>
          <w:rFonts w:ascii="Times New Roman" w:hAnsi="Times New Roman" w:cs="Times New Roman"/>
          <w:sz w:val="24"/>
          <w:szCs w:val="24"/>
        </w:rPr>
        <w:t xml:space="preserve"> </w:t>
      </w:r>
      <w:r w:rsidRPr="009D21BC">
        <w:rPr>
          <w:rFonts w:ascii="Times New Roman" w:hAnsi="Times New Roman" w:cs="Times New Roman"/>
          <w:sz w:val="24"/>
          <w:szCs w:val="24"/>
        </w:rPr>
        <w:t>one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country‗s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leading</w:t>
      </w:r>
      <w:r>
        <w:rPr>
          <w:rFonts w:ascii="Times New Roman" w:hAnsi="Times New Roman" w:cs="Times New Roman"/>
          <w:sz w:val="24"/>
          <w:szCs w:val="24"/>
        </w:rPr>
        <w:t xml:space="preserve"> </w:t>
      </w:r>
      <w:r w:rsidRPr="009D21BC">
        <w:rPr>
          <w:rFonts w:ascii="Times New Roman" w:hAnsi="Times New Roman" w:cs="Times New Roman"/>
          <w:sz w:val="24"/>
          <w:szCs w:val="24"/>
        </w:rPr>
        <w:t>centers</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manages</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hospital</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operations</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main</w:t>
      </w:r>
      <w:r>
        <w:rPr>
          <w:rFonts w:ascii="Times New Roman" w:hAnsi="Times New Roman" w:cs="Times New Roman"/>
          <w:sz w:val="24"/>
          <w:szCs w:val="24"/>
        </w:rPr>
        <w:t xml:space="preserve"> </w:t>
      </w:r>
      <w:r w:rsidRPr="009D21BC">
        <w:rPr>
          <w:rFonts w:ascii="Times New Roman" w:hAnsi="Times New Roman" w:cs="Times New Roman"/>
          <w:sz w:val="24"/>
          <w:szCs w:val="24"/>
        </w:rPr>
        <w:t>office.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center</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Karnataka</w:t>
      </w:r>
      <w:r>
        <w:rPr>
          <w:rFonts w:ascii="Times New Roman" w:hAnsi="Times New Roman" w:cs="Times New Roman"/>
          <w:sz w:val="24"/>
          <w:szCs w:val="24"/>
        </w:rPr>
        <w:t xml:space="preserve"> </w:t>
      </w:r>
      <w:r w:rsidRPr="009D21BC">
        <w:rPr>
          <w:rFonts w:ascii="Times New Roman" w:hAnsi="Times New Roman" w:cs="Times New Roman"/>
          <w:sz w:val="24"/>
          <w:szCs w:val="24"/>
        </w:rPr>
        <w:t>serves</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primary</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hub</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which</w:t>
      </w:r>
      <w:r>
        <w:rPr>
          <w:rFonts w:ascii="Times New Roman" w:hAnsi="Times New Roman" w:cs="Times New Roman"/>
          <w:sz w:val="24"/>
          <w:szCs w:val="24"/>
        </w:rPr>
        <w:t xml:space="preserve"> </w:t>
      </w:r>
      <w:r w:rsidRPr="009D21BC">
        <w:rPr>
          <w:rFonts w:ascii="Times New Roman" w:hAnsi="Times New Roman" w:cs="Times New Roman"/>
          <w:sz w:val="24"/>
          <w:szCs w:val="24"/>
        </w:rPr>
        <w:t>all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inquiries</w:t>
      </w:r>
      <w:r>
        <w:rPr>
          <w:rFonts w:ascii="Times New Roman" w:hAnsi="Times New Roman" w:cs="Times New Roman"/>
          <w:sz w:val="24"/>
          <w:szCs w:val="24"/>
        </w:rPr>
        <w:t xml:space="preserve"> </w:t>
      </w:r>
      <w:r w:rsidRPr="009D21BC">
        <w:rPr>
          <w:rFonts w:ascii="Times New Roman" w:hAnsi="Times New Roman" w:cs="Times New Roman"/>
          <w:sz w:val="24"/>
          <w:szCs w:val="24"/>
        </w:rPr>
        <w:t>are</w:t>
      </w:r>
      <w:r>
        <w:rPr>
          <w:rFonts w:ascii="Times New Roman" w:hAnsi="Times New Roman" w:cs="Times New Roman"/>
          <w:sz w:val="24"/>
          <w:szCs w:val="24"/>
        </w:rPr>
        <w:t xml:space="preserve"> </w:t>
      </w:r>
      <w:r w:rsidRPr="009D21BC">
        <w:rPr>
          <w:rFonts w:ascii="Times New Roman" w:hAnsi="Times New Roman" w:cs="Times New Roman"/>
          <w:sz w:val="24"/>
          <w:szCs w:val="24"/>
        </w:rPr>
        <w:t>handled,</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process</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designed</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physicians,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communication</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takes</w:t>
      </w:r>
      <w:r>
        <w:rPr>
          <w:rFonts w:ascii="Times New Roman" w:hAnsi="Times New Roman" w:cs="Times New Roman"/>
          <w:sz w:val="24"/>
          <w:szCs w:val="24"/>
        </w:rPr>
        <w:t xml:space="preserve"> </w:t>
      </w:r>
      <w:r w:rsidRPr="009D21BC">
        <w:rPr>
          <w:rFonts w:ascii="Times New Roman" w:hAnsi="Times New Roman" w:cs="Times New Roman"/>
          <w:sz w:val="24"/>
          <w:szCs w:val="24"/>
        </w:rPr>
        <w:t>place.</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While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headquartered</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provides</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across</w:t>
      </w:r>
      <w:r>
        <w:rPr>
          <w:rFonts w:ascii="Times New Roman" w:hAnsi="Times New Roman" w:cs="Times New Roman"/>
          <w:sz w:val="24"/>
          <w:szCs w:val="24"/>
        </w:rPr>
        <w:t xml:space="preserve"> </w:t>
      </w:r>
      <w:r w:rsidRPr="009D21BC">
        <w:rPr>
          <w:rFonts w:ascii="Times New Roman" w:hAnsi="Times New Roman" w:cs="Times New Roman"/>
          <w:sz w:val="24"/>
          <w:szCs w:val="24"/>
        </w:rPr>
        <w:t>continents,</w:t>
      </w:r>
      <w:r>
        <w:rPr>
          <w:rFonts w:ascii="Times New Roman" w:hAnsi="Times New Roman" w:cs="Times New Roman"/>
          <w:sz w:val="24"/>
          <w:szCs w:val="24"/>
        </w:rPr>
        <w:t xml:space="preserve"> </w:t>
      </w:r>
      <w:r w:rsidRPr="009D21BC">
        <w:rPr>
          <w:rFonts w:ascii="Times New Roman" w:hAnsi="Times New Roman" w:cs="Times New Roman"/>
          <w:sz w:val="24"/>
          <w:szCs w:val="24"/>
        </w:rPr>
        <w:t>including</w:t>
      </w:r>
      <w:r>
        <w:rPr>
          <w:rFonts w:ascii="Times New Roman" w:hAnsi="Times New Roman" w:cs="Times New Roman"/>
          <w:sz w:val="24"/>
          <w:szCs w:val="24"/>
        </w:rPr>
        <w:t xml:space="preserve"> </w:t>
      </w:r>
      <w:r w:rsidRPr="009D21BC">
        <w:rPr>
          <w:rFonts w:ascii="Times New Roman" w:hAnsi="Times New Roman" w:cs="Times New Roman"/>
          <w:sz w:val="24"/>
          <w:szCs w:val="24"/>
        </w:rPr>
        <w:t>Africa,</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Middle</w:t>
      </w:r>
      <w:r>
        <w:rPr>
          <w:rFonts w:ascii="Times New Roman" w:hAnsi="Times New Roman" w:cs="Times New Roman"/>
          <w:sz w:val="24"/>
          <w:szCs w:val="24"/>
        </w:rPr>
        <w:t xml:space="preserve"> </w:t>
      </w:r>
      <w:r w:rsidRPr="009D21BC">
        <w:rPr>
          <w:rFonts w:ascii="Times New Roman" w:hAnsi="Times New Roman" w:cs="Times New Roman"/>
          <w:sz w:val="24"/>
          <w:szCs w:val="24"/>
        </w:rPr>
        <w:t>East,</w:t>
      </w:r>
      <w:r>
        <w:rPr>
          <w:rFonts w:ascii="Times New Roman" w:hAnsi="Times New Roman" w:cs="Times New Roman"/>
          <w:sz w:val="24"/>
          <w:szCs w:val="24"/>
        </w:rPr>
        <w:t xml:space="preserve"> </w:t>
      </w:r>
      <w:r w:rsidRPr="009D21BC">
        <w:rPr>
          <w:rFonts w:ascii="Times New Roman" w:hAnsi="Times New Roman" w:cs="Times New Roman"/>
          <w:sz w:val="24"/>
          <w:szCs w:val="24"/>
        </w:rPr>
        <w:t>South</w:t>
      </w:r>
      <w:r>
        <w:rPr>
          <w:rFonts w:ascii="Times New Roman" w:hAnsi="Times New Roman" w:cs="Times New Roman"/>
          <w:sz w:val="24"/>
          <w:szCs w:val="24"/>
        </w:rPr>
        <w:t xml:space="preserve"> </w:t>
      </w:r>
      <w:r w:rsidRPr="009D21BC">
        <w:rPr>
          <w:rFonts w:ascii="Times New Roman" w:hAnsi="Times New Roman" w:cs="Times New Roman"/>
          <w:sz w:val="24"/>
          <w:szCs w:val="24"/>
        </w:rPr>
        <w:t>Asia,</w:t>
      </w:r>
      <w:r>
        <w:rPr>
          <w:rFonts w:ascii="Times New Roman" w:hAnsi="Times New Roman" w:cs="Times New Roman"/>
          <w:sz w:val="24"/>
          <w:szCs w:val="24"/>
        </w:rPr>
        <w:t xml:space="preserve"> </w:t>
      </w:r>
      <w:r w:rsidRPr="009D21BC">
        <w:rPr>
          <w:rFonts w:ascii="Times New Roman" w:hAnsi="Times New Roman" w:cs="Times New Roman"/>
          <w:sz w:val="24"/>
          <w:szCs w:val="24"/>
        </w:rPr>
        <w:t>Europe,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regions.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built</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reputable</w:t>
      </w:r>
      <w:r>
        <w:rPr>
          <w:rFonts w:ascii="Times New Roman" w:hAnsi="Times New Roman" w:cs="Times New Roman"/>
          <w:sz w:val="24"/>
          <w:szCs w:val="24"/>
        </w:rPr>
        <w:t xml:space="preserve"> </w:t>
      </w:r>
      <w:r w:rsidRPr="009D21BC">
        <w:rPr>
          <w:rFonts w:ascii="Times New Roman" w:hAnsi="Times New Roman" w:cs="Times New Roman"/>
          <w:sz w:val="24"/>
          <w:szCs w:val="24"/>
        </w:rPr>
        <w:t>brand</w:t>
      </w:r>
      <w:r>
        <w:rPr>
          <w:rFonts w:ascii="Times New Roman" w:hAnsi="Times New Roman" w:cs="Times New Roman"/>
          <w:sz w:val="24"/>
          <w:szCs w:val="24"/>
        </w:rPr>
        <w:t xml:space="preserve"> </w:t>
      </w:r>
      <w:r w:rsidRPr="009D21BC">
        <w:rPr>
          <w:rFonts w:ascii="Times New Roman" w:hAnsi="Times New Roman" w:cs="Times New Roman"/>
          <w:sz w:val="24"/>
          <w:szCs w:val="24"/>
        </w:rPr>
        <w:t>image</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sector,</w:t>
      </w:r>
      <w:r>
        <w:rPr>
          <w:rFonts w:ascii="Times New Roman" w:hAnsi="Times New Roman" w:cs="Times New Roman"/>
          <w:sz w:val="24"/>
          <w:szCs w:val="24"/>
        </w:rPr>
        <w:t xml:space="preserve"> </w:t>
      </w:r>
      <w:r w:rsidRPr="009D21BC">
        <w:rPr>
          <w:rFonts w:ascii="Times New Roman" w:hAnsi="Times New Roman" w:cs="Times New Roman"/>
          <w:sz w:val="24"/>
          <w:szCs w:val="24"/>
        </w:rPr>
        <w:t>facilitating</w:t>
      </w:r>
      <w:r>
        <w:rPr>
          <w:rFonts w:ascii="Times New Roman" w:hAnsi="Times New Roman" w:cs="Times New Roman"/>
          <w:sz w:val="24"/>
          <w:szCs w:val="24"/>
        </w:rPr>
        <w:t xml:space="preserve"> </w:t>
      </w:r>
      <w:r w:rsidRPr="009D21BC">
        <w:rPr>
          <w:rFonts w:ascii="Times New Roman" w:hAnsi="Times New Roman" w:cs="Times New Roman"/>
          <w:sz w:val="24"/>
          <w:szCs w:val="24"/>
        </w:rPr>
        <w:lastRenderedPageBreak/>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who</w:t>
      </w:r>
      <w:r>
        <w:rPr>
          <w:rFonts w:ascii="Times New Roman" w:hAnsi="Times New Roman" w:cs="Times New Roman"/>
          <w:sz w:val="24"/>
          <w:szCs w:val="24"/>
        </w:rPr>
        <w:t xml:space="preserve"> </w:t>
      </w:r>
      <w:r w:rsidRPr="009D21BC">
        <w:rPr>
          <w:rFonts w:ascii="Times New Roman" w:hAnsi="Times New Roman" w:cs="Times New Roman"/>
          <w:sz w:val="24"/>
          <w:szCs w:val="24"/>
        </w:rPr>
        <w:t>seek</w:t>
      </w:r>
      <w:r>
        <w:rPr>
          <w:rFonts w:ascii="Times New Roman" w:hAnsi="Times New Roman" w:cs="Times New Roman"/>
          <w:sz w:val="24"/>
          <w:szCs w:val="24"/>
        </w:rPr>
        <w:t xml:space="preserve"> </w:t>
      </w:r>
      <w:r w:rsidRPr="009D21BC">
        <w:rPr>
          <w:rFonts w:ascii="Times New Roman" w:hAnsi="Times New Roman" w:cs="Times New Roman"/>
          <w:sz w:val="24"/>
          <w:szCs w:val="24"/>
        </w:rPr>
        <w:t>high-end</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affordable</w:t>
      </w:r>
      <w:r>
        <w:rPr>
          <w:rFonts w:ascii="Times New Roman" w:hAnsi="Times New Roman" w:cs="Times New Roman"/>
          <w:sz w:val="24"/>
          <w:szCs w:val="24"/>
        </w:rPr>
        <w:t xml:space="preserve"> </w:t>
      </w:r>
      <w:r w:rsidRPr="009D21BC">
        <w:rPr>
          <w:rFonts w:ascii="Times New Roman" w:hAnsi="Times New Roman" w:cs="Times New Roman"/>
          <w:sz w:val="24"/>
          <w:szCs w:val="24"/>
        </w:rPr>
        <w:t>care</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Indian</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network</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renowned</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across</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better</w:t>
      </w:r>
      <w:r>
        <w:rPr>
          <w:rFonts w:ascii="Times New Roman" w:hAnsi="Times New Roman" w:cs="Times New Roman"/>
          <w:sz w:val="24"/>
          <w:szCs w:val="24"/>
        </w:rPr>
        <w:t xml:space="preserve"> </w:t>
      </w:r>
      <w:r w:rsidRPr="009D21BC">
        <w:rPr>
          <w:rFonts w:ascii="Times New Roman" w:hAnsi="Times New Roman" w:cs="Times New Roman"/>
          <w:sz w:val="24"/>
          <w:szCs w:val="24"/>
        </w:rPr>
        <w:t>access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while</w:t>
      </w:r>
      <w:r>
        <w:rPr>
          <w:rFonts w:ascii="Times New Roman" w:hAnsi="Times New Roman" w:cs="Times New Roman"/>
          <w:sz w:val="24"/>
          <w:szCs w:val="24"/>
        </w:rPr>
        <w:t xml:space="preserve"> </w:t>
      </w:r>
      <w:r w:rsidRPr="009D21BC">
        <w:rPr>
          <w:rFonts w:ascii="Times New Roman" w:hAnsi="Times New Roman" w:cs="Times New Roman"/>
          <w:sz w:val="24"/>
          <w:szCs w:val="24"/>
        </w:rPr>
        <w:t>managing</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seamlessly.</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primary</w:t>
      </w:r>
      <w:r>
        <w:rPr>
          <w:rFonts w:ascii="Times New Roman" w:hAnsi="Times New Roman" w:cs="Times New Roman"/>
          <w:sz w:val="24"/>
          <w:szCs w:val="24"/>
        </w:rPr>
        <w:t xml:space="preserve"> </w:t>
      </w:r>
      <w:r w:rsidRPr="009D21BC">
        <w:rPr>
          <w:rFonts w:ascii="Times New Roman" w:hAnsi="Times New Roman" w:cs="Times New Roman"/>
          <w:sz w:val="24"/>
          <w:szCs w:val="24"/>
        </w:rPr>
        <w:t>core</w:t>
      </w:r>
      <w:r>
        <w:rPr>
          <w:rFonts w:ascii="Times New Roman" w:hAnsi="Times New Roman" w:cs="Times New Roman"/>
          <w:sz w:val="24"/>
          <w:szCs w:val="24"/>
        </w:rPr>
        <w:t xml:space="preserve"> </w:t>
      </w:r>
      <w:r w:rsidRPr="009D21BC">
        <w:rPr>
          <w:rFonts w:ascii="Times New Roman" w:hAnsi="Times New Roman" w:cs="Times New Roman"/>
          <w:sz w:val="24"/>
          <w:szCs w:val="24"/>
        </w:rPr>
        <w:t>focus</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on</w:t>
      </w:r>
      <w:r>
        <w:rPr>
          <w:rFonts w:ascii="Times New Roman" w:hAnsi="Times New Roman" w:cs="Times New Roman"/>
          <w:sz w:val="24"/>
          <w:szCs w:val="24"/>
        </w:rPr>
        <w:t xml:space="preserve"> </w:t>
      </w:r>
      <w:r w:rsidRPr="009D21BC">
        <w:rPr>
          <w:rFonts w:ascii="Times New Roman" w:hAnsi="Times New Roman" w:cs="Times New Roman"/>
          <w:sz w:val="24"/>
          <w:szCs w:val="24"/>
        </w:rPr>
        <w:t>offering</w:t>
      </w:r>
      <w:r>
        <w:rPr>
          <w:rFonts w:ascii="Times New Roman" w:hAnsi="Times New Roman" w:cs="Times New Roman"/>
          <w:sz w:val="24"/>
          <w:szCs w:val="24"/>
        </w:rPr>
        <w:t xml:space="preserve"> </w:t>
      </w:r>
      <w:r w:rsidRPr="009D21BC">
        <w:rPr>
          <w:rFonts w:ascii="Times New Roman" w:hAnsi="Times New Roman" w:cs="Times New Roman"/>
          <w:sz w:val="24"/>
          <w:szCs w:val="24"/>
        </w:rPr>
        <w:t>end-to-end</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Apart</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helping</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find</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best</w:t>
      </w:r>
      <w:r>
        <w:rPr>
          <w:rFonts w:ascii="Times New Roman" w:hAnsi="Times New Roman" w:cs="Times New Roman"/>
          <w:sz w:val="24"/>
          <w:szCs w:val="24"/>
        </w:rPr>
        <w:t xml:space="preserve"> </w:t>
      </w:r>
      <w:r w:rsidRPr="009D21BC">
        <w:rPr>
          <w:rFonts w:ascii="Times New Roman" w:hAnsi="Times New Roman" w:cs="Times New Roman"/>
          <w:sz w:val="24"/>
          <w:szCs w:val="24"/>
        </w:rPr>
        <w:t>clinics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assists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scheduling,</w:t>
      </w:r>
      <w:r>
        <w:rPr>
          <w:rFonts w:ascii="Times New Roman" w:hAnsi="Times New Roman" w:cs="Times New Roman"/>
          <w:sz w:val="24"/>
          <w:szCs w:val="24"/>
        </w:rPr>
        <w:t xml:space="preserve"> </w:t>
      </w:r>
      <w:r w:rsidRPr="009D21BC">
        <w:rPr>
          <w:rFonts w:ascii="Times New Roman" w:hAnsi="Times New Roman" w:cs="Times New Roman"/>
          <w:sz w:val="24"/>
          <w:szCs w:val="24"/>
        </w:rPr>
        <w:t>admissions,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post-treatment</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throughout</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stay</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Karnataka,</w:t>
      </w:r>
      <w:r>
        <w:rPr>
          <w:rFonts w:ascii="Times New Roman" w:hAnsi="Times New Roman" w:cs="Times New Roman"/>
          <w:sz w:val="24"/>
          <w:szCs w:val="24"/>
        </w:rPr>
        <w:t xml:space="preserve"> </w:t>
      </w:r>
      <w:r w:rsidRPr="009D21BC">
        <w:rPr>
          <w:rFonts w:ascii="Times New Roman" w:hAnsi="Times New Roman" w:cs="Times New Roman"/>
          <w:sz w:val="24"/>
          <w:szCs w:val="24"/>
        </w:rPr>
        <w:t>ensuring</w:t>
      </w:r>
      <w:r>
        <w:rPr>
          <w:rFonts w:ascii="Times New Roman" w:hAnsi="Times New Roman" w:cs="Times New Roman"/>
          <w:sz w:val="24"/>
          <w:szCs w:val="24"/>
        </w:rPr>
        <w:t xml:space="preserve"> </w:t>
      </w:r>
      <w:r w:rsidRPr="009D21BC">
        <w:rPr>
          <w:rFonts w:ascii="Times New Roman" w:hAnsi="Times New Roman" w:cs="Times New Roman"/>
          <w:sz w:val="24"/>
          <w:szCs w:val="24"/>
        </w:rPr>
        <w:t>seamless</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care.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supports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all</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related</w:t>
      </w:r>
      <w:r>
        <w:rPr>
          <w:rFonts w:ascii="Times New Roman" w:hAnsi="Times New Roman" w:cs="Times New Roman"/>
          <w:sz w:val="24"/>
          <w:szCs w:val="24"/>
        </w:rPr>
        <w:t xml:space="preserve"> </w:t>
      </w:r>
      <w:r w:rsidRPr="009D21BC">
        <w:rPr>
          <w:rFonts w:ascii="Times New Roman" w:hAnsi="Times New Roman" w:cs="Times New Roman"/>
          <w:sz w:val="24"/>
          <w:szCs w:val="24"/>
        </w:rPr>
        <w:t>arrangements,</w:t>
      </w:r>
      <w:r>
        <w:rPr>
          <w:rFonts w:ascii="Times New Roman" w:hAnsi="Times New Roman" w:cs="Times New Roman"/>
          <w:sz w:val="24"/>
          <w:szCs w:val="24"/>
        </w:rPr>
        <w:t xml:space="preserve"> </w:t>
      </w:r>
      <w:r w:rsidRPr="009D21BC">
        <w:rPr>
          <w:rFonts w:ascii="Times New Roman" w:hAnsi="Times New Roman" w:cs="Times New Roman"/>
          <w:sz w:val="24"/>
          <w:szCs w:val="24"/>
        </w:rPr>
        <w:t>including</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visa</w:t>
      </w:r>
      <w:r>
        <w:rPr>
          <w:rFonts w:ascii="Times New Roman" w:hAnsi="Times New Roman" w:cs="Times New Roman"/>
          <w:sz w:val="24"/>
          <w:szCs w:val="24"/>
        </w:rPr>
        <w:t xml:space="preserve"> </w:t>
      </w:r>
      <w:r w:rsidRPr="009D21BC">
        <w:rPr>
          <w:rFonts w:ascii="Times New Roman" w:hAnsi="Times New Roman" w:cs="Times New Roman"/>
          <w:sz w:val="24"/>
          <w:szCs w:val="24"/>
        </w:rPr>
        <w:t>assistance,</w:t>
      </w:r>
      <w:r>
        <w:rPr>
          <w:rFonts w:ascii="Times New Roman" w:hAnsi="Times New Roman" w:cs="Times New Roman"/>
          <w:sz w:val="24"/>
          <w:szCs w:val="24"/>
        </w:rPr>
        <w:t xml:space="preserve"> </w:t>
      </w:r>
      <w:r w:rsidRPr="009D21BC">
        <w:rPr>
          <w:rFonts w:ascii="Times New Roman" w:hAnsi="Times New Roman" w:cs="Times New Roman"/>
          <w:sz w:val="24"/>
          <w:szCs w:val="24"/>
        </w:rPr>
        <w:t>hotel</w:t>
      </w:r>
      <w:r>
        <w:rPr>
          <w:rFonts w:ascii="Times New Roman" w:hAnsi="Times New Roman" w:cs="Times New Roman"/>
          <w:sz w:val="24"/>
          <w:szCs w:val="24"/>
        </w:rPr>
        <w:t xml:space="preserve"> </w:t>
      </w:r>
      <w:r w:rsidRPr="009D21BC">
        <w:rPr>
          <w:rFonts w:ascii="Times New Roman" w:hAnsi="Times New Roman" w:cs="Times New Roman"/>
          <w:sz w:val="24"/>
          <w:szCs w:val="24"/>
        </w:rPr>
        <w:t>bookings,</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planning,</w:t>
      </w:r>
      <w:r>
        <w:rPr>
          <w:rFonts w:ascii="Times New Roman" w:hAnsi="Times New Roman" w:cs="Times New Roman"/>
          <w:sz w:val="24"/>
          <w:szCs w:val="24"/>
        </w:rPr>
        <w:t xml:space="preserve"> </w:t>
      </w:r>
      <w:r w:rsidRPr="009D21BC">
        <w:rPr>
          <w:rFonts w:ascii="Times New Roman" w:hAnsi="Times New Roman" w:cs="Times New Roman"/>
          <w:sz w:val="24"/>
          <w:szCs w:val="24"/>
        </w:rPr>
        <w:t>airport</w:t>
      </w:r>
      <w:r>
        <w:rPr>
          <w:rFonts w:ascii="Times New Roman" w:hAnsi="Times New Roman" w:cs="Times New Roman"/>
          <w:sz w:val="24"/>
          <w:szCs w:val="24"/>
        </w:rPr>
        <w:t xml:space="preserve"> </w:t>
      </w:r>
      <w:r w:rsidRPr="009D21BC">
        <w:rPr>
          <w:rFonts w:ascii="Times New Roman" w:hAnsi="Times New Roman" w:cs="Times New Roman"/>
          <w:sz w:val="24"/>
          <w:szCs w:val="24"/>
        </w:rPr>
        <w:t>transfers,</w:t>
      </w:r>
      <w:r>
        <w:rPr>
          <w:rFonts w:ascii="Times New Roman" w:hAnsi="Times New Roman" w:cs="Times New Roman"/>
          <w:sz w:val="24"/>
          <w:szCs w:val="24"/>
        </w:rPr>
        <w:t xml:space="preserve"> </w:t>
      </w:r>
      <w:r w:rsidRPr="009D21BC">
        <w:rPr>
          <w:rFonts w:ascii="Times New Roman" w:hAnsi="Times New Roman" w:cs="Times New Roman"/>
          <w:sz w:val="24"/>
          <w:szCs w:val="24"/>
        </w:rPr>
        <w:t>interpreter</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local</w:t>
      </w:r>
      <w:r>
        <w:rPr>
          <w:rFonts w:ascii="Times New Roman" w:hAnsi="Times New Roman" w:cs="Times New Roman"/>
          <w:sz w:val="24"/>
          <w:szCs w:val="24"/>
        </w:rPr>
        <w:t xml:space="preserve"> </w:t>
      </w:r>
      <w:r w:rsidRPr="009D21BC">
        <w:rPr>
          <w:rFonts w:ascii="Times New Roman" w:hAnsi="Times New Roman" w:cs="Times New Roman"/>
          <w:sz w:val="24"/>
          <w:szCs w:val="24"/>
        </w:rPr>
        <w:t>transportation</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ensures</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operations</w:t>
      </w:r>
      <w:r>
        <w:rPr>
          <w:rFonts w:ascii="Times New Roman" w:hAnsi="Times New Roman" w:cs="Times New Roman"/>
          <w:sz w:val="24"/>
          <w:szCs w:val="24"/>
        </w:rPr>
        <w:t xml:space="preserve"> </w:t>
      </w:r>
      <w:r w:rsidRPr="009D21BC">
        <w:rPr>
          <w:rFonts w:ascii="Times New Roman" w:hAnsi="Times New Roman" w:cs="Times New Roman"/>
          <w:sz w:val="24"/>
          <w:szCs w:val="24"/>
        </w:rPr>
        <w:t>run</w:t>
      </w:r>
      <w:r>
        <w:rPr>
          <w:rFonts w:ascii="Times New Roman" w:hAnsi="Times New Roman" w:cs="Times New Roman"/>
          <w:sz w:val="24"/>
          <w:szCs w:val="24"/>
        </w:rPr>
        <w:t xml:space="preserve"> </w:t>
      </w:r>
      <w:r w:rsidRPr="009D21BC">
        <w:rPr>
          <w:rFonts w:ascii="Times New Roman" w:hAnsi="Times New Roman" w:cs="Times New Roman"/>
          <w:sz w:val="24"/>
          <w:szCs w:val="24"/>
        </w:rPr>
        <w:t>smoothly</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adopting</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customer-centric</w:t>
      </w:r>
      <w:r>
        <w:rPr>
          <w:rFonts w:ascii="Times New Roman" w:hAnsi="Times New Roman" w:cs="Times New Roman"/>
          <w:sz w:val="24"/>
          <w:szCs w:val="24"/>
        </w:rPr>
        <w:t xml:space="preserve"> </w:t>
      </w:r>
      <w:r w:rsidRPr="009D21BC">
        <w:rPr>
          <w:rFonts w:ascii="Times New Roman" w:hAnsi="Times New Roman" w:cs="Times New Roman"/>
          <w:sz w:val="24"/>
          <w:szCs w:val="24"/>
        </w:rPr>
        <w:t>approach</w:t>
      </w:r>
      <w:r>
        <w:rPr>
          <w:rFonts w:ascii="Times New Roman" w:hAnsi="Times New Roman" w:cs="Times New Roman"/>
          <w:sz w:val="24"/>
          <w:szCs w:val="24"/>
        </w:rPr>
        <w:t xml:space="preserve"> </w:t>
      </w:r>
      <w:r w:rsidRPr="009D21BC">
        <w:rPr>
          <w:rFonts w:ascii="Times New Roman" w:hAnsi="Times New Roman" w:cs="Times New Roman"/>
          <w:sz w:val="24"/>
          <w:szCs w:val="24"/>
        </w:rPr>
        <w:t>while</w:t>
      </w:r>
      <w:r>
        <w:rPr>
          <w:rFonts w:ascii="Times New Roman" w:hAnsi="Times New Roman" w:cs="Times New Roman"/>
          <w:sz w:val="24"/>
          <w:szCs w:val="24"/>
        </w:rPr>
        <w:t xml:space="preserve"> </w:t>
      </w:r>
      <w:r w:rsidRPr="009D21BC">
        <w:rPr>
          <w:rFonts w:ascii="Times New Roman" w:hAnsi="Times New Roman" w:cs="Times New Roman"/>
          <w:sz w:val="24"/>
          <w:szCs w:val="24"/>
        </w:rPr>
        <w:t>managing</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relationship</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r>
        <w:rPr>
          <w:rFonts w:ascii="Times New Roman" w:hAnsi="Times New Roman" w:cs="Times New Roman"/>
          <w:sz w:val="24"/>
          <w:szCs w:val="24"/>
        </w:rPr>
        <w:t xml:space="preserve"> </w:t>
      </w:r>
      <w:r w:rsidRPr="009D21BC">
        <w:rPr>
          <w:rFonts w:ascii="Times New Roman" w:hAnsi="Times New Roman" w:cs="Times New Roman"/>
          <w:sz w:val="24"/>
          <w:szCs w:val="24"/>
        </w:rPr>
        <w:t>(CRM)</w:t>
      </w:r>
      <w:r>
        <w:rPr>
          <w:rFonts w:ascii="Times New Roman" w:hAnsi="Times New Roman" w:cs="Times New Roman"/>
          <w:sz w:val="24"/>
          <w:szCs w:val="24"/>
        </w:rPr>
        <w:t xml:space="preserve"> </w:t>
      </w:r>
      <w:r w:rsidRPr="009D21BC">
        <w:rPr>
          <w:rFonts w:ascii="Times New Roman" w:hAnsi="Times New Roman" w:cs="Times New Roman"/>
          <w:sz w:val="24"/>
          <w:szCs w:val="24"/>
        </w:rPr>
        <w:t>processes.</w:t>
      </w:r>
      <w:r>
        <w:rPr>
          <w:rFonts w:ascii="Times New Roman" w:hAnsi="Times New Roman" w:cs="Times New Roman"/>
          <w:sz w:val="24"/>
          <w:szCs w:val="24"/>
        </w:rPr>
        <w:t xml:space="preserve"> </w:t>
      </w:r>
      <w:r w:rsidRPr="009D21BC">
        <w:rPr>
          <w:rFonts w:ascii="Times New Roman" w:hAnsi="Times New Roman" w:cs="Times New Roman"/>
          <w:sz w:val="24"/>
          <w:szCs w:val="24"/>
        </w:rPr>
        <w:t>All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information,</w:t>
      </w:r>
      <w:r>
        <w:rPr>
          <w:rFonts w:ascii="Times New Roman" w:hAnsi="Times New Roman" w:cs="Times New Roman"/>
          <w:sz w:val="24"/>
          <w:szCs w:val="24"/>
        </w:rPr>
        <w:t xml:space="preserve"> </w:t>
      </w:r>
      <w:r w:rsidRPr="009D21BC">
        <w:rPr>
          <w:rFonts w:ascii="Times New Roman" w:hAnsi="Times New Roman" w:cs="Times New Roman"/>
          <w:sz w:val="24"/>
          <w:szCs w:val="24"/>
        </w:rPr>
        <w:t>including</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communication</w:t>
      </w:r>
      <w:r>
        <w:rPr>
          <w:rFonts w:ascii="Times New Roman" w:hAnsi="Times New Roman" w:cs="Times New Roman"/>
          <w:sz w:val="24"/>
          <w:szCs w:val="24"/>
        </w:rPr>
        <w:t xml:space="preserve"> </w:t>
      </w:r>
      <w:r w:rsidRPr="009D21BC">
        <w:rPr>
          <w:rFonts w:ascii="Times New Roman" w:hAnsi="Times New Roman" w:cs="Times New Roman"/>
          <w:sz w:val="24"/>
          <w:szCs w:val="24"/>
        </w:rPr>
        <w:t>records,</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schedules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progress,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procedures</w:t>
      </w:r>
      <w:r>
        <w:rPr>
          <w:rFonts w:ascii="Times New Roman" w:hAnsi="Times New Roman" w:cs="Times New Roman"/>
          <w:sz w:val="24"/>
          <w:szCs w:val="24"/>
        </w:rPr>
        <w:t xml:space="preserve"> </w:t>
      </w:r>
      <w:r w:rsidRPr="009D21BC">
        <w:rPr>
          <w:rFonts w:ascii="Times New Roman" w:hAnsi="Times New Roman" w:cs="Times New Roman"/>
          <w:sz w:val="24"/>
          <w:szCs w:val="24"/>
        </w:rPr>
        <w:t>are</w:t>
      </w:r>
      <w:r>
        <w:rPr>
          <w:rFonts w:ascii="Times New Roman" w:hAnsi="Times New Roman" w:cs="Times New Roman"/>
          <w:sz w:val="24"/>
          <w:szCs w:val="24"/>
        </w:rPr>
        <w:t xml:space="preserve"> </w:t>
      </w:r>
      <w:r w:rsidRPr="009D21BC">
        <w:rPr>
          <w:rFonts w:ascii="Times New Roman" w:hAnsi="Times New Roman" w:cs="Times New Roman"/>
          <w:sz w:val="24"/>
          <w:szCs w:val="24"/>
        </w:rPr>
        <w:t>handled</w:t>
      </w:r>
      <w:r>
        <w:rPr>
          <w:rFonts w:ascii="Times New Roman" w:hAnsi="Times New Roman" w:cs="Times New Roman"/>
          <w:sz w:val="24"/>
          <w:szCs w:val="24"/>
        </w:rPr>
        <w:t xml:space="preserve"> </w:t>
      </w:r>
      <w:r w:rsidRPr="009D21BC">
        <w:rPr>
          <w:rFonts w:ascii="Times New Roman" w:hAnsi="Times New Roman" w:cs="Times New Roman"/>
          <w:sz w:val="24"/>
          <w:szCs w:val="24"/>
        </w:rPr>
        <w:t>manually</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offer</w:t>
      </w:r>
      <w:r>
        <w:rPr>
          <w:rFonts w:ascii="Times New Roman" w:hAnsi="Times New Roman" w:cs="Times New Roman"/>
          <w:sz w:val="24"/>
          <w:szCs w:val="24"/>
        </w:rPr>
        <w:t xml:space="preserve"> </w:t>
      </w:r>
      <w:r w:rsidRPr="009D21BC">
        <w:rPr>
          <w:rFonts w:ascii="Times New Roman" w:hAnsi="Times New Roman" w:cs="Times New Roman"/>
          <w:sz w:val="24"/>
          <w:szCs w:val="24"/>
        </w:rPr>
        <w:t>better</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Besides</w:t>
      </w:r>
      <w:r>
        <w:rPr>
          <w:rFonts w:ascii="Times New Roman" w:hAnsi="Times New Roman" w:cs="Times New Roman"/>
          <w:sz w:val="24"/>
          <w:szCs w:val="24"/>
        </w:rPr>
        <w:t xml:space="preserve"> </w:t>
      </w:r>
      <w:r w:rsidRPr="009D21BC">
        <w:rPr>
          <w:rFonts w:ascii="Times New Roman" w:hAnsi="Times New Roman" w:cs="Times New Roman"/>
          <w:sz w:val="24"/>
          <w:szCs w:val="24"/>
        </w:rPr>
        <w:t>helping</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manage</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processes</w:t>
      </w:r>
      <w:r>
        <w:rPr>
          <w:rFonts w:ascii="Times New Roman" w:hAnsi="Times New Roman" w:cs="Times New Roman"/>
          <w:sz w:val="24"/>
          <w:szCs w:val="24"/>
        </w:rPr>
        <w:t xml:space="preserve"> </w:t>
      </w:r>
      <w:r w:rsidRPr="009D21BC">
        <w:rPr>
          <w:rFonts w:ascii="Times New Roman" w:hAnsi="Times New Roman" w:cs="Times New Roman"/>
          <w:sz w:val="24"/>
          <w:szCs w:val="24"/>
        </w:rPr>
        <w:t>seamlessly,</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maintains</w:t>
      </w:r>
      <w:r>
        <w:rPr>
          <w:rFonts w:ascii="Times New Roman" w:hAnsi="Times New Roman" w:cs="Times New Roman"/>
          <w:sz w:val="24"/>
          <w:szCs w:val="24"/>
        </w:rPr>
        <w:t xml:space="preserve"> </w:t>
      </w:r>
      <w:r w:rsidRPr="009D21BC">
        <w:rPr>
          <w:rFonts w:ascii="Times New Roman" w:hAnsi="Times New Roman" w:cs="Times New Roman"/>
          <w:sz w:val="24"/>
          <w:szCs w:val="24"/>
        </w:rPr>
        <w:t>professionalism</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transparency</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practices,</w:t>
      </w:r>
      <w:r>
        <w:rPr>
          <w:rFonts w:ascii="Times New Roman" w:hAnsi="Times New Roman" w:cs="Times New Roman"/>
          <w:sz w:val="24"/>
          <w:szCs w:val="24"/>
        </w:rPr>
        <w:t xml:space="preserve"> </w:t>
      </w:r>
      <w:r w:rsidRPr="009D21BC">
        <w:rPr>
          <w:rFonts w:ascii="Times New Roman" w:hAnsi="Times New Roman" w:cs="Times New Roman"/>
          <w:sz w:val="24"/>
          <w:szCs w:val="24"/>
        </w:rPr>
        <w:t>meeting</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high</w:t>
      </w:r>
      <w:r>
        <w:rPr>
          <w:rFonts w:ascii="Times New Roman" w:hAnsi="Times New Roman" w:cs="Times New Roman"/>
          <w:sz w:val="24"/>
          <w:szCs w:val="24"/>
        </w:rPr>
        <w:t xml:space="preserve"> </w:t>
      </w:r>
      <w:r w:rsidRPr="009D21BC">
        <w:rPr>
          <w:rFonts w:ascii="Times New Roman" w:hAnsi="Times New Roman" w:cs="Times New Roman"/>
          <w:sz w:val="24"/>
          <w:szCs w:val="24"/>
        </w:rPr>
        <w:t>expectations.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having</w:t>
      </w:r>
      <w:r>
        <w:rPr>
          <w:rFonts w:ascii="Times New Roman" w:hAnsi="Times New Roman" w:cs="Times New Roman"/>
          <w:sz w:val="24"/>
          <w:szCs w:val="24"/>
        </w:rPr>
        <w:t xml:space="preserve"> </w:t>
      </w:r>
      <w:r w:rsidRPr="009D21BC">
        <w:rPr>
          <w:rFonts w:ascii="Times New Roman" w:hAnsi="Times New Roman" w:cs="Times New Roman"/>
          <w:sz w:val="24"/>
          <w:szCs w:val="24"/>
        </w:rPr>
        <w:t>skilled</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partnering</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India‗s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best</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continues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invest</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serving</w:t>
      </w:r>
      <w:r>
        <w:rPr>
          <w:rFonts w:ascii="Times New Roman" w:hAnsi="Times New Roman" w:cs="Times New Roman"/>
          <w:sz w:val="24"/>
          <w:szCs w:val="24"/>
        </w:rPr>
        <w:t xml:space="preserve"> </w:t>
      </w:r>
      <w:r w:rsidRPr="009D21BC">
        <w:rPr>
          <w:rFonts w:ascii="Times New Roman" w:hAnsi="Times New Roman" w:cs="Times New Roman"/>
          <w:sz w:val="24"/>
          <w:szCs w:val="24"/>
        </w:rPr>
        <w:t>more</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across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globe.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operates</w:t>
      </w:r>
      <w:r>
        <w:rPr>
          <w:rFonts w:ascii="Times New Roman" w:hAnsi="Times New Roman" w:cs="Times New Roman"/>
          <w:sz w:val="24"/>
          <w:szCs w:val="24"/>
        </w:rPr>
        <w:t xml:space="preserve"> </w:t>
      </w:r>
      <w:r w:rsidRPr="009D21BC">
        <w:rPr>
          <w:rFonts w:ascii="Times New Roman" w:hAnsi="Times New Roman" w:cs="Times New Roman"/>
          <w:sz w:val="24"/>
          <w:szCs w:val="24"/>
        </w:rPr>
        <w:t>mainly</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primary</w:t>
      </w:r>
      <w:r>
        <w:rPr>
          <w:rFonts w:ascii="Times New Roman" w:hAnsi="Times New Roman" w:cs="Times New Roman"/>
          <w:sz w:val="24"/>
          <w:szCs w:val="24"/>
        </w:rPr>
        <w:t xml:space="preserve"> </w:t>
      </w:r>
      <w:r w:rsidRPr="009D21BC">
        <w:rPr>
          <w:rFonts w:ascii="Times New Roman" w:hAnsi="Times New Roman" w:cs="Times New Roman"/>
          <w:sz w:val="24"/>
          <w:szCs w:val="24"/>
        </w:rPr>
        <w:t>office</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Karnataka,</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where</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executes</w:t>
      </w:r>
      <w:r>
        <w:rPr>
          <w:rFonts w:ascii="Times New Roman" w:hAnsi="Times New Roman" w:cs="Times New Roman"/>
          <w:sz w:val="24"/>
          <w:szCs w:val="24"/>
        </w:rPr>
        <w:t xml:space="preserve"> </w:t>
      </w:r>
      <w:r w:rsidRPr="009D21BC">
        <w:rPr>
          <w:rFonts w:ascii="Times New Roman" w:hAnsi="Times New Roman" w:cs="Times New Roman"/>
          <w:sz w:val="24"/>
          <w:szCs w:val="24"/>
        </w:rPr>
        <w:t>all</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processes</w:t>
      </w:r>
      <w:r>
        <w:rPr>
          <w:rFonts w:ascii="Times New Roman" w:hAnsi="Times New Roman" w:cs="Times New Roman"/>
          <w:sz w:val="24"/>
          <w:szCs w:val="24"/>
        </w:rPr>
        <w:t xml:space="preserve"> </w:t>
      </w:r>
      <w:r w:rsidRPr="009D21BC">
        <w:rPr>
          <w:rFonts w:ascii="Times New Roman" w:hAnsi="Times New Roman" w:cs="Times New Roman"/>
          <w:sz w:val="24"/>
          <w:szCs w:val="24"/>
        </w:rPr>
        <w:t>before</w:t>
      </w:r>
      <w:r>
        <w:rPr>
          <w:rFonts w:ascii="Times New Roman" w:hAnsi="Times New Roman" w:cs="Times New Roman"/>
          <w:sz w:val="24"/>
          <w:szCs w:val="24"/>
        </w:rPr>
        <w:t xml:space="preserve"> </w:t>
      </w:r>
      <w:r w:rsidRPr="009D21BC">
        <w:rPr>
          <w:rFonts w:ascii="Times New Roman" w:hAnsi="Times New Roman" w:cs="Times New Roman"/>
          <w:sz w:val="24"/>
          <w:szCs w:val="24"/>
        </w:rPr>
        <w:t>handing</w:t>
      </w:r>
      <w:r>
        <w:rPr>
          <w:rFonts w:ascii="Times New Roman" w:hAnsi="Times New Roman" w:cs="Times New Roman"/>
          <w:sz w:val="24"/>
          <w:szCs w:val="24"/>
        </w:rPr>
        <w:t xml:space="preserve"> </w:t>
      </w:r>
      <w:r w:rsidRPr="009D21BC">
        <w:rPr>
          <w:rFonts w:ascii="Times New Roman" w:hAnsi="Times New Roman" w:cs="Times New Roman"/>
          <w:sz w:val="24"/>
          <w:szCs w:val="24"/>
        </w:rPr>
        <w:t>over</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selected</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While</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affordable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ensures</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privacy</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confidentiality</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adopting</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best</w:t>
      </w:r>
      <w:r>
        <w:rPr>
          <w:rFonts w:ascii="Times New Roman" w:hAnsi="Times New Roman" w:cs="Times New Roman"/>
          <w:sz w:val="24"/>
          <w:szCs w:val="24"/>
        </w:rPr>
        <w:t xml:space="preserve"> </w:t>
      </w:r>
      <w:r w:rsidRPr="009D21BC">
        <w:rPr>
          <w:rFonts w:ascii="Times New Roman" w:hAnsi="Times New Roman" w:cs="Times New Roman"/>
          <w:sz w:val="24"/>
          <w:szCs w:val="24"/>
        </w:rPr>
        <w:t>practices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field</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p>
    <w:p w:rsidR="00600AC2" w:rsidRPr="006B47D1" w:rsidRDefault="00600AC2" w:rsidP="00600AC2">
      <w:pPr>
        <w:spacing w:after="240" w:line="360" w:lineRule="auto"/>
        <w:jc w:val="both"/>
        <w:rPr>
          <w:rFonts w:ascii="Times New Roman" w:hAnsi="Times New Roman" w:cs="Times New Roman"/>
          <w:b/>
          <w:bCs/>
          <w:sz w:val="24"/>
          <w:szCs w:val="24"/>
        </w:rPr>
      </w:pPr>
      <w:r w:rsidRPr="006B47D1">
        <w:rPr>
          <w:rFonts w:ascii="Times New Roman" w:hAnsi="Times New Roman" w:cs="Times New Roman"/>
          <w:b/>
          <w:bCs/>
          <w:sz w:val="24"/>
          <w:szCs w:val="24"/>
        </w:rPr>
        <w:t>Success</w:t>
      </w:r>
      <w:r>
        <w:rPr>
          <w:rFonts w:ascii="Times New Roman" w:hAnsi="Times New Roman" w:cs="Times New Roman"/>
          <w:b/>
          <w:bCs/>
          <w:sz w:val="24"/>
          <w:szCs w:val="24"/>
        </w:rPr>
        <w:t xml:space="preserve"> </w:t>
      </w:r>
      <w:r w:rsidRPr="006B47D1">
        <w:rPr>
          <w:rFonts w:ascii="Times New Roman" w:hAnsi="Times New Roman" w:cs="Times New Roman"/>
          <w:b/>
          <w:bCs/>
          <w:sz w:val="24"/>
          <w:szCs w:val="24"/>
        </w:rPr>
        <w:t>Stories</w:t>
      </w:r>
      <w:r>
        <w:rPr>
          <w:rFonts w:ascii="Times New Roman" w:hAnsi="Times New Roman" w:cs="Times New Roman"/>
          <w:b/>
          <w:bCs/>
          <w:sz w:val="24"/>
          <w:szCs w:val="24"/>
        </w:rPr>
        <w:t xml:space="preserve"> </w:t>
      </w:r>
      <w:r w:rsidRPr="006B47D1">
        <w:rPr>
          <w:rFonts w:ascii="Times New Roman" w:hAnsi="Times New Roman" w:cs="Times New Roman"/>
          <w:b/>
          <w:bCs/>
          <w:sz w:val="24"/>
          <w:szCs w:val="24"/>
        </w:rPr>
        <w:t>of</w:t>
      </w:r>
      <w:r>
        <w:rPr>
          <w:rFonts w:ascii="Times New Roman" w:hAnsi="Times New Roman" w:cs="Times New Roman"/>
          <w:b/>
          <w:bCs/>
          <w:sz w:val="24"/>
          <w:szCs w:val="24"/>
        </w:rPr>
        <w:t xml:space="preserve"> </w:t>
      </w:r>
      <w:r w:rsidRPr="006B47D1">
        <w:rPr>
          <w:rFonts w:ascii="Times New Roman" w:hAnsi="Times New Roman" w:cs="Times New Roman"/>
          <w:b/>
          <w:bCs/>
          <w:sz w:val="24"/>
          <w:szCs w:val="24"/>
        </w:rPr>
        <w:t>Expert</w:t>
      </w:r>
      <w:r>
        <w:rPr>
          <w:rFonts w:ascii="Times New Roman" w:hAnsi="Times New Roman" w:cs="Times New Roman"/>
          <w:b/>
          <w:bCs/>
          <w:sz w:val="24"/>
          <w:szCs w:val="24"/>
        </w:rPr>
        <w:t xml:space="preserve"> </w:t>
      </w:r>
      <w:proofErr w:type="spellStart"/>
      <w:r w:rsidRPr="006B47D1">
        <w:rPr>
          <w:rFonts w:ascii="Times New Roman" w:hAnsi="Times New Roman" w:cs="Times New Roman"/>
          <w:b/>
          <w:bCs/>
          <w:sz w:val="24"/>
          <w:szCs w:val="24"/>
        </w:rPr>
        <w:t>Chikitsa</w:t>
      </w:r>
      <w:proofErr w:type="spellEnd"/>
    </w:p>
    <w:p w:rsidR="00600AC2"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established</w:t>
      </w:r>
      <w:r>
        <w:rPr>
          <w:rFonts w:ascii="Times New Roman" w:hAnsi="Times New Roman" w:cs="Times New Roman"/>
          <w:sz w:val="24"/>
          <w:szCs w:val="24"/>
        </w:rPr>
        <w:t xml:space="preserve"> </w:t>
      </w:r>
      <w:r w:rsidRPr="009D21BC">
        <w:rPr>
          <w:rFonts w:ascii="Times New Roman" w:hAnsi="Times New Roman" w:cs="Times New Roman"/>
          <w:sz w:val="24"/>
          <w:szCs w:val="24"/>
        </w:rPr>
        <w:t>itself</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reliable</w:t>
      </w:r>
      <w:r>
        <w:rPr>
          <w:rFonts w:ascii="Times New Roman" w:hAnsi="Times New Roman" w:cs="Times New Roman"/>
          <w:sz w:val="24"/>
          <w:szCs w:val="24"/>
        </w:rPr>
        <w:t xml:space="preserve"> </w:t>
      </w:r>
      <w:r w:rsidRPr="009D21BC">
        <w:rPr>
          <w:rFonts w:ascii="Times New Roman" w:hAnsi="Times New Roman" w:cs="Times New Roman"/>
          <w:sz w:val="24"/>
          <w:szCs w:val="24"/>
        </w:rPr>
        <w:t>brand</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specializes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managed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serve</w:t>
      </w:r>
      <w:r>
        <w:rPr>
          <w:rFonts w:ascii="Times New Roman" w:hAnsi="Times New Roman" w:cs="Times New Roman"/>
          <w:sz w:val="24"/>
          <w:szCs w:val="24"/>
        </w:rPr>
        <w:t xml:space="preserve"> </w:t>
      </w:r>
      <w:r w:rsidRPr="009D21BC">
        <w:rPr>
          <w:rFonts w:ascii="Times New Roman" w:hAnsi="Times New Roman" w:cs="Times New Roman"/>
          <w:sz w:val="24"/>
          <w:szCs w:val="24"/>
        </w:rPr>
        <w:t>thousands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them</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Moreover,</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gained</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reputation</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quality</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care,</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well</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excellent</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relationship</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personalized</w:t>
      </w:r>
      <w:r>
        <w:rPr>
          <w:rFonts w:ascii="Times New Roman" w:hAnsi="Times New Roman" w:cs="Times New Roman"/>
          <w:sz w:val="24"/>
          <w:szCs w:val="24"/>
        </w:rPr>
        <w:t xml:space="preserve"> </w:t>
      </w:r>
      <w:r w:rsidRPr="009D21BC">
        <w:rPr>
          <w:rFonts w:ascii="Times New Roman" w:hAnsi="Times New Roman" w:cs="Times New Roman"/>
          <w:sz w:val="24"/>
          <w:szCs w:val="24"/>
        </w:rPr>
        <w:t>approach.</w:t>
      </w:r>
    </w:p>
    <w:p w:rsidR="00600AC2" w:rsidRPr="009D21BC" w:rsidRDefault="00600AC2" w:rsidP="00600AC2">
      <w:pPr>
        <w:spacing w:after="240" w:line="360" w:lineRule="auto"/>
        <w:jc w:val="both"/>
        <w:rPr>
          <w:rFonts w:ascii="Times New Roman" w:hAnsi="Times New Roman" w:cs="Times New Roman"/>
          <w:sz w:val="24"/>
          <w:szCs w:val="24"/>
        </w:rPr>
      </w:pPr>
    </w:p>
    <w:p w:rsidR="00600AC2" w:rsidRPr="006B47D1" w:rsidRDefault="00600AC2" w:rsidP="00600AC2">
      <w:pPr>
        <w:pStyle w:val="ListParagraph"/>
        <w:widowControl/>
        <w:numPr>
          <w:ilvl w:val="0"/>
          <w:numId w:val="33"/>
        </w:numPr>
        <w:autoSpaceDE/>
        <w:autoSpaceDN/>
        <w:spacing w:after="240" w:line="360" w:lineRule="auto"/>
        <w:contextualSpacing/>
        <w:jc w:val="both"/>
        <w:rPr>
          <w:rFonts w:ascii="Times New Roman" w:hAnsi="Times New Roman" w:cs="Times New Roman"/>
          <w:b/>
          <w:bCs/>
          <w:sz w:val="24"/>
          <w:szCs w:val="24"/>
        </w:rPr>
      </w:pPr>
      <w:r w:rsidRPr="006B47D1">
        <w:rPr>
          <w:rFonts w:ascii="Times New Roman" w:hAnsi="Times New Roman" w:cs="Times New Roman"/>
          <w:b/>
          <w:bCs/>
          <w:sz w:val="24"/>
          <w:szCs w:val="24"/>
        </w:rPr>
        <w:lastRenderedPageBreak/>
        <w:t>Successful</w:t>
      </w:r>
      <w:r>
        <w:rPr>
          <w:rFonts w:ascii="Times New Roman" w:hAnsi="Times New Roman" w:cs="Times New Roman"/>
          <w:b/>
          <w:bCs/>
          <w:sz w:val="24"/>
          <w:szCs w:val="24"/>
        </w:rPr>
        <w:t xml:space="preserve"> </w:t>
      </w:r>
      <w:r w:rsidRPr="006B47D1">
        <w:rPr>
          <w:rFonts w:ascii="Times New Roman" w:hAnsi="Times New Roman" w:cs="Times New Roman"/>
          <w:b/>
          <w:bCs/>
          <w:sz w:val="24"/>
          <w:szCs w:val="24"/>
        </w:rPr>
        <w:t>treatment</w:t>
      </w:r>
      <w:r>
        <w:rPr>
          <w:rFonts w:ascii="Times New Roman" w:hAnsi="Times New Roman" w:cs="Times New Roman"/>
          <w:b/>
          <w:bCs/>
          <w:sz w:val="24"/>
          <w:szCs w:val="24"/>
        </w:rPr>
        <w:t xml:space="preserve"> </w:t>
      </w:r>
      <w:r w:rsidRPr="006B47D1">
        <w:rPr>
          <w:rFonts w:ascii="Times New Roman" w:hAnsi="Times New Roman" w:cs="Times New Roman"/>
          <w:b/>
          <w:bCs/>
          <w:sz w:val="24"/>
          <w:szCs w:val="24"/>
        </w:rPr>
        <w:t>coordination</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One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leading</w:t>
      </w:r>
      <w:r>
        <w:rPr>
          <w:rFonts w:ascii="Times New Roman" w:hAnsi="Times New Roman" w:cs="Times New Roman"/>
          <w:sz w:val="24"/>
          <w:szCs w:val="24"/>
        </w:rPr>
        <w:t xml:space="preserve"> </w:t>
      </w:r>
      <w:r w:rsidRPr="009D21BC">
        <w:rPr>
          <w:rFonts w:ascii="Times New Roman" w:hAnsi="Times New Roman" w:cs="Times New Roman"/>
          <w:sz w:val="24"/>
          <w:szCs w:val="24"/>
        </w:rPr>
        <w:t>practices</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have</w:t>
      </w:r>
      <w:r>
        <w:rPr>
          <w:rFonts w:ascii="Times New Roman" w:hAnsi="Times New Roman" w:cs="Times New Roman"/>
          <w:sz w:val="24"/>
          <w:szCs w:val="24"/>
        </w:rPr>
        <w:t xml:space="preserve"> </w:t>
      </w:r>
      <w:r w:rsidRPr="009D21BC">
        <w:rPr>
          <w:rFonts w:ascii="Times New Roman" w:hAnsi="Times New Roman" w:cs="Times New Roman"/>
          <w:sz w:val="24"/>
          <w:szCs w:val="24"/>
        </w:rPr>
        <w:t>contributed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success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successful</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managed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coordinate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thousands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different</w:t>
      </w:r>
      <w:r>
        <w:rPr>
          <w:rFonts w:ascii="Times New Roman" w:hAnsi="Times New Roman" w:cs="Times New Roman"/>
          <w:sz w:val="24"/>
          <w:szCs w:val="24"/>
        </w:rPr>
        <w:t xml:space="preserve"> </w:t>
      </w:r>
      <w:r w:rsidRPr="009D21BC">
        <w:rPr>
          <w:rFonts w:ascii="Times New Roman" w:hAnsi="Times New Roman" w:cs="Times New Roman"/>
          <w:sz w:val="24"/>
          <w:szCs w:val="24"/>
        </w:rPr>
        <w:t>parts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world.</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provides</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wide</w:t>
      </w:r>
      <w:r>
        <w:rPr>
          <w:rFonts w:ascii="Times New Roman" w:hAnsi="Times New Roman" w:cs="Times New Roman"/>
          <w:sz w:val="24"/>
          <w:szCs w:val="24"/>
        </w:rPr>
        <w:t xml:space="preserve"> </w:t>
      </w:r>
      <w:r w:rsidRPr="009D21BC">
        <w:rPr>
          <w:rFonts w:ascii="Times New Roman" w:hAnsi="Times New Roman" w:cs="Times New Roman"/>
          <w:sz w:val="24"/>
          <w:szCs w:val="24"/>
        </w:rPr>
        <w:t>range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procedures,</w:t>
      </w:r>
      <w:r>
        <w:rPr>
          <w:rFonts w:ascii="Times New Roman" w:hAnsi="Times New Roman" w:cs="Times New Roman"/>
          <w:sz w:val="24"/>
          <w:szCs w:val="24"/>
        </w:rPr>
        <w:t xml:space="preserve"> </w:t>
      </w:r>
      <w:r w:rsidRPr="009D21BC">
        <w:rPr>
          <w:rFonts w:ascii="Times New Roman" w:hAnsi="Times New Roman" w:cs="Times New Roman"/>
          <w:sz w:val="24"/>
          <w:szCs w:val="24"/>
        </w:rPr>
        <w:t>including</w:t>
      </w:r>
      <w:r>
        <w:rPr>
          <w:rFonts w:ascii="Times New Roman" w:hAnsi="Times New Roman" w:cs="Times New Roman"/>
          <w:sz w:val="24"/>
          <w:szCs w:val="24"/>
        </w:rPr>
        <w:t xml:space="preserve"> </w:t>
      </w:r>
      <w:r w:rsidRPr="009D21BC">
        <w:rPr>
          <w:rFonts w:ascii="Times New Roman" w:hAnsi="Times New Roman" w:cs="Times New Roman"/>
          <w:sz w:val="24"/>
          <w:szCs w:val="24"/>
        </w:rPr>
        <w:t>heart</w:t>
      </w:r>
      <w:r>
        <w:rPr>
          <w:rFonts w:ascii="Times New Roman" w:hAnsi="Times New Roman" w:cs="Times New Roman"/>
          <w:sz w:val="24"/>
          <w:szCs w:val="24"/>
        </w:rPr>
        <w:t xml:space="preserve"> </w:t>
      </w:r>
      <w:r w:rsidRPr="009D21BC">
        <w:rPr>
          <w:rFonts w:ascii="Times New Roman" w:hAnsi="Times New Roman" w:cs="Times New Roman"/>
          <w:sz w:val="24"/>
          <w:szCs w:val="24"/>
        </w:rPr>
        <w:t>surgeries,</w:t>
      </w:r>
      <w:r>
        <w:rPr>
          <w:rFonts w:ascii="Times New Roman" w:hAnsi="Times New Roman" w:cs="Times New Roman"/>
          <w:sz w:val="24"/>
          <w:szCs w:val="24"/>
        </w:rPr>
        <w:t xml:space="preserve"> </w:t>
      </w:r>
      <w:r w:rsidRPr="009D21BC">
        <w:rPr>
          <w:rFonts w:ascii="Times New Roman" w:hAnsi="Times New Roman" w:cs="Times New Roman"/>
          <w:sz w:val="24"/>
          <w:szCs w:val="24"/>
        </w:rPr>
        <w:t>organ</w:t>
      </w:r>
      <w:r>
        <w:rPr>
          <w:rFonts w:ascii="Times New Roman" w:hAnsi="Times New Roman" w:cs="Times New Roman"/>
          <w:sz w:val="24"/>
          <w:szCs w:val="24"/>
        </w:rPr>
        <w:t xml:space="preserve"> </w:t>
      </w:r>
      <w:r w:rsidRPr="009D21BC">
        <w:rPr>
          <w:rFonts w:ascii="Times New Roman" w:hAnsi="Times New Roman" w:cs="Times New Roman"/>
          <w:sz w:val="24"/>
          <w:szCs w:val="24"/>
        </w:rPr>
        <w:t>transplants,</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orthopaedics</w:t>
      </w:r>
      <w:proofErr w:type="spellEnd"/>
      <w:r w:rsidRPr="009D21BC">
        <w:rPr>
          <w:rFonts w:ascii="Times New Roman" w:hAnsi="Times New Roman" w:cs="Times New Roman"/>
          <w:sz w:val="24"/>
          <w:szCs w:val="24"/>
        </w:rPr>
        <w:t>,</w:t>
      </w:r>
      <w:r>
        <w:rPr>
          <w:rFonts w:ascii="Times New Roman" w:hAnsi="Times New Roman" w:cs="Times New Roman"/>
          <w:sz w:val="24"/>
          <w:szCs w:val="24"/>
        </w:rPr>
        <w:t xml:space="preserve"> </w:t>
      </w:r>
      <w:r w:rsidRPr="009D21BC">
        <w:rPr>
          <w:rFonts w:ascii="Times New Roman" w:hAnsi="Times New Roman" w:cs="Times New Roman"/>
          <w:sz w:val="24"/>
          <w:szCs w:val="24"/>
        </w:rPr>
        <w:t>oncology,</w:t>
      </w:r>
      <w:r>
        <w:rPr>
          <w:rFonts w:ascii="Times New Roman" w:hAnsi="Times New Roman" w:cs="Times New Roman"/>
          <w:sz w:val="24"/>
          <w:szCs w:val="24"/>
        </w:rPr>
        <w:t xml:space="preserve"> </w:t>
      </w:r>
      <w:r w:rsidRPr="009D21BC">
        <w:rPr>
          <w:rFonts w:ascii="Times New Roman" w:hAnsi="Times New Roman" w:cs="Times New Roman"/>
          <w:sz w:val="24"/>
          <w:szCs w:val="24"/>
        </w:rPr>
        <w:t>neurology,</w:t>
      </w:r>
      <w:r>
        <w:rPr>
          <w:rFonts w:ascii="Times New Roman" w:hAnsi="Times New Roman" w:cs="Times New Roman"/>
          <w:sz w:val="24"/>
          <w:szCs w:val="24"/>
        </w:rPr>
        <w:t xml:space="preserve"> </w:t>
      </w:r>
      <w:r w:rsidRPr="009D21BC">
        <w:rPr>
          <w:rFonts w:ascii="Times New Roman" w:hAnsi="Times New Roman" w:cs="Times New Roman"/>
          <w:sz w:val="24"/>
          <w:szCs w:val="24"/>
        </w:rPr>
        <w:t>fertility,</w:t>
      </w:r>
      <w:r>
        <w:rPr>
          <w:rFonts w:ascii="Times New Roman" w:hAnsi="Times New Roman" w:cs="Times New Roman"/>
          <w:sz w:val="24"/>
          <w:szCs w:val="24"/>
        </w:rPr>
        <w:t xml:space="preserve"> </w:t>
      </w:r>
      <w:r w:rsidRPr="009D21BC">
        <w:rPr>
          <w:rFonts w:ascii="Times New Roman" w:hAnsi="Times New Roman" w:cs="Times New Roman"/>
          <w:sz w:val="24"/>
          <w:szCs w:val="24"/>
        </w:rPr>
        <w:t>cosmetic</w:t>
      </w:r>
      <w:r>
        <w:rPr>
          <w:rFonts w:ascii="Times New Roman" w:hAnsi="Times New Roman" w:cs="Times New Roman"/>
          <w:sz w:val="24"/>
          <w:szCs w:val="24"/>
        </w:rPr>
        <w:t xml:space="preserve"> </w:t>
      </w:r>
      <w:r w:rsidRPr="009D21BC">
        <w:rPr>
          <w:rFonts w:ascii="Times New Roman" w:hAnsi="Times New Roman" w:cs="Times New Roman"/>
          <w:sz w:val="24"/>
          <w:szCs w:val="24"/>
        </w:rPr>
        <w:t>surgery,</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many</w:t>
      </w:r>
      <w:r>
        <w:rPr>
          <w:rFonts w:ascii="Times New Roman" w:hAnsi="Times New Roman" w:cs="Times New Roman"/>
          <w:sz w:val="24"/>
          <w:szCs w:val="24"/>
        </w:rPr>
        <w:t xml:space="preserve"> </w:t>
      </w:r>
      <w:r w:rsidRPr="009D21BC">
        <w:rPr>
          <w:rFonts w:ascii="Times New Roman" w:hAnsi="Times New Roman" w:cs="Times New Roman"/>
          <w:sz w:val="24"/>
          <w:szCs w:val="24"/>
        </w:rPr>
        <w:t>others.</w:t>
      </w:r>
    </w:p>
    <w:p w:rsidR="00600AC2" w:rsidRPr="006B47D1" w:rsidRDefault="00600AC2" w:rsidP="00600AC2">
      <w:pPr>
        <w:pStyle w:val="ListParagraph"/>
        <w:widowControl/>
        <w:numPr>
          <w:ilvl w:val="0"/>
          <w:numId w:val="33"/>
        </w:numPr>
        <w:autoSpaceDE/>
        <w:autoSpaceDN/>
        <w:spacing w:after="240" w:line="360" w:lineRule="auto"/>
        <w:contextualSpacing/>
        <w:jc w:val="both"/>
        <w:rPr>
          <w:rFonts w:ascii="Times New Roman" w:hAnsi="Times New Roman" w:cs="Times New Roman"/>
          <w:b/>
          <w:bCs/>
          <w:sz w:val="24"/>
          <w:szCs w:val="24"/>
        </w:rPr>
      </w:pPr>
      <w:r w:rsidRPr="006B47D1">
        <w:rPr>
          <w:rFonts w:ascii="Times New Roman" w:hAnsi="Times New Roman" w:cs="Times New Roman"/>
          <w:b/>
          <w:bCs/>
          <w:sz w:val="24"/>
          <w:szCs w:val="24"/>
        </w:rPr>
        <w:t>Building</w:t>
      </w:r>
      <w:r>
        <w:rPr>
          <w:rFonts w:ascii="Times New Roman" w:hAnsi="Times New Roman" w:cs="Times New Roman"/>
          <w:b/>
          <w:bCs/>
          <w:sz w:val="24"/>
          <w:szCs w:val="24"/>
        </w:rPr>
        <w:t xml:space="preserve"> </w:t>
      </w:r>
      <w:r w:rsidRPr="006B47D1">
        <w:rPr>
          <w:rFonts w:ascii="Times New Roman" w:hAnsi="Times New Roman" w:cs="Times New Roman"/>
          <w:b/>
          <w:bCs/>
          <w:sz w:val="24"/>
          <w:szCs w:val="24"/>
        </w:rPr>
        <w:t>relationships</w:t>
      </w:r>
      <w:r>
        <w:rPr>
          <w:rFonts w:ascii="Times New Roman" w:hAnsi="Times New Roman" w:cs="Times New Roman"/>
          <w:b/>
          <w:bCs/>
          <w:sz w:val="24"/>
          <w:szCs w:val="24"/>
        </w:rPr>
        <w:t xml:space="preserve"> </w:t>
      </w:r>
      <w:r w:rsidRPr="006B47D1">
        <w:rPr>
          <w:rFonts w:ascii="Times New Roman" w:hAnsi="Times New Roman" w:cs="Times New Roman"/>
          <w:b/>
          <w:bCs/>
          <w:sz w:val="24"/>
          <w:szCs w:val="24"/>
        </w:rPr>
        <w:t>with</w:t>
      </w:r>
      <w:r>
        <w:rPr>
          <w:rFonts w:ascii="Times New Roman" w:hAnsi="Times New Roman" w:cs="Times New Roman"/>
          <w:b/>
          <w:bCs/>
          <w:sz w:val="24"/>
          <w:szCs w:val="24"/>
        </w:rPr>
        <w:t xml:space="preserve"> </w:t>
      </w:r>
      <w:r w:rsidRPr="006B47D1">
        <w:rPr>
          <w:rFonts w:ascii="Times New Roman" w:hAnsi="Times New Roman" w:cs="Times New Roman"/>
          <w:b/>
          <w:bCs/>
          <w:sz w:val="24"/>
          <w:szCs w:val="24"/>
        </w:rPr>
        <w:t>hospitals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Another</w:t>
      </w:r>
      <w:r>
        <w:rPr>
          <w:rFonts w:ascii="Times New Roman" w:hAnsi="Times New Roman" w:cs="Times New Roman"/>
          <w:sz w:val="24"/>
          <w:szCs w:val="24"/>
        </w:rPr>
        <w:t xml:space="preserve"> </w:t>
      </w:r>
      <w:r w:rsidRPr="009D21BC">
        <w:rPr>
          <w:rFonts w:ascii="Times New Roman" w:hAnsi="Times New Roman" w:cs="Times New Roman"/>
          <w:sz w:val="24"/>
          <w:szCs w:val="24"/>
        </w:rPr>
        <w:t>leading</w:t>
      </w:r>
      <w:r>
        <w:rPr>
          <w:rFonts w:ascii="Times New Roman" w:hAnsi="Times New Roman" w:cs="Times New Roman"/>
          <w:sz w:val="24"/>
          <w:szCs w:val="24"/>
        </w:rPr>
        <w:t xml:space="preserve"> </w:t>
      </w:r>
      <w:r w:rsidRPr="009D21BC">
        <w:rPr>
          <w:rFonts w:ascii="Times New Roman" w:hAnsi="Times New Roman" w:cs="Times New Roman"/>
          <w:sz w:val="24"/>
          <w:szCs w:val="24"/>
        </w:rPr>
        <w:t>practice</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made</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successful</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building</w:t>
      </w:r>
      <w:r>
        <w:rPr>
          <w:rFonts w:ascii="Times New Roman" w:hAnsi="Times New Roman" w:cs="Times New Roman"/>
          <w:sz w:val="24"/>
          <w:szCs w:val="24"/>
        </w:rPr>
        <w:t xml:space="preserve"> </w:t>
      </w:r>
      <w:r w:rsidRPr="009D21BC">
        <w:rPr>
          <w:rFonts w:ascii="Times New Roman" w:hAnsi="Times New Roman" w:cs="Times New Roman"/>
          <w:sz w:val="24"/>
          <w:szCs w:val="24"/>
        </w:rPr>
        <w:t>relationships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managed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establish</w:t>
      </w:r>
      <w:r>
        <w:rPr>
          <w:rFonts w:ascii="Times New Roman" w:hAnsi="Times New Roman" w:cs="Times New Roman"/>
          <w:sz w:val="24"/>
          <w:szCs w:val="24"/>
        </w:rPr>
        <w:t xml:space="preserve"> </w:t>
      </w:r>
      <w:r w:rsidRPr="009D21BC">
        <w:rPr>
          <w:rFonts w:ascii="Times New Roman" w:hAnsi="Times New Roman" w:cs="Times New Roman"/>
          <w:sz w:val="24"/>
          <w:szCs w:val="24"/>
        </w:rPr>
        <w:t>relationships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wide</w:t>
      </w:r>
      <w:r>
        <w:rPr>
          <w:rFonts w:ascii="Times New Roman" w:hAnsi="Times New Roman" w:cs="Times New Roman"/>
          <w:sz w:val="24"/>
          <w:szCs w:val="24"/>
        </w:rPr>
        <w:t xml:space="preserve"> </w:t>
      </w:r>
      <w:r w:rsidRPr="009D21BC">
        <w:rPr>
          <w:rFonts w:ascii="Times New Roman" w:hAnsi="Times New Roman" w:cs="Times New Roman"/>
          <w:sz w:val="24"/>
          <w:szCs w:val="24"/>
        </w:rPr>
        <w:t>range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professionals.</w:t>
      </w:r>
      <w:r>
        <w:rPr>
          <w:rFonts w:ascii="Times New Roman" w:hAnsi="Times New Roman" w:cs="Times New Roman"/>
          <w:sz w:val="24"/>
          <w:szCs w:val="24"/>
        </w:rPr>
        <w:t xml:space="preserve"> </w:t>
      </w:r>
      <w:r w:rsidRPr="009D21BC">
        <w:rPr>
          <w:rFonts w:ascii="Times New Roman" w:hAnsi="Times New Roman" w:cs="Times New Roman"/>
          <w:sz w:val="24"/>
          <w:szCs w:val="24"/>
        </w:rPr>
        <w:t>Thus,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able</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provide</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developed</w:t>
      </w:r>
      <w:r>
        <w:rPr>
          <w:rFonts w:ascii="Times New Roman" w:hAnsi="Times New Roman" w:cs="Times New Roman"/>
          <w:sz w:val="24"/>
          <w:szCs w:val="24"/>
        </w:rPr>
        <w:t xml:space="preserve"> </w:t>
      </w:r>
      <w:r w:rsidRPr="009D21BC">
        <w:rPr>
          <w:rFonts w:ascii="Times New Roman" w:hAnsi="Times New Roman" w:cs="Times New Roman"/>
          <w:sz w:val="24"/>
          <w:szCs w:val="24"/>
        </w:rPr>
        <w:t>relationships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wide</w:t>
      </w:r>
      <w:r>
        <w:rPr>
          <w:rFonts w:ascii="Times New Roman" w:hAnsi="Times New Roman" w:cs="Times New Roman"/>
          <w:sz w:val="24"/>
          <w:szCs w:val="24"/>
        </w:rPr>
        <w:t xml:space="preserve"> </w:t>
      </w:r>
      <w:r w:rsidRPr="009D21BC">
        <w:rPr>
          <w:rFonts w:ascii="Times New Roman" w:hAnsi="Times New Roman" w:cs="Times New Roman"/>
          <w:sz w:val="24"/>
          <w:szCs w:val="24"/>
        </w:rPr>
        <w:t>range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reputed</w:t>
      </w:r>
      <w:r>
        <w:rPr>
          <w:rFonts w:ascii="Times New Roman" w:hAnsi="Times New Roman" w:cs="Times New Roman"/>
          <w:sz w:val="24"/>
          <w:szCs w:val="24"/>
        </w:rPr>
        <w:t xml:space="preserve"> </w:t>
      </w:r>
      <w:r w:rsidRPr="009D21BC">
        <w:rPr>
          <w:rFonts w:ascii="Times New Roman" w:hAnsi="Times New Roman" w:cs="Times New Roman"/>
          <w:sz w:val="24"/>
          <w:szCs w:val="24"/>
        </w:rPr>
        <w:t>multispecialty</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professionals.</w:t>
      </w:r>
      <w:r>
        <w:rPr>
          <w:rFonts w:ascii="Times New Roman" w:hAnsi="Times New Roman" w:cs="Times New Roman"/>
          <w:sz w:val="24"/>
          <w:szCs w:val="24"/>
        </w:rPr>
        <w:t xml:space="preserve"> </w:t>
      </w:r>
      <w:r w:rsidRPr="009D21BC">
        <w:rPr>
          <w:rFonts w:ascii="Times New Roman" w:hAnsi="Times New Roman" w:cs="Times New Roman"/>
          <w:sz w:val="24"/>
          <w:szCs w:val="24"/>
        </w:rPr>
        <w:t>This</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allowed</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provide</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state-of-the-art</w:t>
      </w:r>
      <w:r>
        <w:rPr>
          <w:rFonts w:ascii="Times New Roman" w:hAnsi="Times New Roman" w:cs="Times New Roman"/>
          <w:sz w:val="24"/>
          <w:szCs w:val="24"/>
        </w:rPr>
        <w:t xml:space="preserve"> </w:t>
      </w:r>
      <w:r w:rsidRPr="009D21BC">
        <w:rPr>
          <w:rFonts w:ascii="Times New Roman" w:hAnsi="Times New Roman" w:cs="Times New Roman"/>
          <w:sz w:val="24"/>
          <w:szCs w:val="24"/>
        </w:rPr>
        <w:t>technology.</w:t>
      </w:r>
    </w:p>
    <w:p w:rsidR="00600AC2" w:rsidRPr="00133E6A" w:rsidRDefault="00600AC2" w:rsidP="00600AC2">
      <w:pPr>
        <w:pStyle w:val="ListParagraph"/>
        <w:widowControl/>
        <w:numPr>
          <w:ilvl w:val="0"/>
          <w:numId w:val="33"/>
        </w:numPr>
        <w:autoSpaceDE/>
        <w:autoSpaceDN/>
        <w:spacing w:after="240" w:line="360" w:lineRule="auto"/>
        <w:contextualSpacing/>
        <w:jc w:val="both"/>
        <w:rPr>
          <w:rFonts w:ascii="Times New Roman" w:hAnsi="Times New Roman" w:cs="Times New Roman"/>
          <w:b/>
          <w:bCs/>
          <w:sz w:val="24"/>
          <w:szCs w:val="24"/>
        </w:rPr>
      </w:pPr>
      <w:r w:rsidRPr="00133E6A">
        <w:rPr>
          <w:rFonts w:ascii="Times New Roman" w:hAnsi="Times New Roman" w:cs="Times New Roman"/>
          <w:b/>
          <w:bCs/>
          <w:sz w:val="24"/>
          <w:szCs w:val="24"/>
        </w:rPr>
        <w:t>Excellence</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in</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international</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patient</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services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excelled</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managed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build</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strong</w:t>
      </w:r>
      <w:r>
        <w:rPr>
          <w:rFonts w:ascii="Times New Roman" w:hAnsi="Times New Roman" w:cs="Times New Roman"/>
          <w:sz w:val="24"/>
          <w:szCs w:val="24"/>
        </w:rPr>
        <w:t xml:space="preserve"> </w:t>
      </w:r>
      <w:r w:rsidRPr="009D21BC">
        <w:rPr>
          <w:rFonts w:ascii="Times New Roman" w:hAnsi="Times New Roman" w:cs="Times New Roman"/>
          <w:sz w:val="24"/>
          <w:szCs w:val="24"/>
        </w:rPr>
        <w:t>reputation</w:t>
      </w:r>
      <w:r>
        <w:rPr>
          <w:rFonts w:ascii="Times New Roman" w:hAnsi="Times New Roman" w:cs="Times New Roman"/>
          <w:sz w:val="24"/>
          <w:szCs w:val="24"/>
        </w:rPr>
        <w:t xml:space="preserve"> </w:t>
      </w:r>
      <w:r w:rsidRPr="009D21BC">
        <w:rPr>
          <w:rFonts w:ascii="Times New Roman" w:hAnsi="Times New Roman" w:cs="Times New Roman"/>
          <w:sz w:val="24"/>
          <w:szCs w:val="24"/>
        </w:rPr>
        <w:t>among</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personalized</w:t>
      </w:r>
      <w:r>
        <w:rPr>
          <w:rFonts w:ascii="Times New Roman" w:hAnsi="Times New Roman" w:cs="Times New Roman"/>
          <w:sz w:val="24"/>
          <w:szCs w:val="24"/>
        </w:rPr>
        <w:t xml:space="preserve"> </w:t>
      </w:r>
      <w:r w:rsidRPr="009D21BC">
        <w:rPr>
          <w:rFonts w:ascii="Times New Roman" w:hAnsi="Times New Roman" w:cs="Times New Roman"/>
          <w:sz w:val="24"/>
          <w:szCs w:val="24"/>
        </w:rPr>
        <w:t>approach</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each</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Moreover,</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provides</w:t>
      </w:r>
      <w:r>
        <w:rPr>
          <w:rFonts w:ascii="Times New Roman" w:hAnsi="Times New Roman" w:cs="Times New Roman"/>
          <w:sz w:val="24"/>
          <w:szCs w:val="24"/>
        </w:rPr>
        <w:t xml:space="preserve"> </w:t>
      </w:r>
      <w:r w:rsidRPr="009D21BC">
        <w:rPr>
          <w:rFonts w:ascii="Times New Roman" w:hAnsi="Times New Roman" w:cs="Times New Roman"/>
          <w:sz w:val="24"/>
          <w:szCs w:val="24"/>
        </w:rPr>
        <w:t>excellent</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throughout</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visa</w:t>
      </w:r>
      <w:r>
        <w:rPr>
          <w:rFonts w:ascii="Times New Roman" w:hAnsi="Times New Roman" w:cs="Times New Roman"/>
          <w:sz w:val="24"/>
          <w:szCs w:val="24"/>
        </w:rPr>
        <w:t xml:space="preserve"> </w:t>
      </w:r>
      <w:r w:rsidRPr="009D21BC">
        <w:rPr>
          <w:rFonts w:ascii="Times New Roman" w:hAnsi="Times New Roman" w:cs="Times New Roman"/>
          <w:sz w:val="24"/>
          <w:szCs w:val="24"/>
        </w:rPr>
        <w:t>assistance,</w:t>
      </w:r>
      <w:r>
        <w:rPr>
          <w:rFonts w:ascii="Times New Roman" w:hAnsi="Times New Roman" w:cs="Times New Roman"/>
          <w:sz w:val="24"/>
          <w:szCs w:val="24"/>
        </w:rPr>
        <w:t xml:space="preserve"> </w:t>
      </w:r>
      <w:r w:rsidRPr="009D21BC">
        <w:rPr>
          <w:rFonts w:ascii="Times New Roman" w:hAnsi="Times New Roman" w:cs="Times New Roman"/>
          <w:sz w:val="24"/>
          <w:szCs w:val="24"/>
        </w:rPr>
        <w:t>consultation</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communication</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arrangements,</w:t>
      </w:r>
      <w:r>
        <w:rPr>
          <w:rFonts w:ascii="Times New Roman" w:hAnsi="Times New Roman" w:cs="Times New Roman"/>
          <w:sz w:val="24"/>
          <w:szCs w:val="24"/>
        </w:rPr>
        <w:t xml:space="preserve"> </w:t>
      </w:r>
      <w:r w:rsidRPr="009D21BC">
        <w:rPr>
          <w:rFonts w:ascii="Times New Roman" w:hAnsi="Times New Roman" w:cs="Times New Roman"/>
          <w:sz w:val="24"/>
          <w:szCs w:val="24"/>
        </w:rPr>
        <w:t>interpreter</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airport</w:t>
      </w:r>
      <w:r>
        <w:rPr>
          <w:rFonts w:ascii="Times New Roman" w:hAnsi="Times New Roman" w:cs="Times New Roman"/>
          <w:sz w:val="24"/>
          <w:szCs w:val="24"/>
        </w:rPr>
        <w:t xml:space="preserve"> </w:t>
      </w:r>
      <w:r w:rsidRPr="009D21BC">
        <w:rPr>
          <w:rFonts w:ascii="Times New Roman" w:hAnsi="Times New Roman" w:cs="Times New Roman"/>
          <w:sz w:val="24"/>
          <w:szCs w:val="24"/>
        </w:rPr>
        <w:t>assistance,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many</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Thus,</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managed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provide</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most</w:t>
      </w:r>
      <w:r>
        <w:rPr>
          <w:rFonts w:ascii="Times New Roman" w:hAnsi="Times New Roman" w:cs="Times New Roman"/>
          <w:sz w:val="24"/>
          <w:szCs w:val="24"/>
        </w:rPr>
        <w:t xml:space="preserve"> </w:t>
      </w:r>
      <w:r w:rsidRPr="009D21BC">
        <w:rPr>
          <w:rFonts w:ascii="Times New Roman" w:hAnsi="Times New Roman" w:cs="Times New Roman"/>
          <w:sz w:val="24"/>
          <w:szCs w:val="24"/>
        </w:rPr>
        <w:t>comfortable</w:t>
      </w:r>
      <w:r>
        <w:rPr>
          <w:rFonts w:ascii="Times New Roman" w:hAnsi="Times New Roman" w:cs="Times New Roman"/>
          <w:sz w:val="24"/>
          <w:szCs w:val="24"/>
        </w:rPr>
        <w:t xml:space="preserve"> </w:t>
      </w:r>
      <w:r w:rsidRPr="009D21BC">
        <w:rPr>
          <w:rFonts w:ascii="Times New Roman" w:hAnsi="Times New Roman" w:cs="Times New Roman"/>
          <w:sz w:val="24"/>
          <w:szCs w:val="24"/>
        </w:rPr>
        <w:t>environment.</w:t>
      </w:r>
    </w:p>
    <w:p w:rsidR="00600AC2" w:rsidRPr="00133E6A" w:rsidRDefault="00600AC2" w:rsidP="00600AC2">
      <w:pPr>
        <w:pStyle w:val="ListParagraph"/>
        <w:widowControl/>
        <w:numPr>
          <w:ilvl w:val="0"/>
          <w:numId w:val="33"/>
        </w:numPr>
        <w:autoSpaceDE/>
        <w:autoSpaceDN/>
        <w:spacing w:after="240" w:line="360" w:lineRule="auto"/>
        <w:contextualSpacing/>
        <w:jc w:val="both"/>
        <w:rPr>
          <w:rFonts w:ascii="Times New Roman" w:hAnsi="Times New Roman" w:cs="Times New Roman"/>
          <w:b/>
          <w:bCs/>
          <w:sz w:val="24"/>
          <w:szCs w:val="24"/>
        </w:rPr>
      </w:pPr>
      <w:r w:rsidRPr="00133E6A">
        <w:rPr>
          <w:rFonts w:ascii="Times New Roman" w:hAnsi="Times New Roman" w:cs="Times New Roman"/>
          <w:b/>
          <w:bCs/>
          <w:sz w:val="24"/>
          <w:szCs w:val="24"/>
        </w:rPr>
        <w:t>Effective</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Customer</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Relationship</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Management</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Another</w:t>
      </w:r>
      <w:r>
        <w:rPr>
          <w:rFonts w:ascii="Times New Roman" w:hAnsi="Times New Roman" w:cs="Times New Roman"/>
          <w:sz w:val="24"/>
          <w:szCs w:val="24"/>
        </w:rPr>
        <w:t xml:space="preserve"> </w:t>
      </w:r>
      <w:r w:rsidRPr="009D21BC">
        <w:rPr>
          <w:rFonts w:ascii="Times New Roman" w:hAnsi="Times New Roman" w:cs="Times New Roman"/>
          <w:sz w:val="24"/>
          <w:szCs w:val="24"/>
        </w:rPr>
        <w:t>leading</w:t>
      </w:r>
      <w:r>
        <w:rPr>
          <w:rFonts w:ascii="Times New Roman" w:hAnsi="Times New Roman" w:cs="Times New Roman"/>
          <w:sz w:val="24"/>
          <w:szCs w:val="24"/>
        </w:rPr>
        <w:t xml:space="preserve"> </w:t>
      </w:r>
      <w:r w:rsidRPr="009D21BC">
        <w:rPr>
          <w:rFonts w:ascii="Times New Roman" w:hAnsi="Times New Roman" w:cs="Times New Roman"/>
          <w:sz w:val="24"/>
          <w:szCs w:val="24"/>
        </w:rPr>
        <w:t>practice</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contributed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success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effective</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Relationship</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r>
        <w:rPr>
          <w:rFonts w:ascii="Times New Roman" w:hAnsi="Times New Roman" w:cs="Times New Roman"/>
          <w:sz w:val="24"/>
          <w:szCs w:val="24"/>
        </w:rPr>
        <w:t xml:space="preserve"> </w:t>
      </w:r>
      <w:r w:rsidRPr="009D21BC">
        <w:rPr>
          <w:rFonts w:ascii="Times New Roman" w:hAnsi="Times New Roman" w:cs="Times New Roman"/>
          <w:sz w:val="24"/>
          <w:szCs w:val="24"/>
        </w:rPr>
        <w:t>(CRM).</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managed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build</w:t>
      </w:r>
      <w:r>
        <w:rPr>
          <w:rFonts w:ascii="Times New Roman" w:hAnsi="Times New Roman" w:cs="Times New Roman"/>
          <w:sz w:val="24"/>
          <w:szCs w:val="24"/>
        </w:rPr>
        <w:t xml:space="preserve"> </w:t>
      </w:r>
      <w:r w:rsidRPr="009D21BC">
        <w:rPr>
          <w:rFonts w:ascii="Times New Roman" w:hAnsi="Times New Roman" w:cs="Times New Roman"/>
          <w:sz w:val="24"/>
          <w:szCs w:val="24"/>
        </w:rPr>
        <w:t>strong</w:t>
      </w:r>
      <w:r>
        <w:rPr>
          <w:rFonts w:ascii="Times New Roman" w:hAnsi="Times New Roman" w:cs="Times New Roman"/>
          <w:sz w:val="24"/>
          <w:szCs w:val="24"/>
        </w:rPr>
        <w:t xml:space="preserve"> </w:t>
      </w:r>
      <w:r w:rsidRPr="009D21BC">
        <w:rPr>
          <w:rFonts w:ascii="Times New Roman" w:hAnsi="Times New Roman" w:cs="Times New Roman"/>
          <w:sz w:val="24"/>
          <w:szCs w:val="24"/>
        </w:rPr>
        <w:t>relationships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them</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personalized</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excellent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care.</w:t>
      </w:r>
      <w:r>
        <w:rPr>
          <w:rFonts w:ascii="Times New Roman" w:hAnsi="Times New Roman" w:cs="Times New Roman"/>
          <w:sz w:val="24"/>
          <w:szCs w:val="24"/>
        </w:rPr>
        <w:t xml:space="preserve"> </w:t>
      </w:r>
      <w:r w:rsidRPr="009D21BC">
        <w:rPr>
          <w:rFonts w:ascii="Times New Roman" w:hAnsi="Times New Roman" w:cs="Times New Roman"/>
          <w:sz w:val="24"/>
          <w:szCs w:val="24"/>
        </w:rPr>
        <w:t>Moreover,</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known</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excellent</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service,</w:t>
      </w:r>
      <w:r>
        <w:rPr>
          <w:rFonts w:ascii="Times New Roman" w:hAnsi="Times New Roman" w:cs="Times New Roman"/>
          <w:sz w:val="24"/>
          <w:szCs w:val="24"/>
        </w:rPr>
        <w:t xml:space="preserve"> </w:t>
      </w:r>
      <w:r w:rsidRPr="009D21BC">
        <w:rPr>
          <w:rFonts w:ascii="Times New Roman" w:hAnsi="Times New Roman" w:cs="Times New Roman"/>
          <w:sz w:val="24"/>
          <w:szCs w:val="24"/>
        </w:rPr>
        <w:t>which</w:t>
      </w:r>
      <w:r>
        <w:rPr>
          <w:rFonts w:ascii="Times New Roman" w:hAnsi="Times New Roman" w:cs="Times New Roman"/>
          <w:sz w:val="24"/>
          <w:szCs w:val="24"/>
        </w:rPr>
        <w:t xml:space="preserve"> </w:t>
      </w:r>
      <w:r w:rsidRPr="009D21BC">
        <w:rPr>
          <w:rFonts w:ascii="Times New Roman" w:hAnsi="Times New Roman" w:cs="Times New Roman"/>
          <w:sz w:val="24"/>
          <w:szCs w:val="24"/>
        </w:rPr>
        <w:t>includes</w:t>
      </w:r>
      <w:r>
        <w:rPr>
          <w:rFonts w:ascii="Times New Roman" w:hAnsi="Times New Roman" w:cs="Times New Roman"/>
          <w:sz w:val="24"/>
          <w:szCs w:val="24"/>
        </w:rPr>
        <w:t xml:space="preserve"> </w:t>
      </w:r>
      <w:r w:rsidRPr="009D21BC">
        <w:rPr>
          <w:rFonts w:ascii="Times New Roman" w:hAnsi="Times New Roman" w:cs="Times New Roman"/>
          <w:sz w:val="24"/>
          <w:szCs w:val="24"/>
        </w:rPr>
        <w:t>responding</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inquiries,</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advice,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following</w:t>
      </w:r>
      <w:r>
        <w:rPr>
          <w:rFonts w:ascii="Times New Roman" w:hAnsi="Times New Roman" w:cs="Times New Roman"/>
          <w:sz w:val="24"/>
          <w:szCs w:val="24"/>
        </w:rPr>
        <w:t xml:space="preserve"> </w:t>
      </w:r>
      <w:r w:rsidRPr="009D21BC">
        <w:rPr>
          <w:rFonts w:ascii="Times New Roman" w:hAnsi="Times New Roman" w:cs="Times New Roman"/>
          <w:sz w:val="24"/>
          <w:szCs w:val="24"/>
        </w:rPr>
        <w:t>up</w:t>
      </w:r>
      <w:r>
        <w:rPr>
          <w:rFonts w:ascii="Times New Roman" w:hAnsi="Times New Roman" w:cs="Times New Roman"/>
          <w:sz w:val="24"/>
          <w:szCs w:val="24"/>
        </w:rPr>
        <w:t xml:space="preserve"> </w:t>
      </w:r>
      <w:r w:rsidRPr="009D21BC">
        <w:rPr>
          <w:rFonts w:ascii="Times New Roman" w:hAnsi="Times New Roman" w:cs="Times New Roman"/>
          <w:sz w:val="24"/>
          <w:szCs w:val="24"/>
        </w:rPr>
        <w:t>on</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needs.</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managed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gain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trust</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thousands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them</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excellent</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service.</w:t>
      </w:r>
    </w:p>
    <w:p w:rsidR="00600AC2" w:rsidRPr="00133E6A" w:rsidRDefault="00600AC2" w:rsidP="00600AC2">
      <w:pPr>
        <w:pStyle w:val="ListParagraph"/>
        <w:widowControl/>
        <w:numPr>
          <w:ilvl w:val="0"/>
          <w:numId w:val="33"/>
        </w:numPr>
        <w:autoSpaceDE/>
        <w:autoSpaceDN/>
        <w:spacing w:after="240" w:line="360" w:lineRule="auto"/>
        <w:contextualSpacing/>
        <w:jc w:val="both"/>
        <w:rPr>
          <w:rFonts w:ascii="Times New Roman" w:hAnsi="Times New Roman" w:cs="Times New Roman"/>
          <w:b/>
          <w:bCs/>
          <w:sz w:val="24"/>
          <w:szCs w:val="24"/>
        </w:rPr>
      </w:pPr>
      <w:r w:rsidRPr="00133E6A">
        <w:rPr>
          <w:rFonts w:ascii="Times New Roman" w:hAnsi="Times New Roman" w:cs="Times New Roman"/>
          <w:b/>
          <w:bCs/>
          <w:sz w:val="24"/>
          <w:szCs w:val="24"/>
        </w:rPr>
        <w:lastRenderedPageBreak/>
        <w:t>Contributed</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to</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medical</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tourism</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in</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India</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contributed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managed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promote</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destination</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affordable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Thus,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played</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significant</w:t>
      </w:r>
      <w:r>
        <w:rPr>
          <w:rFonts w:ascii="Times New Roman" w:hAnsi="Times New Roman" w:cs="Times New Roman"/>
          <w:sz w:val="24"/>
          <w:szCs w:val="24"/>
        </w:rPr>
        <w:t xml:space="preserve"> </w:t>
      </w:r>
      <w:r w:rsidRPr="009D21BC">
        <w:rPr>
          <w:rFonts w:ascii="Times New Roman" w:hAnsi="Times New Roman" w:cs="Times New Roman"/>
          <w:sz w:val="24"/>
          <w:szCs w:val="24"/>
        </w:rPr>
        <w:t>role</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helped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establish</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preferred</w:t>
      </w:r>
      <w:r>
        <w:rPr>
          <w:rFonts w:ascii="Times New Roman" w:hAnsi="Times New Roman" w:cs="Times New Roman"/>
          <w:sz w:val="24"/>
          <w:szCs w:val="24"/>
        </w:rPr>
        <w:t xml:space="preserve"> </w:t>
      </w:r>
      <w:r w:rsidRPr="009D21BC">
        <w:rPr>
          <w:rFonts w:ascii="Times New Roman" w:hAnsi="Times New Roman" w:cs="Times New Roman"/>
          <w:sz w:val="24"/>
          <w:szCs w:val="24"/>
        </w:rPr>
        <w:t>destination</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care</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personalized</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conclusion,</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managed</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build</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strong</w:t>
      </w:r>
      <w:r>
        <w:rPr>
          <w:rFonts w:ascii="Times New Roman" w:hAnsi="Times New Roman" w:cs="Times New Roman"/>
          <w:sz w:val="24"/>
          <w:szCs w:val="24"/>
        </w:rPr>
        <w:t xml:space="preserve"> </w:t>
      </w:r>
      <w:r w:rsidRPr="009D21BC">
        <w:rPr>
          <w:rFonts w:ascii="Times New Roman" w:hAnsi="Times New Roman" w:cs="Times New Roman"/>
          <w:sz w:val="24"/>
          <w:szCs w:val="24"/>
        </w:rPr>
        <w:t>reputation</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itself</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reliable</w:t>
      </w:r>
      <w:r>
        <w:rPr>
          <w:rFonts w:ascii="Times New Roman" w:hAnsi="Times New Roman" w:cs="Times New Roman"/>
          <w:sz w:val="24"/>
          <w:szCs w:val="24"/>
        </w:rPr>
        <w:t xml:space="preserve"> </w:t>
      </w:r>
      <w:r w:rsidRPr="009D21BC">
        <w:rPr>
          <w:rFonts w:ascii="Times New Roman" w:hAnsi="Times New Roman" w:cs="Times New Roman"/>
          <w:sz w:val="24"/>
          <w:szCs w:val="24"/>
        </w:rPr>
        <w:t>brand</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provides</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been</w:t>
      </w:r>
      <w:r>
        <w:rPr>
          <w:rFonts w:ascii="Times New Roman" w:hAnsi="Times New Roman" w:cs="Times New Roman"/>
          <w:sz w:val="24"/>
          <w:szCs w:val="24"/>
        </w:rPr>
        <w:t xml:space="preserve"> </w:t>
      </w:r>
      <w:r w:rsidRPr="009D21BC">
        <w:rPr>
          <w:rFonts w:ascii="Times New Roman" w:hAnsi="Times New Roman" w:cs="Times New Roman"/>
          <w:sz w:val="24"/>
          <w:szCs w:val="24"/>
        </w:rPr>
        <w:t>successful</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work</w:t>
      </w:r>
      <w:r>
        <w:rPr>
          <w:rFonts w:ascii="Times New Roman" w:hAnsi="Times New Roman" w:cs="Times New Roman"/>
          <w:sz w:val="24"/>
          <w:szCs w:val="24"/>
        </w:rPr>
        <w:t xml:space="preserve"> </w:t>
      </w:r>
      <w:r w:rsidRPr="009D21BC">
        <w:rPr>
          <w:rFonts w:ascii="Times New Roman" w:hAnsi="Times New Roman" w:cs="Times New Roman"/>
          <w:sz w:val="24"/>
          <w:szCs w:val="24"/>
        </w:rPr>
        <w:t>due</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wide</w:t>
      </w:r>
      <w:r>
        <w:rPr>
          <w:rFonts w:ascii="Times New Roman" w:hAnsi="Times New Roman" w:cs="Times New Roman"/>
          <w:sz w:val="24"/>
          <w:szCs w:val="24"/>
        </w:rPr>
        <w:t xml:space="preserve"> </w:t>
      </w:r>
      <w:r w:rsidRPr="009D21BC">
        <w:rPr>
          <w:rFonts w:ascii="Times New Roman" w:hAnsi="Times New Roman" w:cs="Times New Roman"/>
          <w:sz w:val="24"/>
          <w:szCs w:val="24"/>
        </w:rPr>
        <w:t>range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personalized</w:t>
      </w:r>
      <w:r>
        <w:rPr>
          <w:rFonts w:ascii="Times New Roman" w:hAnsi="Times New Roman" w:cs="Times New Roman"/>
          <w:sz w:val="24"/>
          <w:szCs w:val="24"/>
        </w:rPr>
        <w:t xml:space="preserve"> </w:t>
      </w:r>
      <w:r w:rsidRPr="009D21BC">
        <w:rPr>
          <w:rFonts w:ascii="Times New Roman" w:hAnsi="Times New Roman" w:cs="Times New Roman"/>
          <w:sz w:val="24"/>
          <w:szCs w:val="24"/>
        </w:rPr>
        <w:t>approach</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each</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excellent</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relationship</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p>
    <w:p w:rsidR="00600AC2" w:rsidRPr="00E5081E" w:rsidRDefault="00600AC2" w:rsidP="00600AC2">
      <w:pPr>
        <w:spacing w:after="240" w:line="360" w:lineRule="auto"/>
        <w:jc w:val="both"/>
        <w:rPr>
          <w:rFonts w:ascii="Times New Roman" w:hAnsi="Times New Roman" w:cs="Times New Roman"/>
          <w:b/>
          <w:bCs/>
          <w:sz w:val="28"/>
          <w:szCs w:val="24"/>
        </w:rPr>
      </w:pPr>
      <w:r w:rsidRPr="00E5081E">
        <w:rPr>
          <w:rFonts w:ascii="Times New Roman" w:hAnsi="Times New Roman" w:cs="Times New Roman"/>
          <w:b/>
          <w:bCs/>
          <w:sz w:val="28"/>
          <w:szCs w:val="24"/>
        </w:rPr>
        <w:t>3.2 VISION AND MISSION STATEMENT</w:t>
      </w:r>
    </w:p>
    <w:p w:rsidR="00600AC2" w:rsidRPr="00133E6A" w:rsidRDefault="00600AC2" w:rsidP="00600AC2">
      <w:pPr>
        <w:spacing w:after="240" w:line="360" w:lineRule="auto"/>
        <w:jc w:val="both"/>
        <w:rPr>
          <w:rFonts w:ascii="Times New Roman" w:hAnsi="Times New Roman" w:cs="Times New Roman"/>
          <w:b/>
          <w:bCs/>
          <w:sz w:val="24"/>
          <w:szCs w:val="24"/>
        </w:rPr>
      </w:pPr>
      <w:r w:rsidRPr="00133E6A">
        <w:rPr>
          <w:rFonts w:ascii="Times New Roman" w:hAnsi="Times New Roman" w:cs="Times New Roman"/>
          <w:b/>
          <w:bCs/>
          <w:sz w:val="24"/>
          <w:szCs w:val="24"/>
        </w:rPr>
        <w:t>Vision</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be</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globally</w:t>
      </w:r>
      <w:r>
        <w:rPr>
          <w:rFonts w:ascii="Times New Roman" w:hAnsi="Times New Roman" w:cs="Times New Roman"/>
          <w:sz w:val="24"/>
          <w:szCs w:val="24"/>
        </w:rPr>
        <w:t xml:space="preserve"> </w:t>
      </w:r>
      <w:r w:rsidRPr="009D21BC">
        <w:rPr>
          <w:rFonts w:ascii="Times New Roman" w:hAnsi="Times New Roman" w:cs="Times New Roman"/>
          <w:sz w:val="24"/>
          <w:szCs w:val="24"/>
        </w:rPr>
        <w:t>trusted</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facilitator</w:t>
      </w:r>
      <w:r>
        <w:rPr>
          <w:rFonts w:ascii="Times New Roman" w:hAnsi="Times New Roman" w:cs="Times New Roman"/>
          <w:sz w:val="24"/>
          <w:szCs w:val="24"/>
        </w:rPr>
        <w:t xml:space="preserve"> </w:t>
      </w:r>
      <w:r w:rsidRPr="009D21BC">
        <w:rPr>
          <w:rFonts w:ascii="Times New Roman" w:hAnsi="Times New Roman" w:cs="Times New Roman"/>
          <w:sz w:val="24"/>
          <w:szCs w:val="24"/>
        </w:rPr>
        <w:t>connecting</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premier</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care</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compassionate,</w:t>
      </w:r>
      <w:r>
        <w:rPr>
          <w:rFonts w:ascii="Times New Roman" w:hAnsi="Times New Roman" w:cs="Times New Roman"/>
          <w:sz w:val="24"/>
          <w:szCs w:val="24"/>
        </w:rPr>
        <w:t xml:space="preserve"> </w:t>
      </w:r>
      <w:r w:rsidRPr="009D21BC">
        <w:rPr>
          <w:rFonts w:ascii="Times New Roman" w:hAnsi="Times New Roman" w:cs="Times New Roman"/>
          <w:sz w:val="24"/>
          <w:szCs w:val="24"/>
        </w:rPr>
        <w:t>reliable,</w:t>
      </w:r>
      <w:r>
        <w:rPr>
          <w:rFonts w:ascii="Times New Roman" w:hAnsi="Times New Roman" w:cs="Times New Roman"/>
          <w:sz w:val="24"/>
          <w:szCs w:val="24"/>
        </w:rPr>
        <w:t xml:space="preserve"> </w:t>
      </w:r>
      <w:r w:rsidRPr="009D21BC">
        <w:rPr>
          <w:rFonts w:ascii="Times New Roman" w:hAnsi="Times New Roman" w:cs="Times New Roman"/>
          <w:sz w:val="24"/>
          <w:szCs w:val="24"/>
        </w:rPr>
        <w:t>patient-centered</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be</w:t>
      </w:r>
      <w:r>
        <w:rPr>
          <w:rFonts w:ascii="Times New Roman" w:hAnsi="Times New Roman" w:cs="Times New Roman"/>
          <w:sz w:val="24"/>
          <w:szCs w:val="24"/>
        </w:rPr>
        <w:t xml:space="preserve"> </w:t>
      </w:r>
      <w:r w:rsidRPr="009D21BC">
        <w:rPr>
          <w:rFonts w:ascii="Times New Roman" w:hAnsi="Times New Roman" w:cs="Times New Roman"/>
          <w:sz w:val="24"/>
          <w:szCs w:val="24"/>
        </w:rPr>
        <w:t>an</w:t>
      </w:r>
      <w:r>
        <w:rPr>
          <w:rFonts w:ascii="Times New Roman" w:hAnsi="Times New Roman" w:cs="Times New Roman"/>
          <w:sz w:val="24"/>
          <w:szCs w:val="24"/>
        </w:rPr>
        <w:t xml:space="preserve"> </w:t>
      </w:r>
      <w:r w:rsidRPr="009D21BC">
        <w:rPr>
          <w:rFonts w:ascii="Times New Roman" w:hAnsi="Times New Roman" w:cs="Times New Roman"/>
          <w:sz w:val="24"/>
          <w:szCs w:val="24"/>
        </w:rPr>
        <w:t>enabler</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accessible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affordable</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while</w:t>
      </w:r>
      <w:r>
        <w:rPr>
          <w:rFonts w:ascii="Times New Roman" w:hAnsi="Times New Roman" w:cs="Times New Roman"/>
          <w:sz w:val="24"/>
          <w:szCs w:val="24"/>
        </w:rPr>
        <w:t xml:space="preserve"> </w:t>
      </w:r>
      <w:r w:rsidRPr="009D21BC">
        <w:rPr>
          <w:rFonts w:ascii="Times New Roman" w:hAnsi="Times New Roman" w:cs="Times New Roman"/>
          <w:sz w:val="24"/>
          <w:szCs w:val="24"/>
        </w:rPr>
        <w:t>being</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preferred</w:t>
      </w:r>
      <w:r>
        <w:rPr>
          <w:rFonts w:ascii="Times New Roman" w:hAnsi="Times New Roman" w:cs="Times New Roman"/>
          <w:sz w:val="24"/>
          <w:szCs w:val="24"/>
        </w:rPr>
        <w:t xml:space="preserve"> </w:t>
      </w:r>
      <w:r w:rsidRPr="009D21BC">
        <w:rPr>
          <w:rFonts w:ascii="Times New Roman" w:hAnsi="Times New Roman" w:cs="Times New Roman"/>
          <w:sz w:val="24"/>
          <w:szCs w:val="24"/>
        </w:rPr>
        <w:t>destination</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through</w:t>
      </w:r>
      <w:r>
        <w:rPr>
          <w:rFonts w:ascii="Times New Roman" w:hAnsi="Times New Roman" w:cs="Times New Roman"/>
          <w:sz w:val="24"/>
          <w:szCs w:val="24"/>
        </w:rPr>
        <w:t xml:space="preserve"> </w:t>
      </w:r>
      <w:r w:rsidRPr="009D21BC">
        <w:rPr>
          <w:rFonts w:ascii="Times New Roman" w:hAnsi="Times New Roman" w:cs="Times New Roman"/>
          <w:sz w:val="24"/>
          <w:szCs w:val="24"/>
        </w:rPr>
        <w:t>innovation,</w:t>
      </w:r>
      <w:r>
        <w:rPr>
          <w:rFonts w:ascii="Times New Roman" w:hAnsi="Times New Roman" w:cs="Times New Roman"/>
          <w:sz w:val="24"/>
          <w:szCs w:val="24"/>
        </w:rPr>
        <w:t xml:space="preserve"> </w:t>
      </w:r>
      <w:r w:rsidRPr="009D21BC">
        <w:rPr>
          <w:rFonts w:ascii="Times New Roman" w:hAnsi="Times New Roman" w:cs="Times New Roman"/>
          <w:sz w:val="24"/>
          <w:szCs w:val="24"/>
        </w:rPr>
        <w:t>transparency,</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excellence</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service.</w:t>
      </w:r>
    </w:p>
    <w:p w:rsidR="00600AC2" w:rsidRPr="00133E6A" w:rsidRDefault="00600AC2" w:rsidP="00600AC2">
      <w:pPr>
        <w:spacing w:after="240" w:line="360" w:lineRule="auto"/>
        <w:jc w:val="both"/>
        <w:rPr>
          <w:rFonts w:ascii="Times New Roman" w:hAnsi="Times New Roman" w:cs="Times New Roman"/>
          <w:b/>
          <w:bCs/>
          <w:sz w:val="24"/>
          <w:szCs w:val="24"/>
        </w:rPr>
      </w:pPr>
      <w:r w:rsidRPr="00133E6A">
        <w:rPr>
          <w:rFonts w:ascii="Times New Roman" w:hAnsi="Times New Roman" w:cs="Times New Roman"/>
          <w:b/>
          <w:bCs/>
          <w:sz w:val="24"/>
          <w:szCs w:val="24"/>
        </w:rPr>
        <w:t>Mission</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Provide</w:t>
      </w:r>
      <w:r>
        <w:rPr>
          <w:rFonts w:ascii="Times New Roman" w:hAnsi="Times New Roman" w:cs="Times New Roman"/>
          <w:sz w:val="24"/>
          <w:szCs w:val="24"/>
        </w:rPr>
        <w:t xml:space="preserve"> </w:t>
      </w:r>
      <w:r w:rsidRPr="009D21BC">
        <w:rPr>
          <w:rFonts w:ascii="Times New Roman" w:hAnsi="Times New Roman" w:cs="Times New Roman"/>
          <w:sz w:val="24"/>
          <w:szCs w:val="24"/>
        </w:rPr>
        <w:t>comprehensive</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professionalism</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care.</w:t>
      </w:r>
      <w:r>
        <w:rPr>
          <w:rFonts w:ascii="Times New Roman" w:hAnsi="Times New Roman" w:cs="Times New Roman"/>
          <w:sz w:val="24"/>
          <w:szCs w:val="24"/>
        </w:rPr>
        <w:t xml:space="preserve"> </w:t>
      </w:r>
      <w:r w:rsidRPr="009D21BC">
        <w:rPr>
          <w:rFonts w:ascii="Times New Roman" w:hAnsi="Times New Roman" w:cs="Times New Roman"/>
          <w:sz w:val="24"/>
          <w:szCs w:val="24"/>
        </w:rPr>
        <w:t>Facilitate</w:t>
      </w:r>
      <w:r>
        <w:rPr>
          <w:rFonts w:ascii="Times New Roman" w:hAnsi="Times New Roman" w:cs="Times New Roman"/>
          <w:sz w:val="24"/>
          <w:szCs w:val="24"/>
        </w:rPr>
        <w:t xml:space="preserve"> </w:t>
      </w:r>
      <w:r w:rsidRPr="009D21BC">
        <w:rPr>
          <w:rFonts w:ascii="Times New Roman" w:hAnsi="Times New Roman" w:cs="Times New Roman"/>
          <w:sz w:val="24"/>
          <w:szCs w:val="24"/>
        </w:rPr>
        <w:t>access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premier</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institutions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Deliver</w:t>
      </w:r>
      <w:r>
        <w:rPr>
          <w:rFonts w:ascii="Times New Roman" w:hAnsi="Times New Roman" w:cs="Times New Roman"/>
          <w:sz w:val="24"/>
          <w:szCs w:val="24"/>
        </w:rPr>
        <w:t xml:space="preserve"> </w:t>
      </w:r>
      <w:r w:rsidRPr="009D21BC">
        <w:rPr>
          <w:rFonts w:ascii="Times New Roman" w:hAnsi="Times New Roman" w:cs="Times New Roman"/>
          <w:sz w:val="24"/>
          <w:szCs w:val="24"/>
        </w:rPr>
        <w:t>hassle-free</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coordinating</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accommodation,</w:t>
      </w:r>
      <w:r>
        <w:rPr>
          <w:rFonts w:ascii="Times New Roman" w:hAnsi="Times New Roman" w:cs="Times New Roman"/>
          <w:sz w:val="24"/>
          <w:szCs w:val="24"/>
        </w:rPr>
        <w:t xml:space="preserve"> </w:t>
      </w:r>
      <w:r w:rsidRPr="009D21BC">
        <w:rPr>
          <w:rFonts w:ascii="Times New Roman" w:hAnsi="Times New Roman" w:cs="Times New Roman"/>
          <w:sz w:val="24"/>
          <w:szCs w:val="24"/>
        </w:rPr>
        <w:t>visa</w:t>
      </w:r>
      <w:r>
        <w:rPr>
          <w:rFonts w:ascii="Times New Roman" w:hAnsi="Times New Roman" w:cs="Times New Roman"/>
          <w:sz w:val="24"/>
          <w:szCs w:val="24"/>
        </w:rPr>
        <w:t xml:space="preserve"> </w:t>
      </w:r>
      <w:r w:rsidRPr="009D21BC">
        <w:rPr>
          <w:rFonts w:ascii="Times New Roman" w:hAnsi="Times New Roman" w:cs="Times New Roman"/>
          <w:sz w:val="24"/>
          <w:szCs w:val="24"/>
        </w:rPr>
        <w:t>processing,</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post-treatment</w:t>
      </w:r>
      <w:r>
        <w:rPr>
          <w:rFonts w:ascii="Times New Roman" w:hAnsi="Times New Roman" w:cs="Times New Roman"/>
          <w:sz w:val="24"/>
          <w:szCs w:val="24"/>
        </w:rPr>
        <w:t xml:space="preserve"> </w:t>
      </w:r>
      <w:r w:rsidRPr="009D21BC">
        <w:rPr>
          <w:rFonts w:ascii="Times New Roman" w:hAnsi="Times New Roman" w:cs="Times New Roman"/>
          <w:sz w:val="24"/>
          <w:szCs w:val="24"/>
        </w:rPr>
        <w:t>care.</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Build</w:t>
      </w:r>
      <w:r>
        <w:rPr>
          <w:rFonts w:ascii="Times New Roman" w:hAnsi="Times New Roman" w:cs="Times New Roman"/>
          <w:sz w:val="24"/>
          <w:szCs w:val="24"/>
        </w:rPr>
        <w:t xml:space="preserve"> </w:t>
      </w:r>
      <w:r w:rsidRPr="009D21BC">
        <w:rPr>
          <w:rFonts w:ascii="Times New Roman" w:hAnsi="Times New Roman" w:cs="Times New Roman"/>
          <w:sz w:val="24"/>
          <w:szCs w:val="24"/>
        </w:rPr>
        <w:t>long-term</w:t>
      </w:r>
      <w:r>
        <w:rPr>
          <w:rFonts w:ascii="Times New Roman" w:hAnsi="Times New Roman" w:cs="Times New Roman"/>
          <w:sz w:val="24"/>
          <w:szCs w:val="24"/>
        </w:rPr>
        <w:t xml:space="preserve"> </w:t>
      </w:r>
      <w:r w:rsidRPr="009D21BC">
        <w:rPr>
          <w:rFonts w:ascii="Times New Roman" w:hAnsi="Times New Roman" w:cs="Times New Roman"/>
          <w:sz w:val="24"/>
          <w:szCs w:val="24"/>
        </w:rPr>
        <w:t>relationships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focusing</w:t>
      </w:r>
      <w:r>
        <w:rPr>
          <w:rFonts w:ascii="Times New Roman" w:hAnsi="Times New Roman" w:cs="Times New Roman"/>
          <w:sz w:val="24"/>
          <w:szCs w:val="24"/>
        </w:rPr>
        <w:t xml:space="preserve"> </w:t>
      </w:r>
      <w:r w:rsidRPr="009D21BC">
        <w:rPr>
          <w:rFonts w:ascii="Times New Roman" w:hAnsi="Times New Roman" w:cs="Times New Roman"/>
          <w:sz w:val="24"/>
          <w:szCs w:val="24"/>
        </w:rPr>
        <w:t>on</w:t>
      </w:r>
      <w:r>
        <w:rPr>
          <w:rFonts w:ascii="Times New Roman" w:hAnsi="Times New Roman" w:cs="Times New Roman"/>
          <w:sz w:val="24"/>
          <w:szCs w:val="24"/>
        </w:rPr>
        <w:t xml:space="preserve"> </w:t>
      </w:r>
      <w:r w:rsidRPr="009D21BC">
        <w:rPr>
          <w:rFonts w:ascii="Times New Roman" w:hAnsi="Times New Roman" w:cs="Times New Roman"/>
          <w:sz w:val="24"/>
          <w:szCs w:val="24"/>
        </w:rPr>
        <w:t>effective</w:t>
      </w:r>
      <w:r>
        <w:rPr>
          <w:rFonts w:ascii="Times New Roman" w:hAnsi="Times New Roman" w:cs="Times New Roman"/>
          <w:sz w:val="24"/>
          <w:szCs w:val="24"/>
        </w:rPr>
        <w:t xml:space="preserve"> </w:t>
      </w:r>
      <w:r w:rsidRPr="009D21BC">
        <w:rPr>
          <w:rFonts w:ascii="Times New Roman" w:hAnsi="Times New Roman" w:cs="Times New Roman"/>
          <w:sz w:val="24"/>
          <w:szCs w:val="24"/>
        </w:rPr>
        <w:t>CRM,</w:t>
      </w:r>
      <w:r>
        <w:rPr>
          <w:rFonts w:ascii="Times New Roman" w:hAnsi="Times New Roman" w:cs="Times New Roman"/>
          <w:sz w:val="24"/>
          <w:szCs w:val="24"/>
        </w:rPr>
        <w:t xml:space="preserve"> </w:t>
      </w:r>
      <w:r w:rsidRPr="009D21BC">
        <w:rPr>
          <w:rFonts w:ascii="Times New Roman" w:hAnsi="Times New Roman" w:cs="Times New Roman"/>
          <w:sz w:val="24"/>
          <w:szCs w:val="24"/>
        </w:rPr>
        <w:t>personalized</w:t>
      </w:r>
      <w:r>
        <w:rPr>
          <w:rFonts w:ascii="Times New Roman" w:hAnsi="Times New Roman" w:cs="Times New Roman"/>
          <w:sz w:val="24"/>
          <w:szCs w:val="24"/>
        </w:rPr>
        <w:t xml:space="preserve"> </w:t>
      </w:r>
      <w:r w:rsidRPr="009D21BC">
        <w:rPr>
          <w:rFonts w:ascii="Times New Roman" w:hAnsi="Times New Roman" w:cs="Times New Roman"/>
          <w:sz w:val="24"/>
          <w:szCs w:val="24"/>
        </w:rPr>
        <w:t>communication,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end-to-end</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Deliver</w:t>
      </w:r>
      <w:r>
        <w:rPr>
          <w:rFonts w:ascii="Times New Roman" w:hAnsi="Times New Roman" w:cs="Times New Roman"/>
          <w:sz w:val="24"/>
          <w:szCs w:val="24"/>
        </w:rPr>
        <w:t xml:space="preserve"> </w:t>
      </w:r>
      <w:r w:rsidRPr="009D21BC">
        <w:rPr>
          <w:rFonts w:ascii="Times New Roman" w:hAnsi="Times New Roman" w:cs="Times New Roman"/>
          <w:sz w:val="24"/>
          <w:szCs w:val="24"/>
        </w:rPr>
        <w:t>ethical</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value-based</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while</w:t>
      </w:r>
      <w:r>
        <w:rPr>
          <w:rFonts w:ascii="Times New Roman" w:hAnsi="Times New Roman" w:cs="Times New Roman"/>
          <w:sz w:val="24"/>
          <w:szCs w:val="24"/>
        </w:rPr>
        <w:t xml:space="preserve"> </w:t>
      </w:r>
      <w:r w:rsidRPr="009D21BC">
        <w:rPr>
          <w:rFonts w:ascii="Times New Roman" w:hAnsi="Times New Roman" w:cs="Times New Roman"/>
          <w:sz w:val="24"/>
          <w:szCs w:val="24"/>
        </w:rPr>
        <w:t>being</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preferred</w:t>
      </w:r>
      <w:r>
        <w:rPr>
          <w:rFonts w:ascii="Times New Roman" w:hAnsi="Times New Roman" w:cs="Times New Roman"/>
          <w:sz w:val="24"/>
          <w:szCs w:val="24"/>
        </w:rPr>
        <w:t xml:space="preserve"> </w:t>
      </w:r>
      <w:r w:rsidRPr="009D21BC">
        <w:rPr>
          <w:rFonts w:ascii="Times New Roman" w:hAnsi="Times New Roman" w:cs="Times New Roman"/>
          <w:sz w:val="24"/>
          <w:szCs w:val="24"/>
        </w:rPr>
        <w:t>destination</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health</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ensuring</w:t>
      </w:r>
      <w:r>
        <w:rPr>
          <w:rFonts w:ascii="Times New Roman" w:hAnsi="Times New Roman" w:cs="Times New Roman"/>
          <w:sz w:val="24"/>
          <w:szCs w:val="24"/>
        </w:rPr>
        <w:t xml:space="preserve"> </w:t>
      </w:r>
      <w:r w:rsidRPr="009D21BC">
        <w:rPr>
          <w:rFonts w:ascii="Times New Roman" w:hAnsi="Times New Roman" w:cs="Times New Roman"/>
          <w:sz w:val="24"/>
          <w:szCs w:val="24"/>
        </w:rPr>
        <w:t>quality,</w:t>
      </w:r>
      <w:r>
        <w:rPr>
          <w:rFonts w:ascii="Times New Roman" w:hAnsi="Times New Roman" w:cs="Times New Roman"/>
          <w:sz w:val="24"/>
          <w:szCs w:val="24"/>
        </w:rPr>
        <w:t xml:space="preserve"> </w:t>
      </w:r>
      <w:r w:rsidRPr="009D21BC">
        <w:rPr>
          <w:rFonts w:ascii="Times New Roman" w:hAnsi="Times New Roman" w:cs="Times New Roman"/>
          <w:sz w:val="24"/>
          <w:szCs w:val="24"/>
        </w:rPr>
        <w:t>affordability,</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transparency.</w:t>
      </w:r>
    </w:p>
    <w:p w:rsidR="00600AC2" w:rsidRPr="00E5081E" w:rsidRDefault="00600AC2" w:rsidP="00600AC2">
      <w:pPr>
        <w:spacing w:after="240" w:line="360" w:lineRule="auto"/>
        <w:jc w:val="both"/>
        <w:rPr>
          <w:rFonts w:ascii="Times New Roman" w:hAnsi="Times New Roman" w:cs="Times New Roman"/>
          <w:b/>
          <w:bCs/>
          <w:sz w:val="28"/>
          <w:szCs w:val="24"/>
        </w:rPr>
      </w:pPr>
      <w:r w:rsidRPr="00E5081E">
        <w:rPr>
          <w:rFonts w:ascii="Times New Roman" w:hAnsi="Times New Roman" w:cs="Times New Roman"/>
          <w:b/>
          <w:bCs/>
          <w:sz w:val="28"/>
          <w:szCs w:val="24"/>
        </w:rPr>
        <w:lastRenderedPageBreak/>
        <w:t>3.3 KEY SERVICES OFFERED</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facilitates</w:t>
      </w:r>
      <w:r>
        <w:rPr>
          <w:rFonts w:ascii="Times New Roman" w:hAnsi="Times New Roman" w:cs="Times New Roman"/>
          <w:sz w:val="24"/>
          <w:szCs w:val="24"/>
        </w:rPr>
        <w:t xml:space="preserve"> </w:t>
      </w:r>
      <w:r w:rsidRPr="009D21BC">
        <w:rPr>
          <w:rFonts w:ascii="Times New Roman" w:hAnsi="Times New Roman" w:cs="Times New Roman"/>
          <w:sz w:val="24"/>
          <w:szCs w:val="24"/>
        </w:rPr>
        <w:t>health</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order</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provide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best</w:t>
      </w:r>
      <w:r>
        <w:rPr>
          <w:rFonts w:ascii="Times New Roman" w:hAnsi="Times New Roman" w:cs="Times New Roman"/>
          <w:sz w:val="24"/>
          <w:szCs w:val="24"/>
        </w:rPr>
        <w:t xml:space="preserve"> </w:t>
      </w:r>
      <w:r w:rsidRPr="009D21BC">
        <w:rPr>
          <w:rFonts w:ascii="Times New Roman" w:hAnsi="Times New Roman" w:cs="Times New Roman"/>
          <w:sz w:val="24"/>
          <w:szCs w:val="24"/>
        </w:rPr>
        <w:t>service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variety</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including</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doctor</w:t>
      </w:r>
      <w:r>
        <w:rPr>
          <w:rFonts w:ascii="Times New Roman" w:hAnsi="Times New Roman" w:cs="Times New Roman"/>
          <w:sz w:val="24"/>
          <w:szCs w:val="24"/>
        </w:rPr>
        <w:t xml:space="preserve"> </w:t>
      </w:r>
      <w:r w:rsidRPr="009D21BC">
        <w:rPr>
          <w:rFonts w:ascii="Times New Roman" w:hAnsi="Times New Roman" w:cs="Times New Roman"/>
          <w:sz w:val="24"/>
          <w:szCs w:val="24"/>
        </w:rPr>
        <w:t>consultation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second</w:t>
      </w:r>
      <w:r>
        <w:rPr>
          <w:rFonts w:ascii="Times New Roman" w:hAnsi="Times New Roman" w:cs="Times New Roman"/>
          <w:sz w:val="24"/>
          <w:szCs w:val="24"/>
        </w:rPr>
        <w:t xml:space="preserve"> </w:t>
      </w:r>
      <w:r w:rsidRPr="009D21BC">
        <w:rPr>
          <w:rFonts w:ascii="Times New Roman" w:hAnsi="Times New Roman" w:cs="Times New Roman"/>
          <w:sz w:val="24"/>
          <w:szCs w:val="24"/>
        </w:rPr>
        <w:t>opinion,</w:t>
      </w:r>
      <w:r>
        <w:rPr>
          <w:rFonts w:ascii="Times New Roman" w:hAnsi="Times New Roman" w:cs="Times New Roman"/>
          <w:sz w:val="24"/>
          <w:szCs w:val="24"/>
        </w:rPr>
        <w:t xml:space="preserve"> </w:t>
      </w:r>
      <w:r w:rsidRPr="009D21BC">
        <w:rPr>
          <w:rFonts w:ascii="Times New Roman" w:hAnsi="Times New Roman" w:cs="Times New Roman"/>
          <w:sz w:val="24"/>
          <w:szCs w:val="24"/>
        </w:rPr>
        <w:t>hospital</w:t>
      </w:r>
      <w:r>
        <w:rPr>
          <w:rFonts w:ascii="Times New Roman" w:hAnsi="Times New Roman" w:cs="Times New Roman"/>
          <w:sz w:val="24"/>
          <w:szCs w:val="24"/>
        </w:rPr>
        <w:t xml:space="preserve"> </w:t>
      </w:r>
      <w:r w:rsidRPr="009D21BC">
        <w:rPr>
          <w:rFonts w:ascii="Times New Roman" w:hAnsi="Times New Roman" w:cs="Times New Roman"/>
          <w:sz w:val="24"/>
          <w:szCs w:val="24"/>
        </w:rPr>
        <w:t>selection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planning,</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visa</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assistance,</w:t>
      </w:r>
      <w:r>
        <w:rPr>
          <w:rFonts w:ascii="Times New Roman" w:hAnsi="Times New Roman" w:cs="Times New Roman"/>
          <w:sz w:val="24"/>
          <w:szCs w:val="24"/>
        </w:rPr>
        <w:t xml:space="preserve"> </w:t>
      </w:r>
      <w:r w:rsidRPr="009D21BC">
        <w:rPr>
          <w:rFonts w:ascii="Times New Roman" w:hAnsi="Times New Roman" w:cs="Times New Roman"/>
          <w:sz w:val="24"/>
          <w:szCs w:val="24"/>
        </w:rPr>
        <w:t>accommodation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interpreter</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post-</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follow</w:t>
      </w:r>
      <w:r>
        <w:rPr>
          <w:rFonts w:ascii="Times New Roman" w:hAnsi="Times New Roman" w:cs="Times New Roman"/>
          <w:sz w:val="24"/>
          <w:szCs w:val="24"/>
        </w:rPr>
        <w:t xml:space="preserve"> </w:t>
      </w:r>
      <w:r w:rsidRPr="009D21BC">
        <w:rPr>
          <w:rFonts w:ascii="Times New Roman" w:hAnsi="Times New Roman" w:cs="Times New Roman"/>
          <w:sz w:val="24"/>
          <w:szCs w:val="24"/>
        </w:rPr>
        <w:t>up</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relationship</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p>
    <w:p w:rsidR="00600AC2" w:rsidRPr="00133E6A" w:rsidRDefault="00600AC2" w:rsidP="00600AC2">
      <w:pPr>
        <w:spacing w:after="240" w:line="360" w:lineRule="auto"/>
        <w:jc w:val="both"/>
        <w:rPr>
          <w:rFonts w:ascii="Times New Roman" w:hAnsi="Times New Roman" w:cs="Times New Roman"/>
          <w:b/>
          <w:bCs/>
          <w:sz w:val="24"/>
          <w:szCs w:val="24"/>
        </w:rPr>
      </w:pPr>
      <w:r w:rsidRPr="00133E6A">
        <w:rPr>
          <w:rFonts w:ascii="Times New Roman" w:hAnsi="Times New Roman" w:cs="Times New Roman"/>
          <w:b/>
          <w:bCs/>
          <w:sz w:val="24"/>
          <w:szCs w:val="24"/>
        </w:rPr>
        <w:t>1.</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International</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Patient</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Coordination</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an</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coordinator,</w:t>
      </w:r>
      <w:r>
        <w:rPr>
          <w:rFonts w:ascii="Times New Roman" w:hAnsi="Times New Roman" w:cs="Times New Roman"/>
          <w:sz w:val="24"/>
          <w:szCs w:val="24"/>
        </w:rPr>
        <w:t xml:space="preserve"> </w:t>
      </w:r>
      <w:r w:rsidRPr="009D21BC">
        <w:rPr>
          <w:rFonts w:ascii="Times New Roman" w:hAnsi="Times New Roman" w:cs="Times New Roman"/>
          <w:sz w:val="24"/>
          <w:szCs w:val="24"/>
        </w:rPr>
        <w:t>helping</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navigate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entire</w:t>
      </w:r>
      <w:r>
        <w:rPr>
          <w:rFonts w:ascii="Times New Roman" w:hAnsi="Times New Roman" w:cs="Times New Roman"/>
          <w:sz w:val="24"/>
          <w:szCs w:val="24"/>
        </w:rPr>
        <w:t xml:space="preserve"> </w:t>
      </w:r>
      <w:r w:rsidRPr="009D21BC">
        <w:rPr>
          <w:rFonts w:ascii="Times New Roman" w:hAnsi="Times New Roman" w:cs="Times New Roman"/>
          <w:sz w:val="24"/>
          <w:szCs w:val="24"/>
        </w:rPr>
        <w:t>process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abroad.</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facilitates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coordinates</w:t>
      </w:r>
      <w:r>
        <w:rPr>
          <w:rFonts w:ascii="Times New Roman" w:hAnsi="Times New Roman" w:cs="Times New Roman"/>
          <w:sz w:val="24"/>
          <w:szCs w:val="24"/>
        </w:rPr>
        <w:t xml:space="preserve"> </w:t>
      </w:r>
      <w:r w:rsidRPr="009D21BC">
        <w:rPr>
          <w:rFonts w:ascii="Times New Roman" w:hAnsi="Times New Roman" w:cs="Times New Roman"/>
          <w:sz w:val="24"/>
          <w:szCs w:val="24"/>
        </w:rPr>
        <w:t>all</w:t>
      </w:r>
      <w:r>
        <w:rPr>
          <w:rFonts w:ascii="Times New Roman" w:hAnsi="Times New Roman" w:cs="Times New Roman"/>
          <w:sz w:val="24"/>
          <w:szCs w:val="24"/>
        </w:rPr>
        <w:t xml:space="preserve"> </w:t>
      </w:r>
      <w:r w:rsidRPr="009D21BC">
        <w:rPr>
          <w:rFonts w:ascii="Times New Roman" w:hAnsi="Times New Roman" w:cs="Times New Roman"/>
          <w:sz w:val="24"/>
          <w:szCs w:val="24"/>
        </w:rPr>
        <w:t>treatment-related</w:t>
      </w:r>
      <w:r>
        <w:rPr>
          <w:rFonts w:ascii="Times New Roman" w:hAnsi="Times New Roman" w:cs="Times New Roman"/>
          <w:sz w:val="24"/>
          <w:szCs w:val="24"/>
        </w:rPr>
        <w:t xml:space="preserve"> </w:t>
      </w:r>
      <w:r w:rsidRPr="009D21BC">
        <w:rPr>
          <w:rFonts w:ascii="Times New Roman" w:hAnsi="Times New Roman" w:cs="Times New Roman"/>
          <w:sz w:val="24"/>
          <w:szCs w:val="24"/>
        </w:rPr>
        <w:t>aspects,</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initial</w:t>
      </w:r>
      <w:r>
        <w:rPr>
          <w:rFonts w:ascii="Times New Roman" w:hAnsi="Times New Roman" w:cs="Times New Roman"/>
          <w:sz w:val="24"/>
          <w:szCs w:val="24"/>
        </w:rPr>
        <w:t xml:space="preserve"> </w:t>
      </w:r>
      <w:r w:rsidRPr="009D21BC">
        <w:rPr>
          <w:rFonts w:ascii="Times New Roman" w:hAnsi="Times New Roman" w:cs="Times New Roman"/>
          <w:sz w:val="24"/>
          <w:szCs w:val="24"/>
        </w:rPr>
        <w:t>inquiry</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after-treatment</w:t>
      </w:r>
      <w:r>
        <w:rPr>
          <w:rFonts w:ascii="Times New Roman" w:hAnsi="Times New Roman" w:cs="Times New Roman"/>
          <w:sz w:val="24"/>
          <w:szCs w:val="24"/>
        </w:rPr>
        <w:t xml:space="preserve"> </w:t>
      </w:r>
      <w:r w:rsidRPr="009D21BC">
        <w:rPr>
          <w:rFonts w:ascii="Times New Roman" w:hAnsi="Times New Roman" w:cs="Times New Roman"/>
          <w:sz w:val="24"/>
          <w:szCs w:val="24"/>
        </w:rPr>
        <w:t>follow</w:t>
      </w:r>
      <w:r>
        <w:rPr>
          <w:rFonts w:ascii="Times New Roman" w:hAnsi="Times New Roman" w:cs="Times New Roman"/>
          <w:sz w:val="24"/>
          <w:szCs w:val="24"/>
        </w:rPr>
        <w:t xml:space="preserve"> </w:t>
      </w:r>
      <w:r w:rsidRPr="009D21BC">
        <w:rPr>
          <w:rFonts w:ascii="Times New Roman" w:hAnsi="Times New Roman" w:cs="Times New Roman"/>
          <w:sz w:val="24"/>
          <w:szCs w:val="24"/>
        </w:rPr>
        <w:t>up.</w:t>
      </w:r>
    </w:p>
    <w:p w:rsidR="00600AC2" w:rsidRPr="00133E6A" w:rsidRDefault="00600AC2" w:rsidP="00600AC2">
      <w:pPr>
        <w:spacing w:after="240" w:line="360" w:lineRule="auto"/>
        <w:jc w:val="both"/>
        <w:rPr>
          <w:rFonts w:ascii="Times New Roman" w:hAnsi="Times New Roman" w:cs="Times New Roman"/>
          <w:b/>
          <w:bCs/>
          <w:sz w:val="24"/>
          <w:szCs w:val="24"/>
        </w:rPr>
      </w:pPr>
      <w:r w:rsidRPr="00133E6A">
        <w:rPr>
          <w:rFonts w:ascii="Times New Roman" w:hAnsi="Times New Roman" w:cs="Times New Roman"/>
          <w:b/>
          <w:bCs/>
          <w:sz w:val="24"/>
          <w:szCs w:val="24"/>
        </w:rPr>
        <w:t>2.</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Doctor</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Consultation</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and</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Medical</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Second</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Opinions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facilitates</w:t>
      </w:r>
      <w:r>
        <w:rPr>
          <w:rFonts w:ascii="Times New Roman" w:hAnsi="Times New Roman" w:cs="Times New Roman"/>
          <w:sz w:val="24"/>
          <w:szCs w:val="24"/>
        </w:rPr>
        <w:t xml:space="preserve"> </w:t>
      </w:r>
      <w:r w:rsidRPr="009D21BC">
        <w:rPr>
          <w:rFonts w:ascii="Times New Roman" w:hAnsi="Times New Roman" w:cs="Times New Roman"/>
          <w:sz w:val="24"/>
          <w:szCs w:val="24"/>
        </w:rPr>
        <w:t>consultations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variety</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specialities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helps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get</w:t>
      </w:r>
      <w:r>
        <w:rPr>
          <w:rFonts w:ascii="Times New Roman" w:hAnsi="Times New Roman" w:cs="Times New Roman"/>
          <w:sz w:val="24"/>
          <w:szCs w:val="24"/>
        </w:rPr>
        <w:t xml:space="preserve"> </w:t>
      </w:r>
      <w:r w:rsidRPr="009D21BC">
        <w:rPr>
          <w:rFonts w:ascii="Times New Roman" w:hAnsi="Times New Roman" w:cs="Times New Roman"/>
          <w:sz w:val="24"/>
          <w:szCs w:val="24"/>
        </w:rPr>
        <w:t>second</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opinions</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reviewing</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reports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renowned</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them</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options.</w:t>
      </w:r>
    </w:p>
    <w:p w:rsidR="00600AC2" w:rsidRPr="00133E6A" w:rsidRDefault="00600AC2" w:rsidP="00600AC2">
      <w:pPr>
        <w:spacing w:after="24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133E6A">
        <w:rPr>
          <w:rFonts w:ascii="Times New Roman" w:hAnsi="Times New Roman" w:cs="Times New Roman"/>
          <w:b/>
          <w:bCs/>
          <w:sz w:val="24"/>
          <w:szCs w:val="24"/>
        </w:rPr>
        <w:t>3.</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Hospital</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Selection</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and</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Treatment</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Planning</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assists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selecting</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best</w:t>
      </w:r>
      <w:r>
        <w:rPr>
          <w:rFonts w:ascii="Times New Roman" w:hAnsi="Times New Roman" w:cs="Times New Roman"/>
          <w:sz w:val="24"/>
          <w:szCs w:val="24"/>
        </w:rPr>
        <w:t xml:space="preserve"> </w:t>
      </w:r>
      <w:r w:rsidRPr="009D21BC">
        <w:rPr>
          <w:rFonts w:ascii="Times New Roman" w:hAnsi="Times New Roman" w:cs="Times New Roman"/>
          <w:sz w:val="24"/>
          <w:szCs w:val="24"/>
        </w:rPr>
        <w:t>hospital</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doctor</w:t>
      </w:r>
      <w:r>
        <w:rPr>
          <w:rFonts w:ascii="Times New Roman" w:hAnsi="Times New Roman" w:cs="Times New Roman"/>
          <w:sz w:val="24"/>
          <w:szCs w:val="24"/>
        </w:rPr>
        <w:t xml:space="preserve"> </w:t>
      </w:r>
      <w:r w:rsidRPr="009D21BC">
        <w:rPr>
          <w:rFonts w:ascii="Times New Roman" w:hAnsi="Times New Roman" w:cs="Times New Roman"/>
          <w:sz w:val="24"/>
          <w:szCs w:val="24"/>
        </w:rPr>
        <w:t>based</w:t>
      </w:r>
      <w:r>
        <w:rPr>
          <w:rFonts w:ascii="Times New Roman" w:hAnsi="Times New Roman" w:cs="Times New Roman"/>
          <w:sz w:val="24"/>
          <w:szCs w:val="24"/>
        </w:rPr>
        <w:t xml:space="preserve"> </w:t>
      </w:r>
      <w:r w:rsidRPr="009D21BC">
        <w:rPr>
          <w:rFonts w:ascii="Times New Roman" w:hAnsi="Times New Roman" w:cs="Times New Roman"/>
          <w:sz w:val="24"/>
          <w:szCs w:val="24"/>
        </w:rPr>
        <w:t>on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patient‗s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needs,</w:t>
      </w:r>
      <w:r>
        <w:rPr>
          <w:rFonts w:ascii="Times New Roman" w:hAnsi="Times New Roman" w:cs="Times New Roman"/>
          <w:sz w:val="24"/>
          <w:szCs w:val="24"/>
        </w:rPr>
        <w:t xml:space="preserve"> </w:t>
      </w:r>
      <w:r w:rsidRPr="009D21BC">
        <w:rPr>
          <w:rFonts w:ascii="Times New Roman" w:hAnsi="Times New Roman" w:cs="Times New Roman"/>
          <w:sz w:val="24"/>
          <w:szCs w:val="24"/>
        </w:rPr>
        <w:t>budget,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personal</w:t>
      </w:r>
      <w:r>
        <w:rPr>
          <w:rFonts w:ascii="Times New Roman" w:hAnsi="Times New Roman" w:cs="Times New Roman"/>
          <w:sz w:val="24"/>
          <w:szCs w:val="24"/>
        </w:rPr>
        <w:t xml:space="preserve"> </w:t>
      </w:r>
      <w:r w:rsidRPr="009D21BC">
        <w:rPr>
          <w:rFonts w:ascii="Times New Roman" w:hAnsi="Times New Roman" w:cs="Times New Roman"/>
          <w:sz w:val="24"/>
          <w:szCs w:val="24"/>
        </w:rPr>
        <w:t>preferences.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addition,</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provides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options,</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expense</w:t>
      </w:r>
      <w:r>
        <w:rPr>
          <w:rFonts w:ascii="Times New Roman" w:hAnsi="Times New Roman" w:cs="Times New Roman"/>
          <w:sz w:val="24"/>
          <w:szCs w:val="24"/>
        </w:rPr>
        <w:t xml:space="preserve"> </w:t>
      </w:r>
      <w:r w:rsidRPr="009D21BC">
        <w:rPr>
          <w:rFonts w:ascii="Times New Roman" w:hAnsi="Times New Roman" w:cs="Times New Roman"/>
          <w:sz w:val="24"/>
          <w:szCs w:val="24"/>
        </w:rPr>
        <w:t>estimation,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length</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duration,</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well</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personal</w:t>
      </w:r>
      <w:r>
        <w:rPr>
          <w:rFonts w:ascii="Times New Roman" w:hAnsi="Times New Roman" w:cs="Times New Roman"/>
          <w:sz w:val="24"/>
          <w:szCs w:val="24"/>
        </w:rPr>
        <w:t xml:space="preserve"> </w:t>
      </w:r>
      <w:r w:rsidRPr="009D21BC">
        <w:rPr>
          <w:rFonts w:ascii="Times New Roman" w:hAnsi="Times New Roman" w:cs="Times New Roman"/>
          <w:sz w:val="24"/>
          <w:szCs w:val="24"/>
        </w:rPr>
        <w:t>supervision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all</w:t>
      </w:r>
      <w:r>
        <w:rPr>
          <w:rFonts w:ascii="Times New Roman" w:hAnsi="Times New Roman" w:cs="Times New Roman"/>
          <w:sz w:val="24"/>
          <w:szCs w:val="24"/>
        </w:rPr>
        <w:t xml:space="preserve"> </w:t>
      </w:r>
      <w:r w:rsidRPr="009D21BC">
        <w:rPr>
          <w:rFonts w:ascii="Times New Roman" w:hAnsi="Times New Roman" w:cs="Times New Roman"/>
          <w:sz w:val="24"/>
          <w:szCs w:val="24"/>
        </w:rPr>
        <w:t>treatment-related</w:t>
      </w:r>
      <w:r>
        <w:rPr>
          <w:rFonts w:ascii="Times New Roman" w:hAnsi="Times New Roman" w:cs="Times New Roman"/>
          <w:sz w:val="24"/>
          <w:szCs w:val="24"/>
        </w:rPr>
        <w:t xml:space="preserve"> </w:t>
      </w:r>
      <w:r w:rsidRPr="009D21BC">
        <w:rPr>
          <w:rFonts w:ascii="Times New Roman" w:hAnsi="Times New Roman" w:cs="Times New Roman"/>
          <w:sz w:val="24"/>
          <w:szCs w:val="24"/>
        </w:rPr>
        <w:t>aspects.</w:t>
      </w:r>
    </w:p>
    <w:p w:rsidR="00600AC2" w:rsidRPr="00133E6A" w:rsidRDefault="00600AC2" w:rsidP="00600AC2">
      <w:pPr>
        <w:spacing w:after="240" w:line="360" w:lineRule="auto"/>
        <w:jc w:val="both"/>
        <w:rPr>
          <w:rFonts w:ascii="Times New Roman" w:hAnsi="Times New Roman" w:cs="Times New Roman"/>
          <w:b/>
          <w:bCs/>
          <w:sz w:val="24"/>
          <w:szCs w:val="24"/>
        </w:rPr>
      </w:pPr>
      <w:r w:rsidRPr="00133E6A">
        <w:rPr>
          <w:rFonts w:ascii="Times New Roman" w:hAnsi="Times New Roman" w:cs="Times New Roman"/>
          <w:b/>
          <w:bCs/>
          <w:sz w:val="24"/>
          <w:szCs w:val="24"/>
        </w:rPr>
        <w:t>4.</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Medical</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Visa</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and</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Travel</w:t>
      </w:r>
      <w:r>
        <w:rPr>
          <w:rFonts w:ascii="Times New Roman" w:hAnsi="Times New Roman" w:cs="Times New Roman"/>
          <w:b/>
          <w:bCs/>
          <w:sz w:val="24"/>
          <w:szCs w:val="24"/>
        </w:rPr>
        <w:t xml:space="preserve"> </w:t>
      </w:r>
      <w:r w:rsidRPr="00133E6A">
        <w:rPr>
          <w:rFonts w:ascii="Times New Roman" w:hAnsi="Times New Roman" w:cs="Times New Roman"/>
          <w:b/>
          <w:bCs/>
          <w:sz w:val="24"/>
          <w:szCs w:val="24"/>
        </w:rPr>
        <w:t>Assistance</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provides</w:t>
      </w:r>
      <w:r>
        <w:rPr>
          <w:rFonts w:ascii="Times New Roman" w:hAnsi="Times New Roman" w:cs="Times New Roman"/>
          <w:sz w:val="24"/>
          <w:szCs w:val="24"/>
        </w:rPr>
        <w:t xml:space="preserve"> </w:t>
      </w:r>
      <w:r w:rsidRPr="009D21BC">
        <w:rPr>
          <w:rFonts w:ascii="Times New Roman" w:hAnsi="Times New Roman" w:cs="Times New Roman"/>
          <w:sz w:val="24"/>
          <w:szCs w:val="24"/>
        </w:rPr>
        <w:t>comprehensive</w:t>
      </w:r>
      <w:r>
        <w:rPr>
          <w:rFonts w:ascii="Times New Roman" w:hAnsi="Times New Roman" w:cs="Times New Roman"/>
          <w:sz w:val="24"/>
          <w:szCs w:val="24"/>
        </w:rPr>
        <w:t xml:space="preserve"> </w:t>
      </w:r>
      <w:r w:rsidRPr="009D21BC">
        <w:rPr>
          <w:rFonts w:ascii="Times New Roman" w:hAnsi="Times New Roman" w:cs="Times New Roman"/>
          <w:sz w:val="24"/>
          <w:szCs w:val="24"/>
        </w:rPr>
        <w:t>visa</w:t>
      </w:r>
      <w:r>
        <w:rPr>
          <w:rFonts w:ascii="Times New Roman" w:hAnsi="Times New Roman" w:cs="Times New Roman"/>
          <w:sz w:val="24"/>
          <w:szCs w:val="24"/>
        </w:rPr>
        <w:t xml:space="preserve"> </w:t>
      </w:r>
      <w:r w:rsidRPr="009D21BC">
        <w:rPr>
          <w:rFonts w:ascii="Times New Roman" w:hAnsi="Times New Roman" w:cs="Times New Roman"/>
          <w:sz w:val="24"/>
          <w:szCs w:val="24"/>
        </w:rPr>
        <w:t>assistance</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travelling</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including</w:t>
      </w:r>
      <w:r>
        <w:rPr>
          <w:rFonts w:ascii="Times New Roman" w:hAnsi="Times New Roman" w:cs="Times New Roman"/>
          <w:sz w:val="24"/>
          <w:szCs w:val="24"/>
        </w:rPr>
        <w:t xml:space="preserve"> </w:t>
      </w:r>
      <w:r w:rsidRPr="009D21BC">
        <w:rPr>
          <w:rFonts w:ascii="Times New Roman" w:hAnsi="Times New Roman" w:cs="Times New Roman"/>
          <w:sz w:val="24"/>
          <w:szCs w:val="24"/>
        </w:rPr>
        <w:t>guidance</w:t>
      </w:r>
      <w:r>
        <w:rPr>
          <w:rFonts w:ascii="Times New Roman" w:hAnsi="Times New Roman" w:cs="Times New Roman"/>
          <w:sz w:val="24"/>
          <w:szCs w:val="24"/>
        </w:rPr>
        <w:t xml:space="preserve"> </w:t>
      </w:r>
      <w:r w:rsidRPr="009D21BC">
        <w:rPr>
          <w:rFonts w:ascii="Times New Roman" w:hAnsi="Times New Roman" w:cs="Times New Roman"/>
          <w:sz w:val="24"/>
          <w:szCs w:val="24"/>
        </w:rPr>
        <w:t>on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visa</w:t>
      </w:r>
      <w:r>
        <w:rPr>
          <w:rFonts w:ascii="Times New Roman" w:hAnsi="Times New Roman" w:cs="Times New Roman"/>
          <w:sz w:val="24"/>
          <w:szCs w:val="24"/>
        </w:rPr>
        <w:t xml:space="preserve"> </w:t>
      </w:r>
      <w:r w:rsidRPr="009D21BC">
        <w:rPr>
          <w:rFonts w:ascii="Times New Roman" w:hAnsi="Times New Roman" w:cs="Times New Roman"/>
          <w:sz w:val="24"/>
          <w:szCs w:val="24"/>
        </w:rPr>
        <w:t>process,</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well</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personal</w:t>
      </w:r>
      <w:r>
        <w:rPr>
          <w:rFonts w:ascii="Times New Roman" w:hAnsi="Times New Roman" w:cs="Times New Roman"/>
          <w:sz w:val="24"/>
          <w:szCs w:val="24"/>
        </w:rPr>
        <w:t xml:space="preserve"> </w:t>
      </w:r>
      <w:r w:rsidRPr="009D21BC">
        <w:rPr>
          <w:rFonts w:ascii="Times New Roman" w:hAnsi="Times New Roman" w:cs="Times New Roman"/>
          <w:sz w:val="24"/>
          <w:szCs w:val="24"/>
        </w:rPr>
        <w:t>help</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all</w:t>
      </w:r>
      <w:r>
        <w:rPr>
          <w:rFonts w:ascii="Times New Roman" w:hAnsi="Times New Roman" w:cs="Times New Roman"/>
          <w:sz w:val="24"/>
          <w:szCs w:val="24"/>
        </w:rPr>
        <w:t xml:space="preserve"> </w:t>
      </w:r>
      <w:r w:rsidRPr="009D21BC">
        <w:rPr>
          <w:rFonts w:ascii="Times New Roman" w:hAnsi="Times New Roman" w:cs="Times New Roman"/>
          <w:sz w:val="24"/>
          <w:szCs w:val="24"/>
        </w:rPr>
        <w:t>aspects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such</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flights,</w:t>
      </w:r>
      <w:r>
        <w:rPr>
          <w:rFonts w:ascii="Times New Roman" w:hAnsi="Times New Roman" w:cs="Times New Roman"/>
          <w:sz w:val="24"/>
          <w:szCs w:val="24"/>
        </w:rPr>
        <w:t xml:space="preserve"> </w:t>
      </w:r>
      <w:r w:rsidRPr="009D21BC">
        <w:rPr>
          <w:rFonts w:ascii="Times New Roman" w:hAnsi="Times New Roman" w:cs="Times New Roman"/>
          <w:sz w:val="24"/>
          <w:szCs w:val="24"/>
        </w:rPr>
        <w:t>airport</w:t>
      </w:r>
      <w:r>
        <w:rPr>
          <w:rFonts w:ascii="Times New Roman" w:hAnsi="Times New Roman" w:cs="Times New Roman"/>
          <w:sz w:val="24"/>
          <w:szCs w:val="24"/>
        </w:rPr>
        <w:t xml:space="preserve"> </w:t>
      </w:r>
      <w:r w:rsidRPr="009D21BC">
        <w:rPr>
          <w:rFonts w:ascii="Times New Roman" w:hAnsi="Times New Roman" w:cs="Times New Roman"/>
          <w:sz w:val="24"/>
          <w:szCs w:val="24"/>
        </w:rPr>
        <w:t>transfers,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hotel</w:t>
      </w:r>
      <w:r>
        <w:rPr>
          <w:rFonts w:ascii="Times New Roman" w:hAnsi="Times New Roman" w:cs="Times New Roman"/>
          <w:sz w:val="24"/>
          <w:szCs w:val="24"/>
        </w:rPr>
        <w:t xml:space="preserve"> </w:t>
      </w:r>
      <w:r w:rsidRPr="009D21BC">
        <w:rPr>
          <w:rFonts w:ascii="Times New Roman" w:hAnsi="Times New Roman" w:cs="Times New Roman"/>
          <w:sz w:val="24"/>
          <w:szCs w:val="24"/>
        </w:rPr>
        <w:t>bookings.</w:t>
      </w:r>
    </w:p>
    <w:p w:rsidR="00600AC2" w:rsidRPr="006A0841" w:rsidRDefault="00600AC2" w:rsidP="00600AC2">
      <w:pPr>
        <w:spacing w:after="240" w:line="360" w:lineRule="auto"/>
        <w:jc w:val="both"/>
        <w:rPr>
          <w:rFonts w:ascii="Times New Roman" w:hAnsi="Times New Roman" w:cs="Times New Roman"/>
          <w:b/>
          <w:bCs/>
          <w:sz w:val="24"/>
          <w:szCs w:val="24"/>
        </w:rPr>
      </w:pPr>
      <w:r w:rsidRPr="006A0841">
        <w:rPr>
          <w:rFonts w:ascii="Times New Roman" w:hAnsi="Times New Roman" w:cs="Times New Roman"/>
          <w:b/>
          <w:bCs/>
          <w:sz w:val="24"/>
          <w:szCs w:val="24"/>
        </w:rPr>
        <w:t>5.</w:t>
      </w:r>
      <w:r>
        <w:rPr>
          <w:rFonts w:ascii="Times New Roman" w:hAnsi="Times New Roman" w:cs="Times New Roman"/>
          <w:b/>
          <w:bCs/>
          <w:sz w:val="24"/>
          <w:szCs w:val="24"/>
        </w:rPr>
        <w:t xml:space="preserve"> </w:t>
      </w:r>
      <w:r w:rsidRPr="006A0841">
        <w:rPr>
          <w:rFonts w:ascii="Times New Roman" w:hAnsi="Times New Roman" w:cs="Times New Roman"/>
          <w:b/>
          <w:bCs/>
          <w:sz w:val="24"/>
          <w:szCs w:val="24"/>
        </w:rPr>
        <w:t>Accommodation</w:t>
      </w:r>
      <w:r>
        <w:rPr>
          <w:rFonts w:ascii="Times New Roman" w:hAnsi="Times New Roman" w:cs="Times New Roman"/>
          <w:b/>
          <w:bCs/>
          <w:sz w:val="24"/>
          <w:szCs w:val="24"/>
        </w:rPr>
        <w:t xml:space="preserve"> </w:t>
      </w:r>
      <w:r w:rsidRPr="006A0841">
        <w:rPr>
          <w:rFonts w:ascii="Times New Roman" w:hAnsi="Times New Roman" w:cs="Times New Roman"/>
          <w:b/>
          <w:bCs/>
          <w:sz w:val="24"/>
          <w:szCs w:val="24"/>
        </w:rPr>
        <w:t>and</w:t>
      </w:r>
      <w:r>
        <w:rPr>
          <w:rFonts w:ascii="Times New Roman" w:hAnsi="Times New Roman" w:cs="Times New Roman"/>
          <w:b/>
          <w:bCs/>
          <w:sz w:val="24"/>
          <w:szCs w:val="24"/>
        </w:rPr>
        <w:t xml:space="preserve"> </w:t>
      </w:r>
      <w:r w:rsidRPr="006A0841">
        <w:rPr>
          <w:rFonts w:ascii="Times New Roman" w:hAnsi="Times New Roman" w:cs="Times New Roman"/>
          <w:b/>
          <w:bCs/>
          <w:sz w:val="24"/>
          <w:szCs w:val="24"/>
        </w:rPr>
        <w:t>Interpreter</w:t>
      </w:r>
      <w:r>
        <w:rPr>
          <w:rFonts w:ascii="Times New Roman" w:hAnsi="Times New Roman" w:cs="Times New Roman"/>
          <w:b/>
          <w:bCs/>
          <w:sz w:val="24"/>
          <w:szCs w:val="24"/>
        </w:rPr>
        <w:t xml:space="preserve"> </w:t>
      </w:r>
      <w:r w:rsidRPr="006A0841">
        <w:rPr>
          <w:rFonts w:ascii="Times New Roman" w:hAnsi="Times New Roman" w:cs="Times New Roman"/>
          <w:b/>
          <w:bCs/>
          <w:sz w:val="24"/>
          <w:szCs w:val="24"/>
        </w:rPr>
        <w:t>Services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makes</w:t>
      </w:r>
      <w:r>
        <w:rPr>
          <w:rFonts w:ascii="Times New Roman" w:hAnsi="Times New Roman" w:cs="Times New Roman"/>
          <w:sz w:val="24"/>
          <w:szCs w:val="24"/>
        </w:rPr>
        <w:t xml:space="preserve"> </w:t>
      </w:r>
      <w:r w:rsidRPr="009D21BC">
        <w:rPr>
          <w:rFonts w:ascii="Times New Roman" w:hAnsi="Times New Roman" w:cs="Times New Roman"/>
          <w:sz w:val="24"/>
          <w:szCs w:val="24"/>
        </w:rPr>
        <w:t>arrangements</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comfortable</w:t>
      </w:r>
      <w:r>
        <w:rPr>
          <w:rFonts w:ascii="Times New Roman" w:hAnsi="Times New Roman" w:cs="Times New Roman"/>
          <w:sz w:val="24"/>
          <w:szCs w:val="24"/>
        </w:rPr>
        <w:t xml:space="preserve"> </w:t>
      </w:r>
      <w:r w:rsidRPr="009D21BC">
        <w:rPr>
          <w:rFonts w:ascii="Times New Roman" w:hAnsi="Times New Roman" w:cs="Times New Roman"/>
          <w:sz w:val="24"/>
          <w:szCs w:val="24"/>
        </w:rPr>
        <w:t>accommodation</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attendants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hotels</w:t>
      </w:r>
      <w:r>
        <w:rPr>
          <w:rFonts w:ascii="Times New Roman" w:hAnsi="Times New Roman" w:cs="Times New Roman"/>
          <w:sz w:val="24"/>
          <w:szCs w:val="24"/>
        </w:rPr>
        <w:t xml:space="preserve"> </w:t>
      </w:r>
      <w:r w:rsidRPr="009D21BC">
        <w:rPr>
          <w:rFonts w:ascii="Times New Roman" w:hAnsi="Times New Roman" w:cs="Times New Roman"/>
          <w:sz w:val="24"/>
          <w:szCs w:val="24"/>
        </w:rPr>
        <w:t>near</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Moreover,</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can</w:t>
      </w:r>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assist</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interpreters</w:t>
      </w:r>
      <w:r>
        <w:rPr>
          <w:rFonts w:ascii="Times New Roman" w:hAnsi="Times New Roman" w:cs="Times New Roman"/>
          <w:sz w:val="24"/>
          <w:szCs w:val="24"/>
        </w:rPr>
        <w:t xml:space="preserve"> </w:t>
      </w:r>
      <w:r w:rsidRPr="009D21BC">
        <w:rPr>
          <w:rFonts w:ascii="Times New Roman" w:hAnsi="Times New Roman" w:cs="Times New Roman"/>
          <w:sz w:val="24"/>
          <w:szCs w:val="24"/>
        </w:rPr>
        <w:t>so</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they</w:t>
      </w:r>
      <w:r>
        <w:rPr>
          <w:rFonts w:ascii="Times New Roman" w:hAnsi="Times New Roman" w:cs="Times New Roman"/>
          <w:sz w:val="24"/>
          <w:szCs w:val="24"/>
        </w:rPr>
        <w:t xml:space="preserve"> </w:t>
      </w:r>
      <w:r w:rsidRPr="009D21BC">
        <w:rPr>
          <w:rFonts w:ascii="Times New Roman" w:hAnsi="Times New Roman" w:cs="Times New Roman"/>
          <w:sz w:val="24"/>
          <w:szCs w:val="24"/>
        </w:rPr>
        <w:t>can</w:t>
      </w:r>
      <w:r>
        <w:rPr>
          <w:rFonts w:ascii="Times New Roman" w:hAnsi="Times New Roman" w:cs="Times New Roman"/>
          <w:sz w:val="24"/>
          <w:szCs w:val="24"/>
        </w:rPr>
        <w:t xml:space="preserve"> </w:t>
      </w:r>
      <w:r w:rsidRPr="009D21BC">
        <w:rPr>
          <w:rFonts w:ascii="Times New Roman" w:hAnsi="Times New Roman" w:cs="Times New Roman"/>
          <w:sz w:val="24"/>
          <w:szCs w:val="24"/>
        </w:rPr>
        <w:t>communicate</w:t>
      </w:r>
      <w:r>
        <w:rPr>
          <w:rFonts w:ascii="Times New Roman" w:hAnsi="Times New Roman" w:cs="Times New Roman"/>
          <w:sz w:val="24"/>
          <w:szCs w:val="24"/>
        </w:rPr>
        <w:t xml:space="preserve"> </w:t>
      </w:r>
      <w:r w:rsidRPr="009D21BC">
        <w:rPr>
          <w:rFonts w:ascii="Times New Roman" w:hAnsi="Times New Roman" w:cs="Times New Roman"/>
          <w:sz w:val="24"/>
          <w:szCs w:val="24"/>
        </w:rPr>
        <w:t>effectively</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staff.</w:t>
      </w:r>
    </w:p>
    <w:p w:rsidR="00600AC2" w:rsidRPr="006A0841" w:rsidRDefault="00600AC2" w:rsidP="00600AC2">
      <w:pPr>
        <w:spacing w:after="240" w:line="360" w:lineRule="auto"/>
        <w:jc w:val="both"/>
        <w:rPr>
          <w:rFonts w:ascii="Times New Roman" w:hAnsi="Times New Roman" w:cs="Times New Roman"/>
          <w:b/>
          <w:bCs/>
          <w:sz w:val="24"/>
          <w:szCs w:val="24"/>
        </w:rPr>
      </w:pPr>
      <w:r w:rsidRPr="006A0841">
        <w:rPr>
          <w:rFonts w:ascii="Times New Roman" w:hAnsi="Times New Roman" w:cs="Times New Roman"/>
          <w:b/>
          <w:bCs/>
          <w:sz w:val="24"/>
          <w:szCs w:val="24"/>
        </w:rPr>
        <w:lastRenderedPageBreak/>
        <w:t>6.</w:t>
      </w:r>
      <w:r>
        <w:rPr>
          <w:rFonts w:ascii="Times New Roman" w:hAnsi="Times New Roman" w:cs="Times New Roman"/>
          <w:b/>
          <w:bCs/>
          <w:sz w:val="24"/>
          <w:szCs w:val="24"/>
        </w:rPr>
        <w:t xml:space="preserve"> </w:t>
      </w:r>
      <w:r w:rsidRPr="006A0841">
        <w:rPr>
          <w:rFonts w:ascii="Times New Roman" w:hAnsi="Times New Roman" w:cs="Times New Roman"/>
          <w:b/>
          <w:bCs/>
          <w:sz w:val="24"/>
          <w:szCs w:val="24"/>
        </w:rPr>
        <w:t>Post-Treatment</w:t>
      </w:r>
      <w:r>
        <w:rPr>
          <w:rFonts w:ascii="Times New Roman" w:hAnsi="Times New Roman" w:cs="Times New Roman"/>
          <w:b/>
          <w:bCs/>
          <w:sz w:val="24"/>
          <w:szCs w:val="24"/>
        </w:rPr>
        <w:t xml:space="preserve"> </w:t>
      </w:r>
      <w:r w:rsidRPr="006A0841">
        <w:rPr>
          <w:rFonts w:ascii="Times New Roman" w:hAnsi="Times New Roman" w:cs="Times New Roman"/>
          <w:b/>
          <w:bCs/>
          <w:sz w:val="24"/>
          <w:szCs w:val="24"/>
        </w:rPr>
        <w:t>Follow</w:t>
      </w:r>
      <w:r>
        <w:rPr>
          <w:rFonts w:ascii="Times New Roman" w:hAnsi="Times New Roman" w:cs="Times New Roman"/>
          <w:b/>
          <w:bCs/>
          <w:sz w:val="24"/>
          <w:szCs w:val="24"/>
        </w:rPr>
        <w:t xml:space="preserve"> </w:t>
      </w:r>
      <w:r w:rsidRPr="006A0841">
        <w:rPr>
          <w:rFonts w:ascii="Times New Roman" w:hAnsi="Times New Roman" w:cs="Times New Roman"/>
          <w:b/>
          <w:bCs/>
          <w:sz w:val="24"/>
          <w:szCs w:val="24"/>
        </w:rPr>
        <w:t>up</w:t>
      </w:r>
      <w:r>
        <w:rPr>
          <w:rFonts w:ascii="Times New Roman" w:hAnsi="Times New Roman" w:cs="Times New Roman"/>
          <w:b/>
          <w:bCs/>
          <w:sz w:val="24"/>
          <w:szCs w:val="24"/>
        </w:rPr>
        <w:t xml:space="preserve"> </w:t>
      </w:r>
      <w:r w:rsidRPr="006A0841">
        <w:rPr>
          <w:rFonts w:ascii="Times New Roman" w:hAnsi="Times New Roman" w:cs="Times New Roman"/>
          <w:b/>
          <w:bCs/>
          <w:sz w:val="24"/>
          <w:szCs w:val="24"/>
        </w:rPr>
        <w:t>and</w:t>
      </w:r>
      <w:r>
        <w:rPr>
          <w:rFonts w:ascii="Times New Roman" w:hAnsi="Times New Roman" w:cs="Times New Roman"/>
          <w:b/>
          <w:bCs/>
          <w:sz w:val="24"/>
          <w:szCs w:val="24"/>
        </w:rPr>
        <w:t xml:space="preserve"> </w:t>
      </w:r>
      <w:r w:rsidRPr="006A0841">
        <w:rPr>
          <w:rFonts w:ascii="Times New Roman" w:hAnsi="Times New Roman" w:cs="Times New Roman"/>
          <w:b/>
          <w:bCs/>
          <w:sz w:val="24"/>
          <w:szCs w:val="24"/>
        </w:rPr>
        <w:t>Customer</w:t>
      </w:r>
      <w:r>
        <w:rPr>
          <w:rFonts w:ascii="Times New Roman" w:hAnsi="Times New Roman" w:cs="Times New Roman"/>
          <w:b/>
          <w:bCs/>
          <w:sz w:val="24"/>
          <w:szCs w:val="24"/>
        </w:rPr>
        <w:t xml:space="preserve"> </w:t>
      </w:r>
      <w:r w:rsidRPr="006A0841">
        <w:rPr>
          <w:rFonts w:ascii="Times New Roman" w:hAnsi="Times New Roman" w:cs="Times New Roman"/>
          <w:b/>
          <w:bCs/>
          <w:sz w:val="24"/>
          <w:szCs w:val="24"/>
        </w:rPr>
        <w:t>Relationship</w:t>
      </w:r>
      <w:r>
        <w:rPr>
          <w:rFonts w:ascii="Times New Roman" w:hAnsi="Times New Roman" w:cs="Times New Roman"/>
          <w:b/>
          <w:bCs/>
          <w:sz w:val="24"/>
          <w:szCs w:val="24"/>
        </w:rPr>
        <w:t xml:space="preserve"> </w:t>
      </w:r>
      <w:r w:rsidRPr="006A0841">
        <w:rPr>
          <w:rFonts w:ascii="Times New Roman" w:hAnsi="Times New Roman" w:cs="Times New Roman"/>
          <w:b/>
          <w:bCs/>
          <w:sz w:val="24"/>
          <w:szCs w:val="24"/>
        </w:rPr>
        <w:t>Management</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Even</w:t>
      </w:r>
      <w:r>
        <w:rPr>
          <w:rFonts w:ascii="Times New Roman" w:hAnsi="Times New Roman" w:cs="Times New Roman"/>
          <w:sz w:val="24"/>
          <w:szCs w:val="24"/>
        </w:rPr>
        <w:t xml:space="preserve"> </w:t>
      </w:r>
      <w:r w:rsidRPr="009D21BC">
        <w:rPr>
          <w:rFonts w:ascii="Times New Roman" w:hAnsi="Times New Roman" w:cs="Times New Roman"/>
          <w:sz w:val="24"/>
          <w:szCs w:val="24"/>
        </w:rPr>
        <w:t>after</w:t>
      </w:r>
      <w:r>
        <w:rPr>
          <w:rFonts w:ascii="Times New Roman" w:hAnsi="Times New Roman" w:cs="Times New Roman"/>
          <w:sz w:val="24"/>
          <w:szCs w:val="24"/>
        </w:rPr>
        <w:t xml:space="preserve"> </w:t>
      </w:r>
      <w:r w:rsidRPr="009D21BC">
        <w:rPr>
          <w:rFonts w:ascii="Times New Roman" w:hAnsi="Times New Roman" w:cs="Times New Roman"/>
          <w:sz w:val="24"/>
          <w:szCs w:val="24"/>
        </w:rPr>
        <w:t>returning</w:t>
      </w:r>
      <w:r>
        <w:rPr>
          <w:rFonts w:ascii="Times New Roman" w:hAnsi="Times New Roman" w:cs="Times New Roman"/>
          <w:sz w:val="24"/>
          <w:szCs w:val="24"/>
        </w:rPr>
        <w:t xml:space="preserve"> </w:t>
      </w:r>
      <w:r w:rsidRPr="009D21BC">
        <w:rPr>
          <w:rFonts w:ascii="Times New Roman" w:hAnsi="Times New Roman" w:cs="Times New Roman"/>
          <w:sz w:val="24"/>
          <w:szCs w:val="24"/>
        </w:rPr>
        <w:t>home,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continues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provide</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supervision</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through</w:t>
      </w:r>
      <w:r>
        <w:rPr>
          <w:rFonts w:ascii="Times New Roman" w:hAnsi="Times New Roman" w:cs="Times New Roman"/>
          <w:sz w:val="24"/>
          <w:szCs w:val="24"/>
        </w:rPr>
        <w:t xml:space="preserve"> </w:t>
      </w:r>
      <w:r w:rsidRPr="009D21BC">
        <w:rPr>
          <w:rFonts w:ascii="Times New Roman" w:hAnsi="Times New Roman" w:cs="Times New Roman"/>
          <w:sz w:val="24"/>
          <w:szCs w:val="24"/>
        </w:rPr>
        <w:t>regular</w:t>
      </w:r>
      <w:r>
        <w:rPr>
          <w:rFonts w:ascii="Times New Roman" w:hAnsi="Times New Roman" w:cs="Times New Roman"/>
          <w:sz w:val="24"/>
          <w:szCs w:val="24"/>
        </w:rPr>
        <w:t xml:space="preserve"> </w:t>
      </w:r>
      <w:r w:rsidRPr="009D21BC">
        <w:rPr>
          <w:rFonts w:ascii="Times New Roman" w:hAnsi="Times New Roman" w:cs="Times New Roman"/>
          <w:sz w:val="24"/>
          <w:szCs w:val="24"/>
        </w:rPr>
        <w:t>follow-up</w:t>
      </w:r>
      <w:r>
        <w:rPr>
          <w:rFonts w:ascii="Times New Roman" w:hAnsi="Times New Roman" w:cs="Times New Roman"/>
          <w:sz w:val="24"/>
          <w:szCs w:val="24"/>
        </w:rPr>
        <w:t xml:space="preserve"> </w:t>
      </w:r>
      <w:r w:rsidRPr="009D21BC">
        <w:rPr>
          <w:rFonts w:ascii="Times New Roman" w:hAnsi="Times New Roman" w:cs="Times New Roman"/>
          <w:sz w:val="24"/>
          <w:szCs w:val="24"/>
        </w:rPr>
        <w:t>consultations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reports,</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well</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managing</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recovery</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Thus,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addition</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offering</w:t>
      </w:r>
      <w:r>
        <w:rPr>
          <w:rFonts w:ascii="Times New Roman" w:hAnsi="Times New Roman" w:cs="Times New Roman"/>
          <w:sz w:val="24"/>
          <w:szCs w:val="24"/>
        </w:rPr>
        <w:t xml:space="preserve"> </w:t>
      </w:r>
      <w:r w:rsidRPr="009D21BC">
        <w:rPr>
          <w:rFonts w:ascii="Times New Roman" w:hAnsi="Times New Roman" w:cs="Times New Roman"/>
          <w:sz w:val="24"/>
          <w:szCs w:val="24"/>
        </w:rPr>
        <w:t>quality</w:t>
      </w:r>
      <w:r>
        <w:rPr>
          <w:rFonts w:ascii="Times New Roman" w:hAnsi="Times New Roman" w:cs="Times New Roman"/>
          <w:sz w:val="24"/>
          <w:szCs w:val="24"/>
        </w:rPr>
        <w:t xml:space="preserve"> </w:t>
      </w:r>
      <w:r w:rsidRPr="009D21BC">
        <w:rPr>
          <w:rFonts w:ascii="Times New Roman" w:hAnsi="Times New Roman" w:cs="Times New Roman"/>
          <w:sz w:val="24"/>
          <w:szCs w:val="24"/>
        </w:rPr>
        <w:t>health</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strengthens</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bonds</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customers,</w:t>
      </w:r>
      <w:r>
        <w:rPr>
          <w:rFonts w:ascii="Times New Roman" w:hAnsi="Times New Roman" w:cs="Times New Roman"/>
          <w:sz w:val="24"/>
          <w:szCs w:val="24"/>
        </w:rPr>
        <w:t xml:space="preserve"> </w:t>
      </w:r>
      <w:r w:rsidRPr="009D21BC">
        <w:rPr>
          <w:rFonts w:ascii="Times New Roman" w:hAnsi="Times New Roman" w:cs="Times New Roman"/>
          <w:sz w:val="24"/>
          <w:szCs w:val="24"/>
        </w:rPr>
        <w:t>resul</w:t>
      </w:r>
      <w:r>
        <w:rPr>
          <w:rFonts w:ascii="Times New Roman" w:hAnsi="Times New Roman" w:cs="Times New Roman"/>
          <w:sz w:val="24"/>
          <w:szCs w:val="24"/>
        </w:rPr>
        <w:t xml:space="preserve">ting in improved client </w:t>
      </w:r>
      <w:r w:rsidRPr="009D21BC">
        <w:rPr>
          <w:rFonts w:ascii="Times New Roman" w:hAnsi="Times New Roman" w:cs="Times New Roman"/>
          <w:sz w:val="24"/>
          <w:szCs w:val="24"/>
        </w:rPr>
        <w:t>relationships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higher</w:t>
      </w:r>
      <w:r>
        <w:rPr>
          <w:rFonts w:ascii="Times New Roman" w:hAnsi="Times New Roman" w:cs="Times New Roman"/>
          <w:sz w:val="24"/>
          <w:szCs w:val="24"/>
        </w:rPr>
        <w:t xml:space="preserve"> </w:t>
      </w:r>
      <w:r w:rsidRPr="009D21BC">
        <w:rPr>
          <w:rFonts w:ascii="Times New Roman" w:hAnsi="Times New Roman" w:cs="Times New Roman"/>
          <w:sz w:val="24"/>
          <w:szCs w:val="24"/>
        </w:rPr>
        <w:t>levels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satisfaction.</w:t>
      </w:r>
    </w:p>
    <w:p w:rsidR="00600AC2" w:rsidRPr="00E5081E" w:rsidRDefault="00600AC2" w:rsidP="00600AC2">
      <w:pPr>
        <w:spacing w:after="240" w:line="360" w:lineRule="auto"/>
        <w:jc w:val="both"/>
        <w:rPr>
          <w:rFonts w:ascii="Times New Roman" w:hAnsi="Times New Roman" w:cs="Times New Roman"/>
          <w:b/>
          <w:bCs/>
          <w:sz w:val="28"/>
          <w:szCs w:val="24"/>
        </w:rPr>
      </w:pPr>
      <w:r w:rsidRPr="00E5081E">
        <w:rPr>
          <w:rFonts w:ascii="Times New Roman" w:hAnsi="Times New Roman" w:cs="Times New Roman"/>
          <w:b/>
          <w:bCs/>
          <w:sz w:val="28"/>
          <w:szCs w:val="24"/>
        </w:rPr>
        <w:t>3.4 COMPETITORS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industry</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highly</w:t>
      </w:r>
      <w:r>
        <w:rPr>
          <w:rFonts w:ascii="Times New Roman" w:hAnsi="Times New Roman" w:cs="Times New Roman"/>
          <w:sz w:val="24"/>
          <w:szCs w:val="24"/>
        </w:rPr>
        <w:t xml:space="preserve"> </w:t>
      </w:r>
      <w:r w:rsidRPr="009D21BC">
        <w:rPr>
          <w:rFonts w:ascii="Times New Roman" w:hAnsi="Times New Roman" w:cs="Times New Roman"/>
          <w:sz w:val="24"/>
          <w:szCs w:val="24"/>
        </w:rPr>
        <w:t>competitive,</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demand</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affordable</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continues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grow</w:t>
      </w:r>
      <w:r>
        <w:rPr>
          <w:rFonts w:ascii="Times New Roman" w:hAnsi="Times New Roman" w:cs="Times New Roman"/>
          <w:sz w:val="24"/>
          <w:szCs w:val="24"/>
        </w:rPr>
        <w:t xml:space="preserve"> </w:t>
      </w:r>
      <w:r w:rsidRPr="009D21BC">
        <w:rPr>
          <w:rFonts w:ascii="Times New Roman" w:hAnsi="Times New Roman" w:cs="Times New Roman"/>
          <w:sz w:val="24"/>
          <w:szCs w:val="24"/>
        </w:rPr>
        <w:t>tremendously.</w:t>
      </w:r>
      <w:r>
        <w:rPr>
          <w:rFonts w:ascii="Times New Roman" w:hAnsi="Times New Roman" w:cs="Times New Roman"/>
          <w:sz w:val="24"/>
          <w:szCs w:val="24"/>
        </w:rPr>
        <w:t xml:space="preserve"> </w:t>
      </w:r>
      <w:r w:rsidRPr="009D21BC">
        <w:rPr>
          <w:rFonts w:ascii="Times New Roman" w:hAnsi="Times New Roman" w:cs="Times New Roman"/>
          <w:sz w:val="24"/>
          <w:szCs w:val="24"/>
        </w:rPr>
        <w:t>Therefore,</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faces</w:t>
      </w:r>
      <w:r>
        <w:rPr>
          <w:rFonts w:ascii="Times New Roman" w:hAnsi="Times New Roman" w:cs="Times New Roman"/>
          <w:sz w:val="24"/>
          <w:szCs w:val="24"/>
        </w:rPr>
        <w:t xml:space="preserve"> </w:t>
      </w:r>
      <w:r w:rsidRPr="009D21BC">
        <w:rPr>
          <w:rFonts w:ascii="Times New Roman" w:hAnsi="Times New Roman" w:cs="Times New Roman"/>
          <w:sz w:val="24"/>
          <w:szCs w:val="24"/>
        </w:rPr>
        <w:t>intense</w:t>
      </w:r>
      <w:r>
        <w:rPr>
          <w:rFonts w:ascii="Times New Roman" w:hAnsi="Times New Roman" w:cs="Times New Roman"/>
          <w:sz w:val="24"/>
          <w:szCs w:val="24"/>
        </w:rPr>
        <w:t xml:space="preserve"> </w:t>
      </w:r>
      <w:r w:rsidRPr="009D21BC">
        <w:rPr>
          <w:rFonts w:ascii="Times New Roman" w:hAnsi="Times New Roman" w:cs="Times New Roman"/>
          <w:sz w:val="24"/>
          <w:szCs w:val="24"/>
        </w:rPr>
        <w:t>competition</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facilitators</w:t>
      </w:r>
      <w:r>
        <w:rPr>
          <w:rFonts w:ascii="Times New Roman" w:hAnsi="Times New Roman" w:cs="Times New Roman"/>
          <w:sz w:val="24"/>
          <w:szCs w:val="24"/>
        </w:rPr>
        <w:t xml:space="preserve"> </w:t>
      </w:r>
      <w:r w:rsidRPr="009D21BC">
        <w:rPr>
          <w:rFonts w:ascii="Times New Roman" w:hAnsi="Times New Roman" w:cs="Times New Roman"/>
          <w:sz w:val="24"/>
          <w:szCs w:val="24"/>
        </w:rPr>
        <w:t>providing</w:t>
      </w:r>
      <w:r>
        <w:rPr>
          <w:rFonts w:ascii="Times New Roman" w:hAnsi="Times New Roman" w:cs="Times New Roman"/>
          <w:sz w:val="24"/>
          <w:szCs w:val="24"/>
        </w:rPr>
        <w:t xml:space="preserve"> </w:t>
      </w:r>
      <w:r w:rsidRPr="009D21BC">
        <w:rPr>
          <w:rFonts w:ascii="Times New Roman" w:hAnsi="Times New Roman" w:cs="Times New Roman"/>
          <w:sz w:val="24"/>
          <w:szCs w:val="24"/>
        </w:rPr>
        <w:t>similar</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should</w:t>
      </w:r>
      <w:r>
        <w:rPr>
          <w:rFonts w:ascii="Times New Roman" w:hAnsi="Times New Roman" w:cs="Times New Roman"/>
          <w:sz w:val="24"/>
          <w:szCs w:val="24"/>
        </w:rPr>
        <w:t xml:space="preserve"> </w:t>
      </w:r>
      <w:r w:rsidRPr="009D21BC">
        <w:rPr>
          <w:rFonts w:ascii="Times New Roman" w:hAnsi="Times New Roman" w:cs="Times New Roman"/>
          <w:sz w:val="24"/>
          <w:szCs w:val="24"/>
        </w:rPr>
        <w:t>maintain</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strengths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personalized</w:t>
      </w:r>
      <w:r>
        <w:rPr>
          <w:rFonts w:ascii="Times New Roman" w:hAnsi="Times New Roman" w:cs="Times New Roman"/>
          <w:sz w:val="24"/>
          <w:szCs w:val="24"/>
        </w:rPr>
        <w:t xml:space="preserve"> </w:t>
      </w:r>
      <w:r w:rsidRPr="009D21BC">
        <w:rPr>
          <w:rFonts w:ascii="Times New Roman" w:hAnsi="Times New Roman" w:cs="Times New Roman"/>
          <w:sz w:val="24"/>
          <w:szCs w:val="24"/>
        </w:rPr>
        <w:t>approach</w:t>
      </w:r>
      <w:r>
        <w:rPr>
          <w:rFonts w:ascii="Times New Roman" w:hAnsi="Times New Roman" w:cs="Times New Roman"/>
          <w:sz w:val="24"/>
          <w:szCs w:val="24"/>
        </w:rPr>
        <w:t xml:space="preserve"> </w:t>
      </w:r>
      <w:r w:rsidRPr="009D21BC">
        <w:rPr>
          <w:rFonts w:ascii="Times New Roman" w:hAnsi="Times New Roman" w:cs="Times New Roman"/>
          <w:sz w:val="24"/>
          <w:szCs w:val="24"/>
        </w:rPr>
        <w:t>towards</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care,</w:t>
      </w:r>
      <w:r>
        <w:rPr>
          <w:rFonts w:ascii="Times New Roman" w:hAnsi="Times New Roman" w:cs="Times New Roman"/>
          <w:sz w:val="24"/>
          <w:szCs w:val="24"/>
        </w:rPr>
        <w:t xml:space="preserve"> </w:t>
      </w:r>
      <w:r w:rsidRPr="009D21BC">
        <w:rPr>
          <w:rFonts w:ascii="Times New Roman" w:hAnsi="Times New Roman" w:cs="Times New Roman"/>
          <w:sz w:val="24"/>
          <w:szCs w:val="24"/>
        </w:rPr>
        <w:t>extensive</w:t>
      </w:r>
      <w:r>
        <w:rPr>
          <w:rFonts w:ascii="Times New Roman" w:hAnsi="Times New Roman" w:cs="Times New Roman"/>
          <w:sz w:val="24"/>
          <w:szCs w:val="24"/>
        </w:rPr>
        <w:t xml:space="preserve"> </w:t>
      </w:r>
      <w:r w:rsidRPr="009D21BC">
        <w:rPr>
          <w:rFonts w:ascii="Times New Roman" w:hAnsi="Times New Roman" w:cs="Times New Roman"/>
          <w:sz w:val="24"/>
          <w:szCs w:val="24"/>
        </w:rPr>
        <w:t>hospital</w:t>
      </w:r>
      <w:r>
        <w:rPr>
          <w:rFonts w:ascii="Times New Roman" w:hAnsi="Times New Roman" w:cs="Times New Roman"/>
          <w:sz w:val="24"/>
          <w:szCs w:val="24"/>
        </w:rPr>
        <w:t xml:space="preserve"> </w:t>
      </w:r>
      <w:r w:rsidRPr="009D21BC">
        <w:rPr>
          <w:rFonts w:ascii="Times New Roman" w:hAnsi="Times New Roman" w:cs="Times New Roman"/>
          <w:sz w:val="24"/>
          <w:szCs w:val="24"/>
        </w:rPr>
        <w:t>network,</w:t>
      </w:r>
      <w:r>
        <w:rPr>
          <w:rFonts w:ascii="Times New Roman" w:hAnsi="Times New Roman" w:cs="Times New Roman"/>
          <w:sz w:val="24"/>
          <w:szCs w:val="24"/>
        </w:rPr>
        <w:t xml:space="preserve"> </w:t>
      </w:r>
      <w:r w:rsidRPr="009D21BC">
        <w:rPr>
          <w:rFonts w:ascii="Times New Roman" w:hAnsi="Times New Roman" w:cs="Times New Roman"/>
          <w:sz w:val="24"/>
          <w:szCs w:val="24"/>
        </w:rPr>
        <w:t>efficient</w:t>
      </w:r>
      <w:r>
        <w:rPr>
          <w:rFonts w:ascii="Times New Roman" w:hAnsi="Times New Roman" w:cs="Times New Roman"/>
          <w:sz w:val="24"/>
          <w:szCs w:val="24"/>
        </w:rPr>
        <w:t xml:space="preserve"> </w:t>
      </w:r>
      <w:r w:rsidRPr="009D21BC">
        <w:rPr>
          <w:rFonts w:ascii="Times New Roman" w:hAnsi="Times New Roman" w:cs="Times New Roman"/>
          <w:sz w:val="24"/>
          <w:szCs w:val="24"/>
        </w:rPr>
        <w:t>communication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relationship</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gain</w:t>
      </w:r>
      <w:r>
        <w:rPr>
          <w:rFonts w:ascii="Times New Roman" w:hAnsi="Times New Roman" w:cs="Times New Roman"/>
          <w:sz w:val="24"/>
          <w:szCs w:val="24"/>
        </w:rPr>
        <w:t xml:space="preserve"> </w:t>
      </w:r>
      <w:r w:rsidRPr="009D21BC">
        <w:rPr>
          <w:rFonts w:ascii="Times New Roman" w:hAnsi="Times New Roman" w:cs="Times New Roman"/>
          <w:sz w:val="24"/>
          <w:szCs w:val="24"/>
        </w:rPr>
        <w:t>competitive</w:t>
      </w:r>
      <w:r>
        <w:rPr>
          <w:rFonts w:ascii="Times New Roman" w:hAnsi="Times New Roman" w:cs="Times New Roman"/>
          <w:sz w:val="24"/>
          <w:szCs w:val="24"/>
        </w:rPr>
        <w:t xml:space="preserve"> </w:t>
      </w:r>
      <w:r w:rsidRPr="009D21BC">
        <w:rPr>
          <w:rFonts w:ascii="Times New Roman" w:hAnsi="Times New Roman" w:cs="Times New Roman"/>
          <w:sz w:val="24"/>
          <w:szCs w:val="24"/>
        </w:rPr>
        <w:t>advantage</w:t>
      </w:r>
      <w:r>
        <w:rPr>
          <w:rFonts w:ascii="Times New Roman" w:hAnsi="Times New Roman" w:cs="Times New Roman"/>
          <w:sz w:val="24"/>
          <w:szCs w:val="24"/>
        </w:rPr>
        <w:t xml:space="preserve"> </w:t>
      </w:r>
      <w:r w:rsidRPr="009D21BC">
        <w:rPr>
          <w:rFonts w:ascii="Times New Roman" w:hAnsi="Times New Roman" w:cs="Times New Roman"/>
          <w:sz w:val="24"/>
          <w:szCs w:val="24"/>
        </w:rPr>
        <w:t>over</w:t>
      </w:r>
      <w:r>
        <w:rPr>
          <w:rFonts w:ascii="Times New Roman" w:hAnsi="Times New Roman" w:cs="Times New Roman"/>
          <w:sz w:val="24"/>
          <w:szCs w:val="24"/>
        </w:rPr>
        <w:t xml:space="preserve"> </w:t>
      </w:r>
      <w:r w:rsidRPr="009D21BC">
        <w:rPr>
          <w:rFonts w:ascii="Times New Roman" w:hAnsi="Times New Roman" w:cs="Times New Roman"/>
          <w:sz w:val="24"/>
          <w:szCs w:val="24"/>
        </w:rPr>
        <w:t>rivals.</w:t>
      </w:r>
    </w:p>
    <w:p w:rsidR="00600AC2" w:rsidRPr="00445211" w:rsidRDefault="00600AC2" w:rsidP="00600AC2">
      <w:pPr>
        <w:spacing w:after="240" w:line="360" w:lineRule="auto"/>
        <w:jc w:val="both"/>
        <w:rPr>
          <w:rFonts w:ascii="Times New Roman" w:hAnsi="Times New Roman" w:cs="Times New Roman"/>
          <w:b/>
          <w:bCs/>
          <w:sz w:val="24"/>
          <w:szCs w:val="24"/>
        </w:rPr>
      </w:pPr>
      <w:r w:rsidRPr="00445211">
        <w:rPr>
          <w:rFonts w:ascii="Times New Roman" w:hAnsi="Times New Roman" w:cs="Times New Roman"/>
          <w:b/>
          <w:bCs/>
          <w:sz w:val="24"/>
          <w:szCs w:val="24"/>
        </w:rPr>
        <w:t xml:space="preserve">List of Competitors of Expert </w:t>
      </w:r>
      <w:proofErr w:type="spellStart"/>
      <w:r w:rsidRPr="00445211">
        <w:rPr>
          <w:rFonts w:ascii="Times New Roman" w:hAnsi="Times New Roman" w:cs="Times New Roman"/>
          <w:b/>
          <w:bCs/>
          <w:sz w:val="24"/>
          <w:szCs w:val="24"/>
        </w:rPr>
        <w:t>Chikitsa</w:t>
      </w:r>
      <w:proofErr w:type="spellEnd"/>
    </w:p>
    <w:p w:rsidR="00600AC2" w:rsidRPr="00445211" w:rsidRDefault="00600AC2" w:rsidP="00600AC2">
      <w:pPr>
        <w:spacing w:after="240" w:line="360" w:lineRule="auto"/>
        <w:jc w:val="both"/>
        <w:rPr>
          <w:rFonts w:ascii="Times New Roman" w:hAnsi="Times New Roman" w:cs="Times New Roman"/>
          <w:b/>
          <w:bCs/>
          <w:sz w:val="24"/>
          <w:szCs w:val="24"/>
        </w:rPr>
      </w:pPr>
      <w:r w:rsidRPr="00445211">
        <w:rPr>
          <w:rFonts w:ascii="Times New Roman" w:hAnsi="Times New Roman" w:cs="Times New Roman"/>
          <w:b/>
          <w:bCs/>
          <w:sz w:val="24"/>
          <w:szCs w:val="24"/>
        </w:rPr>
        <w:t xml:space="preserve">1. </w:t>
      </w:r>
      <w:proofErr w:type="spellStart"/>
      <w:r w:rsidRPr="00445211">
        <w:rPr>
          <w:rFonts w:ascii="Times New Roman" w:hAnsi="Times New Roman" w:cs="Times New Roman"/>
          <w:b/>
          <w:bCs/>
          <w:sz w:val="24"/>
          <w:szCs w:val="24"/>
        </w:rPr>
        <w:t>Vaidam</w:t>
      </w:r>
      <w:proofErr w:type="spellEnd"/>
      <w:r w:rsidRPr="00445211">
        <w:rPr>
          <w:rFonts w:ascii="Times New Roman" w:hAnsi="Times New Roman" w:cs="Times New Roman"/>
          <w:b/>
          <w:bCs/>
          <w:sz w:val="24"/>
          <w:szCs w:val="24"/>
        </w:rPr>
        <w:t xml:space="preserve"> Health</w:t>
      </w:r>
    </w:p>
    <w:p w:rsidR="00600AC2" w:rsidRPr="009D21BC" w:rsidRDefault="00600AC2" w:rsidP="00600AC2">
      <w:pPr>
        <w:spacing w:after="240" w:line="360" w:lineRule="auto"/>
        <w:jc w:val="both"/>
        <w:rPr>
          <w:rFonts w:ascii="Times New Roman" w:hAnsi="Times New Roman" w:cs="Times New Roman"/>
          <w:sz w:val="24"/>
          <w:szCs w:val="24"/>
        </w:rPr>
      </w:pPr>
      <w:proofErr w:type="spellStart"/>
      <w:r w:rsidRPr="009D21BC">
        <w:rPr>
          <w:rFonts w:ascii="Times New Roman" w:hAnsi="Times New Roman" w:cs="Times New Roman"/>
          <w:sz w:val="24"/>
          <w:szCs w:val="24"/>
        </w:rPr>
        <w:t>Vaidam</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health</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one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leading</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companies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facilitates</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connecting</w:t>
      </w:r>
      <w:r>
        <w:rPr>
          <w:rFonts w:ascii="Times New Roman" w:hAnsi="Times New Roman" w:cs="Times New Roman"/>
          <w:sz w:val="24"/>
          <w:szCs w:val="24"/>
        </w:rPr>
        <w:t xml:space="preserve"> </w:t>
      </w:r>
      <w:r w:rsidRPr="009D21BC">
        <w:rPr>
          <w:rFonts w:ascii="Times New Roman" w:hAnsi="Times New Roman" w:cs="Times New Roman"/>
          <w:sz w:val="24"/>
          <w:szCs w:val="24"/>
        </w:rPr>
        <w:t>them</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accredited</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specialist</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Vaidam</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Health</w:t>
      </w:r>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planning</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visa</w:t>
      </w:r>
      <w:r>
        <w:rPr>
          <w:rFonts w:ascii="Times New Roman" w:hAnsi="Times New Roman" w:cs="Times New Roman"/>
          <w:sz w:val="24"/>
          <w:szCs w:val="24"/>
        </w:rPr>
        <w:t xml:space="preserve"> </w:t>
      </w:r>
      <w:r w:rsidRPr="009D21BC">
        <w:rPr>
          <w:rFonts w:ascii="Times New Roman" w:hAnsi="Times New Roman" w:cs="Times New Roman"/>
          <w:sz w:val="24"/>
          <w:szCs w:val="24"/>
        </w:rPr>
        <w:t>guidance,</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arrangements,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total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p>
    <w:p w:rsidR="00600AC2" w:rsidRPr="00445211" w:rsidRDefault="00600AC2" w:rsidP="00600AC2">
      <w:pPr>
        <w:spacing w:after="240" w:line="360" w:lineRule="auto"/>
        <w:jc w:val="both"/>
        <w:rPr>
          <w:rFonts w:ascii="Times New Roman" w:hAnsi="Times New Roman" w:cs="Times New Roman"/>
          <w:b/>
          <w:bCs/>
          <w:sz w:val="24"/>
          <w:szCs w:val="24"/>
        </w:rPr>
      </w:pPr>
      <w:r w:rsidRPr="00445211">
        <w:rPr>
          <w:rFonts w:ascii="Times New Roman" w:hAnsi="Times New Roman" w:cs="Times New Roman"/>
          <w:b/>
          <w:bCs/>
          <w:sz w:val="24"/>
          <w:szCs w:val="24"/>
        </w:rPr>
        <w:t xml:space="preserve">2. </w:t>
      </w:r>
      <w:proofErr w:type="spellStart"/>
      <w:r w:rsidRPr="00445211">
        <w:rPr>
          <w:rFonts w:ascii="Times New Roman" w:hAnsi="Times New Roman" w:cs="Times New Roman"/>
          <w:b/>
          <w:bCs/>
          <w:sz w:val="24"/>
          <w:szCs w:val="24"/>
        </w:rPr>
        <w:t>MediGence</w:t>
      </w:r>
      <w:proofErr w:type="spellEnd"/>
    </w:p>
    <w:p w:rsidR="00600AC2" w:rsidRPr="009D21BC" w:rsidRDefault="00600AC2" w:rsidP="00600AC2">
      <w:pPr>
        <w:spacing w:after="240" w:line="360" w:lineRule="auto"/>
        <w:jc w:val="both"/>
        <w:rPr>
          <w:rFonts w:ascii="Times New Roman" w:hAnsi="Times New Roman" w:cs="Times New Roman"/>
          <w:sz w:val="24"/>
          <w:szCs w:val="24"/>
        </w:rPr>
      </w:pPr>
      <w:proofErr w:type="spellStart"/>
      <w:r w:rsidRPr="009D21BC">
        <w:rPr>
          <w:rFonts w:ascii="Times New Roman" w:hAnsi="Times New Roman" w:cs="Times New Roman"/>
          <w:sz w:val="24"/>
          <w:szCs w:val="24"/>
        </w:rPr>
        <w:t>MediGence</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an</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provides</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around</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world.</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mainly</w:t>
      </w:r>
      <w:r>
        <w:rPr>
          <w:rFonts w:ascii="Times New Roman" w:hAnsi="Times New Roman" w:cs="Times New Roman"/>
          <w:sz w:val="24"/>
          <w:szCs w:val="24"/>
        </w:rPr>
        <w:t xml:space="preserve"> </w:t>
      </w:r>
      <w:r w:rsidRPr="009D21BC">
        <w:rPr>
          <w:rFonts w:ascii="Times New Roman" w:hAnsi="Times New Roman" w:cs="Times New Roman"/>
          <w:sz w:val="24"/>
          <w:szCs w:val="24"/>
        </w:rPr>
        <w:t>facilitates</w:t>
      </w:r>
      <w:r>
        <w:rPr>
          <w:rFonts w:ascii="Times New Roman" w:hAnsi="Times New Roman" w:cs="Times New Roman"/>
          <w:sz w:val="24"/>
          <w:szCs w:val="24"/>
        </w:rPr>
        <w:t xml:space="preserve"> </w:t>
      </w:r>
      <w:r w:rsidRPr="009D21BC">
        <w:rPr>
          <w:rFonts w:ascii="Times New Roman" w:hAnsi="Times New Roman" w:cs="Times New Roman"/>
          <w:sz w:val="24"/>
          <w:szCs w:val="24"/>
        </w:rPr>
        <w:t>global</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connects</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telemedicine</w:t>
      </w:r>
      <w:r>
        <w:rPr>
          <w:rFonts w:ascii="Times New Roman" w:hAnsi="Times New Roman" w:cs="Times New Roman"/>
          <w:sz w:val="24"/>
          <w:szCs w:val="24"/>
        </w:rPr>
        <w:t xml:space="preserve"> </w:t>
      </w:r>
      <w:r w:rsidRPr="009D21BC">
        <w:rPr>
          <w:rFonts w:ascii="Times New Roman" w:hAnsi="Times New Roman" w:cs="Times New Roman"/>
          <w:sz w:val="24"/>
          <w:szCs w:val="24"/>
        </w:rPr>
        <w:t>consultations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second</w:t>
      </w:r>
      <w:r>
        <w:rPr>
          <w:rFonts w:ascii="Times New Roman" w:hAnsi="Times New Roman" w:cs="Times New Roman"/>
          <w:sz w:val="24"/>
          <w:szCs w:val="24"/>
        </w:rPr>
        <w:t xml:space="preserve"> </w:t>
      </w:r>
      <w:r w:rsidRPr="009D21BC">
        <w:rPr>
          <w:rFonts w:ascii="Times New Roman" w:hAnsi="Times New Roman" w:cs="Times New Roman"/>
          <w:sz w:val="24"/>
          <w:szCs w:val="24"/>
        </w:rPr>
        <w:t>opinions</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p>
    <w:p w:rsidR="00600AC2" w:rsidRPr="00445211" w:rsidRDefault="00600AC2" w:rsidP="00600AC2">
      <w:pPr>
        <w:spacing w:after="240" w:line="360" w:lineRule="auto"/>
        <w:jc w:val="both"/>
        <w:rPr>
          <w:rFonts w:ascii="Times New Roman" w:hAnsi="Times New Roman" w:cs="Times New Roman"/>
          <w:b/>
          <w:bCs/>
          <w:sz w:val="24"/>
          <w:szCs w:val="24"/>
        </w:rPr>
      </w:pPr>
      <w:r w:rsidRPr="00445211">
        <w:rPr>
          <w:rFonts w:ascii="Times New Roman" w:hAnsi="Times New Roman" w:cs="Times New Roman"/>
          <w:b/>
          <w:bCs/>
          <w:sz w:val="24"/>
          <w:szCs w:val="24"/>
        </w:rPr>
        <w:t xml:space="preserve">3. </w:t>
      </w:r>
      <w:proofErr w:type="spellStart"/>
      <w:r w:rsidRPr="00445211">
        <w:rPr>
          <w:rFonts w:ascii="Times New Roman" w:hAnsi="Times New Roman" w:cs="Times New Roman"/>
          <w:b/>
          <w:bCs/>
          <w:sz w:val="24"/>
          <w:szCs w:val="24"/>
        </w:rPr>
        <w:t>Lyfboat</w:t>
      </w:r>
      <w:proofErr w:type="spellEnd"/>
    </w:p>
    <w:p w:rsidR="00600AC2" w:rsidRPr="009D21BC" w:rsidRDefault="00600AC2" w:rsidP="00600AC2">
      <w:pPr>
        <w:spacing w:after="240" w:line="360" w:lineRule="auto"/>
        <w:jc w:val="both"/>
        <w:rPr>
          <w:rFonts w:ascii="Times New Roman" w:hAnsi="Times New Roman" w:cs="Times New Roman"/>
          <w:sz w:val="24"/>
          <w:szCs w:val="24"/>
        </w:rPr>
      </w:pPr>
      <w:proofErr w:type="spellStart"/>
      <w:r w:rsidRPr="009D21BC">
        <w:rPr>
          <w:rFonts w:ascii="Times New Roman" w:hAnsi="Times New Roman" w:cs="Times New Roman"/>
          <w:sz w:val="24"/>
          <w:szCs w:val="24"/>
        </w:rPr>
        <w:t>Lyfboat</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facilitator</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helps</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access</w:t>
      </w:r>
      <w:r>
        <w:rPr>
          <w:rFonts w:ascii="Times New Roman" w:hAnsi="Times New Roman" w:cs="Times New Roman"/>
          <w:sz w:val="24"/>
          <w:szCs w:val="24"/>
        </w:rPr>
        <w:t xml:space="preserve"> </w:t>
      </w:r>
      <w:r w:rsidRPr="009D21BC">
        <w:rPr>
          <w:rFonts w:ascii="Times New Roman" w:hAnsi="Times New Roman" w:cs="Times New Roman"/>
          <w:sz w:val="24"/>
          <w:szCs w:val="24"/>
        </w:rPr>
        <w:t>affordable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countries</w:t>
      </w:r>
      <w:r>
        <w:rPr>
          <w:rFonts w:ascii="Times New Roman" w:hAnsi="Times New Roman" w:cs="Times New Roman"/>
          <w:sz w:val="24"/>
          <w:szCs w:val="24"/>
        </w:rPr>
        <w:t xml:space="preserve"> </w:t>
      </w:r>
      <w:r w:rsidRPr="009D21BC">
        <w:rPr>
          <w:rFonts w:ascii="Times New Roman" w:hAnsi="Times New Roman" w:cs="Times New Roman"/>
          <w:sz w:val="24"/>
          <w:szCs w:val="24"/>
        </w:rPr>
        <w:t>abroad.</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end-to-end</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lastRenderedPageBreak/>
        <w:t>to</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including</w:t>
      </w:r>
      <w:r>
        <w:rPr>
          <w:rFonts w:ascii="Times New Roman" w:hAnsi="Times New Roman" w:cs="Times New Roman"/>
          <w:sz w:val="24"/>
          <w:szCs w:val="24"/>
        </w:rPr>
        <w:t xml:space="preserve"> </w:t>
      </w:r>
      <w:r w:rsidRPr="009D21BC">
        <w:rPr>
          <w:rFonts w:ascii="Times New Roman" w:hAnsi="Times New Roman" w:cs="Times New Roman"/>
          <w:sz w:val="24"/>
          <w:szCs w:val="24"/>
        </w:rPr>
        <w:t>doctor</w:t>
      </w:r>
      <w:r>
        <w:rPr>
          <w:rFonts w:ascii="Times New Roman" w:hAnsi="Times New Roman" w:cs="Times New Roman"/>
          <w:sz w:val="24"/>
          <w:szCs w:val="24"/>
        </w:rPr>
        <w:t xml:space="preserve"> </w:t>
      </w:r>
      <w:r w:rsidRPr="009D21BC">
        <w:rPr>
          <w:rFonts w:ascii="Times New Roman" w:hAnsi="Times New Roman" w:cs="Times New Roman"/>
          <w:sz w:val="24"/>
          <w:szCs w:val="24"/>
        </w:rPr>
        <w:t>consultations,</w:t>
      </w:r>
      <w:r>
        <w:rPr>
          <w:rFonts w:ascii="Times New Roman" w:hAnsi="Times New Roman" w:cs="Times New Roman"/>
          <w:sz w:val="24"/>
          <w:szCs w:val="24"/>
        </w:rPr>
        <w:t xml:space="preserve"> </w:t>
      </w:r>
      <w:r w:rsidRPr="009D21BC">
        <w:rPr>
          <w:rFonts w:ascii="Times New Roman" w:hAnsi="Times New Roman" w:cs="Times New Roman"/>
          <w:sz w:val="24"/>
          <w:szCs w:val="24"/>
        </w:rPr>
        <w:t>hospital</w:t>
      </w:r>
      <w:r>
        <w:rPr>
          <w:rFonts w:ascii="Times New Roman" w:hAnsi="Times New Roman" w:cs="Times New Roman"/>
          <w:sz w:val="24"/>
          <w:szCs w:val="24"/>
        </w:rPr>
        <w:t xml:space="preserve"> </w:t>
      </w:r>
      <w:r w:rsidRPr="009D21BC">
        <w:rPr>
          <w:rFonts w:ascii="Times New Roman" w:hAnsi="Times New Roman" w:cs="Times New Roman"/>
          <w:sz w:val="24"/>
          <w:szCs w:val="24"/>
        </w:rPr>
        <w:t>arrangement,</w:t>
      </w:r>
      <w:r>
        <w:rPr>
          <w:rFonts w:ascii="Times New Roman" w:hAnsi="Times New Roman" w:cs="Times New Roman"/>
          <w:sz w:val="24"/>
          <w:szCs w:val="24"/>
        </w:rPr>
        <w:t xml:space="preserve"> </w:t>
      </w:r>
      <w:r w:rsidRPr="009D21BC">
        <w:rPr>
          <w:rFonts w:ascii="Times New Roman" w:hAnsi="Times New Roman" w:cs="Times New Roman"/>
          <w:sz w:val="24"/>
          <w:szCs w:val="24"/>
        </w:rPr>
        <w:t>accommodation,</w:t>
      </w:r>
      <w:r>
        <w:rPr>
          <w:rFonts w:ascii="Times New Roman" w:hAnsi="Times New Roman" w:cs="Times New Roman"/>
          <w:sz w:val="24"/>
          <w:szCs w:val="24"/>
        </w:rPr>
        <w:t xml:space="preserve"> </w:t>
      </w:r>
      <w:r w:rsidRPr="009D21BC">
        <w:rPr>
          <w:rFonts w:ascii="Times New Roman" w:hAnsi="Times New Roman" w:cs="Times New Roman"/>
          <w:sz w:val="24"/>
          <w:szCs w:val="24"/>
        </w:rPr>
        <w:t>visa</w:t>
      </w:r>
      <w:r>
        <w:rPr>
          <w:rFonts w:ascii="Times New Roman" w:hAnsi="Times New Roman" w:cs="Times New Roman"/>
          <w:sz w:val="24"/>
          <w:szCs w:val="24"/>
        </w:rPr>
        <w:t xml:space="preserve"> </w:t>
      </w:r>
      <w:r w:rsidRPr="009D21BC">
        <w:rPr>
          <w:rFonts w:ascii="Times New Roman" w:hAnsi="Times New Roman" w:cs="Times New Roman"/>
          <w:sz w:val="24"/>
          <w:szCs w:val="24"/>
        </w:rPr>
        <w:t>assistance,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post-treatment</w:t>
      </w:r>
      <w:r>
        <w:rPr>
          <w:rFonts w:ascii="Times New Roman" w:hAnsi="Times New Roman" w:cs="Times New Roman"/>
          <w:sz w:val="24"/>
          <w:szCs w:val="24"/>
        </w:rPr>
        <w:t xml:space="preserve"> </w:t>
      </w:r>
      <w:r w:rsidRPr="009D21BC">
        <w:rPr>
          <w:rFonts w:ascii="Times New Roman" w:hAnsi="Times New Roman" w:cs="Times New Roman"/>
          <w:sz w:val="24"/>
          <w:szCs w:val="24"/>
        </w:rPr>
        <w:t>care.</w:t>
      </w:r>
    </w:p>
    <w:p w:rsidR="00600AC2" w:rsidRPr="00445211" w:rsidRDefault="00600AC2" w:rsidP="00600AC2">
      <w:pPr>
        <w:spacing w:after="240" w:line="360" w:lineRule="auto"/>
        <w:jc w:val="both"/>
        <w:rPr>
          <w:rFonts w:ascii="Times New Roman" w:hAnsi="Times New Roman" w:cs="Times New Roman"/>
          <w:b/>
          <w:bCs/>
          <w:sz w:val="24"/>
          <w:szCs w:val="24"/>
        </w:rPr>
      </w:pPr>
      <w:r w:rsidRPr="00445211">
        <w:rPr>
          <w:rFonts w:ascii="Times New Roman" w:hAnsi="Times New Roman" w:cs="Times New Roman"/>
          <w:b/>
          <w:bCs/>
          <w:sz w:val="24"/>
          <w:szCs w:val="24"/>
        </w:rPr>
        <w:t xml:space="preserve">4. </w:t>
      </w:r>
      <w:proofErr w:type="spellStart"/>
      <w:r w:rsidRPr="00445211">
        <w:rPr>
          <w:rFonts w:ascii="Times New Roman" w:hAnsi="Times New Roman" w:cs="Times New Roman"/>
          <w:b/>
          <w:bCs/>
          <w:sz w:val="24"/>
          <w:szCs w:val="24"/>
        </w:rPr>
        <w:t>EdhaCare</w:t>
      </w:r>
      <w:proofErr w:type="spellEnd"/>
    </w:p>
    <w:p w:rsidR="00600AC2" w:rsidRDefault="00600AC2" w:rsidP="00600AC2">
      <w:pPr>
        <w:spacing w:after="240" w:line="360" w:lineRule="auto"/>
        <w:jc w:val="both"/>
        <w:rPr>
          <w:rFonts w:ascii="Times New Roman" w:hAnsi="Times New Roman" w:cs="Times New Roman"/>
          <w:sz w:val="24"/>
          <w:szCs w:val="24"/>
        </w:rPr>
      </w:pPr>
      <w:proofErr w:type="spellStart"/>
      <w:r w:rsidRPr="009D21BC">
        <w:rPr>
          <w:rFonts w:ascii="Times New Roman" w:hAnsi="Times New Roman" w:cs="Times New Roman"/>
          <w:sz w:val="24"/>
          <w:szCs w:val="24"/>
        </w:rPr>
        <w:t>EdhaCare</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health</w:t>
      </w:r>
      <w:r>
        <w:rPr>
          <w:rFonts w:ascii="Times New Roman" w:hAnsi="Times New Roman" w:cs="Times New Roman"/>
          <w:sz w:val="24"/>
          <w:szCs w:val="24"/>
        </w:rPr>
        <w:t xml:space="preserve"> </w:t>
      </w:r>
      <w:r w:rsidRPr="009D21BC">
        <w:rPr>
          <w:rFonts w:ascii="Times New Roman" w:hAnsi="Times New Roman" w:cs="Times New Roman"/>
          <w:sz w:val="24"/>
          <w:szCs w:val="24"/>
        </w:rPr>
        <w:t>facilitator</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helps</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access</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affordable</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networks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renowned</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doctors.</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mainly</w:t>
      </w:r>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planning</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visa</w:t>
      </w:r>
      <w:r>
        <w:rPr>
          <w:rFonts w:ascii="Times New Roman" w:hAnsi="Times New Roman" w:cs="Times New Roman"/>
          <w:sz w:val="24"/>
          <w:szCs w:val="24"/>
        </w:rPr>
        <w:t xml:space="preserve"> </w:t>
      </w:r>
      <w:r w:rsidRPr="009D21BC">
        <w:rPr>
          <w:rFonts w:ascii="Times New Roman" w:hAnsi="Times New Roman" w:cs="Times New Roman"/>
          <w:sz w:val="24"/>
          <w:szCs w:val="24"/>
        </w:rPr>
        <w:t>assistance,</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accommodation</w:t>
      </w:r>
      <w:r>
        <w:rPr>
          <w:rFonts w:ascii="Times New Roman" w:hAnsi="Times New Roman" w:cs="Times New Roman"/>
          <w:sz w:val="24"/>
          <w:szCs w:val="24"/>
        </w:rPr>
        <w:t xml:space="preserve"> </w:t>
      </w:r>
      <w:r w:rsidRPr="009D21BC">
        <w:rPr>
          <w:rFonts w:ascii="Times New Roman" w:hAnsi="Times New Roman" w:cs="Times New Roman"/>
          <w:sz w:val="24"/>
          <w:szCs w:val="24"/>
        </w:rPr>
        <w:t>arrangement,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post-treatment</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p>
    <w:p w:rsidR="00600AC2" w:rsidRPr="00445211" w:rsidRDefault="00600AC2" w:rsidP="00600AC2">
      <w:pPr>
        <w:spacing w:after="240" w:line="360" w:lineRule="auto"/>
        <w:jc w:val="both"/>
        <w:rPr>
          <w:rFonts w:ascii="Times New Roman" w:hAnsi="Times New Roman" w:cs="Times New Roman"/>
          <w:b/>
          <w:bCs/>
          <w:sz w:val="24"/>
          <w:szCs w:val="24"/>
        </w:rPr>
      </w:pPr>
      <w:r w:rsidRPr="00445211">
        <w:rPr>
          <w:rFonts w:ascii="Times New Roman" w:hAnsi="Times New Roman" w:cs="Times New Roman"/>
          <w:b/>
          <w:bCs/>
          <w:sz w:val="24"/>
          <w:szCs w:val="24"/>
        </w:rPr>
        <w:t xml:space="preserve">5. </w:t>
      </w:r>
      <w:proofErr w:type="spellStart"/>
      <w:r w:rsidRPr="00445211">
        <w:rPr>
          <w:rFonts w:ascii="Times New Roman" w:hAnsi="Times New Roman" w:cs="Times New Roman"/>
          <w:b/>
          <w:bCs/>
          <w:sz w:val="24"/>
          <w:szCs w:val="24"/>
        </w:rPr>
        <w:t>GoMedii</w:t>
      </w:r>
      <w:proofErr w:type="spellEnd"/>
    </w:p>
    <w:p w:rsidR="00600AC2" w:rsidRPr="009D21BC" w:rsidRDefault="00600AC2" w:rsidP="00600AC2">
      <w:pPr>
        <w:spacing w:after="240" w:line="360" w:lineRule="auto"/>
        <w:jc w:val="both"/>
        <w:rPr>
          <w:rFonts w:ascii="Times New Roman" w:hAnsi="Times New Roman" w:cs="Times New Roman"/>
          <w:sz w:val="24"/>
          <w:szCs w:val="24"/>
        </w:rPr>
      </w:pPr>
      <w:proofErr w:type="spellStart"/>
      <w:r w:rsidRPr="009D21BC">
        <w:rPr>
          <w:rFonts w:ascii="Times New Roman" w:hAnsi="Times New Roman" w:cs="Times New Roman"/>
          <w:sz w:val="24"/>
          <w:szCs w:val="24"/>
        </w:rPr>
        <w:t>GoMedii</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an</w:t>
      </w:r>
      <w:r>
        <w:rPr>
          <w:rFonts w:ascii="Times New Roman" w:hAnsi="Times New Roman" w:cs="Times New Roman"/>
          <w:sz w:val="24"/>
          <w:szCs w:val="24"/>
        </w:rPr>
        <w:t xml:space="preserve"> </w:t>
      </w:r>
      <w:r w:rsidRPr="009D21BC">
        <w:rPr>
          <w:rFonts w:ascii="Times New Roman" w:hAnsi="Times New Roman" w:cs="Times New Roman"/>
          <w:sz w:val="24"/>
          <w:szCs w:val="24"/>
        </w:rPr>
        <w:t>online</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platform</w:t>
      </w:r>
      <w:r>
        <w:rPr>
          <w:rFonts w:ascii="Times New Roman" w:hAnsi="Times New Roman" w:cs="Times New Roman"/>
          <w:sz w:val="24"/>
          <w:szCs w:val="24"/>
        </w:rPr>
        <w:t xml:space="preserve"> </w:t>
      </w:r>
      <w:r w:rsidRPr="009D21BC">
        <w:rPr>
          <w:rFonts w:ascii="Times New Roman" w:hAnsi="Times New Roman" w:cs="Times New Roman"/>
          <w:sz w:val="24"/>
          <w:szCs w:val="24"/>
        </w:rPr>
        <w:t>based</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provides</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tele-consultation,</w:t>
      </w:r>
      <w:r>
        <w:rPr>
          <w:rFonts w:ascii="Times New Roman" w:hAnsi="Times New Roman" w:cs="Times New Roman"/>
          <w:sz w:val="24"/>
          <w:szCs w:val="24"/>
        </w:rPr>
        <w:t xml:space="preserve"> </w:t>
      </w:r>
      <w:r w:rsidRPr="009D21BC">
        <w:rPr>
          <w:rFonts w:ascii="Times New Roman" w:hAnsi="Times New Roman" w:cs="Times New Roman"/>
          <w:sz w:val="24"/>
          <w:szCs w:val="24"/>
        </w:rPr>
        <w:t>second</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opinion,</w:t>
      </w:r>
      <w:r>
        <w:rPr>
          <w:rFonts w:ascii="Times New Roman" w:hAnsi="Times New Roman" w:cs="Times New Roman"/>
          <w:sz w:val="24"/>
          <w:szCs w:val="24"/>
        </w:rPr>
        <w:t xml:space="preserve"> </w:t>
      </w:r>
      <w:r w:rsidRPr="009D21BC">
        <w:rPr>
          <w:rFonts w:ascii="Times New Roman" w:hAnsi="Times New Roman" w:cs="Times New Roman"/>
          <w:sz w:val="24"/>
          <w:szCs w:val="24"/>
        </w:rPr>
        <w:t>diagnostic</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hospital</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planning</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people</w:t>
      </w:r>
      <w:r>
        <w:rPr>
          <w:rFonts w:ascii="Times New Roman" w:hAnsi="Times New Roman" w:cs="Times New Roman"/>
          <w:sz w:val="24"/>
          <w:szCs w:val="24"/>
        </w:rPr>
        <w:t xml:space="preserve"> </w:t>
      </w:r>
      <w:r w:rsidRPr="009D21BC">
        <w:rPr>
          <w:rFonts w:ascii="Times New Roman" w:hAnsi="Times New Roman" w:cs="Times New Roman"/>
          <w:sz w:val="24"/>
          <w:szCs w:val="24"/>
        </w:rPr>
        <w:t>seeking</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care</w:t>
      </w:r>
      <w:r>
        <w:rPr>
          <w:rFonts w:ascii="Times New Roman" w:hAnsi="Times New Roman" w:cs="Times New Roman"/>
          <w:sz w:val="24"/>
          <w:szCs w:val="24"/>
        </w:rPr>
        <w:t xml:space="preserve"> </w:t>
      </w:r>
      <w:r w:rsidRPr="009D21BC">
        <w:rPr>
          <w:rFonts w:ascii="Times New Roman" w:hAnsi="Times New Roman" w:cs="Times New Roman"/>
          <w:sz w:val="24"/>
          <w:szCs w:val="24"/>
        </w:rPr>
        <w:t>abroad.</w:t>
      </w:r>
    </w:p>
    <w:p w:rsidR="00600AC2" w:rsidRPr="00445211" w:rsidRDefault="00600AC2" w:rsidP="00600AC2">
      <w:pPr>
        <w:spacing w:after="240" w:line="360" w:lineRule="auto"/>
        <w:jc w:val="both"/>
        <w:rPr>
          <w:rFonts w:ascii="Times New Roman" w:hAnsi="Times New Roman" w:cs="Times New Roman"/>
          <w:b/>
          <w:bCs/>
          <w:sz w:val="24"/>
          <w:szCs w:val="24"/>
        </w:rPr>
      </w:pPr>
      <w:r w:rsidRPr="00445211">
        <w:rPr>
          <w:rFonts w:ascii="Times New Roman" w:hAnsi="Times New Roman" w:cs="Times New Roman"/>
          <w:b/>
          <w:bCs/>
          <w:sz w:val="24"/>
          <w:szCs w:val="24"/>
        </w:rPr>
        <w:t xml:space="preserve">6. </w:t>
      </w:r>
      <w:proofErr w:type="spellStart"/>
      <w:r w:rsidRPr="00445211">
        <w:rPr>
          <w:rFonts w:ascii="Times New Roman" w:hAnsi="Times New Roman" w:cs="Times New Roman"/>
          <w:b/>
          <w:bCs/>
          <w:sz w:val="24"/>
          <w:szCs w:val="24"/>
        </w:rPr>
        <w:t>Hospals</w:t>
      </w:r>
      <w:proofErr w:type="spellEnd"/>
    </w:p>
    <w:p w:rsidR="00600AC2" w:rsidRPr="009D21BC" w:rsidRDefault="00600AC2" w:rsidP="00600AC2">
      <w:pPr>
        <w:spacing w:after="240" w:line="360" w:lineRule="auto"/>
        <w:jc w:val="both"/>
        <w:rPr>
          <w:rFonts w:ascii="Times New Roman" w:hAnsi="Times New Roman" w:cs="Times New Roman"/>
          <w:sz w:val="24"/>
          <w:szCs w:val="24"/>
        </w:rPr>
      </w:pPr>
      <w:proofErr w:type="spellStart"/>
      <w:r w:rsidRPr="009D21BC">
        <w:rPr>
          <w:rFonts w:ascii="Times New Roman" w:hAnsi="Times New Roman" w:cs="Times New Roman"/>
          <w:sz w:val="24"/>
          <w:szCs w:val="24"/>
        </w:rPr>
        <w:t>Hospals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organization</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facilitates</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accessing</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offers</w:t>
      </w:r>
      <w:r>
        <w:rPr>
          <w:rFonts w:ascii="Times New Roman" w:hAnsi="Times New Roman" w:cs="Times New Roman"/>
          <w:sz w:val="24"/>
          <w:szCs w:val="24"/>
        </w:rPr>
        <w:t xml:space="preserve"> </w:t>
      </w:r>
      <w:r w:rsidRPr="009D21BC">
        <w:rPr>
          <w:rFonts w:ascii="Times New Roman" w:hAnsi="Times New Roman" w:cs="Times New Roman"/>
          <w:sz w:val="24"/>
          <w:szCs w:val="24"/>
        </w:rPr>
        <w:t>hospital</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doctor</w:t>
      </w:r>
      <w:r>
        <w:rPr>
          <w:rFonts w:ascii="Times New Roman" w:hAnsi="Times New Roman" w:cs="Times New Roman"/>
          <w:sz w:val="24"/>
          <w:szCs w:val="24"/>
        </w:rPr>
        <w:t xml:space="preserve"> </w:t>
      </w:r>
      <w:r w:rsidRPr="009D21BC">
        <w:rPr>
          <w:rFonts w:ascii="Times New Roman" w:hAnsi="Times New Roman" w:cs="Times New Roman"/>
          <w:sz w:val="24"/>
          <w:szCs w:val="24"/>
        </w:rPr>
        <w:t>appointment</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accommodation</w:t>
      </w:r>
      <w:r>
        <w:rPr>
          <w:rFonts w:ascii="Times New Roman" w:hAnsi="Times New Roman" w:cs="Times New Roman"/>
          <w:sz w:val="24"/>
          <w:szCs w:val="24"/>
        </w:rPr>
        <w:t xml:space="preserve"> </w:t>
      </w:r>
      <w:r w:rsidRPr="009D21BC">
        <w:rPr>
          <w:rFonts w:ascii="Times New Roman" w:hAnsi="Times New Roman" w:cs="Times New Roman"/>
          <w:sz w:val="24"/>
          <w:szCs w:val="24"/>
        </w:rPr>
        <w:t>arrangement,</w:t>
      </w:r>
      <w:r>
        <w:rPr>
          <w:rFonts w:ascii="Times New Roman" w:hAnsi="Times New Roman" w:cs="Times New Roman"/>
          <w:sz w:val="24"/>
          <w:szCs w:val="24"/>
        </w:rPr>
        <w:t xml:space="preserve"> </w:t>
      </w:r>
      <w:r w:rsidRPr="009D21BC">
        <w:rPr>
          <w:rFonts w:ascii="Times New Roman" w:hAnsi="Times New Roman" w:cs="Times New Roman"/>
          <w:sz w:val="24"/>
          <w:szCs w:val="24"/>
        </w:rPr>
        <w:t>interpreter</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support</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Why</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Better</w:t>
      </w:r>
      <w:r>
        <w:rPr>
          <w:rFonts w:ascii="Times New Roman" w:hAnsi="Times New Roman" w:cs="Times New Roman"/>
          <w:sz w:val="24"/>
          <w:szCs w:val="24"/>
        </w:rPr>
        <w:t xml:space="preserve"> </w:t>
      </w:r>
      <w:r w:rsidRPr="009D21BC">
        <w:rPr>
          <w:rFonts w:ascii="Times New Roman" w:hAnsi="Times New Roman" w:cs="Times New Roman"/>
          <w:sz w:val="24"/>
          <w:szCs w:val="24"/>
        </w:rPr>
        <w:t>than</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Competitors</w:t>
      </w:r>
    </w:p>
    <w:p w:rsidR="00600AC2"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employs</w:t>
      </w:r>
      <w:r>
        <w:rPr>
          <w:rFonts w:ascii="Times New Roman" w:hAnsi="Times New Roman" w:cs="Times New Roman"/>
          <w:sz w:val="24"/>
          <w:szCs w:val="24"/>
        </w:rPr>
        <w:t xml:space="preserve"> </w:t>
      </w:r>
      <w:r w:rsidRPr="009D21BC">
        <w:rPr>
          <w:rFonts w:ascii="Times New Roman" w:hAnsi="Times New Roman" w:cs="Times New Roman"/>
          <w:sz w:val="24"/>
          <w:szCs w:val="24"/>
        </w:rPr>
        <w:t>effective</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relationship</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offer</w:t>
      </w:r>
      <w:r>
        <w:rPr>
          <w:rFonts w:ascii="Times New Roman" w:hAnsi="Times New Roman" w:cs="Times New Roman"/>
          <w:sz w:val="24"/>
          <w:szCs w:val="24"/>
        </w:rPr>
        <w:t xml:space="preserve"> </w:t>
      </w:r>
      <w:r w:rsidRPr="009D21BC">
        <w:rPr>
          <w:rFonts w:ascii="Times New Roman" w:hAnsi="Times New Roman" w:cs="Times New Roman"/>
          <w:sz w:val="24"/>
          <w:szCs w:val="24"/>
        </w:rPr>
        <w:t>personalized</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care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has</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strong</w:t>
      </w:r>
      <w:r>
        <w:rPr>
          <w:rFonts w:ascii="Times New Roman" w:hAnsi="Times New Roman" w:cs="Times New Roman"/>
          <w:sz w:val="24"/>
          <w:szCs w:val="24"/>
        </w:rPr>
        <w:t xml:space="preserve"> </w:t>
      </w:r>
      <w:r w:rsidRPr="009D21BC">
        <w:rPr>
          <w:rFonts w:ascii="Times New Roman" w:hAnsi="Times New Roman" w:cs="Times New Roman"/>
          <w:sz w:val="24"/>
          <w:szCs w:val="24"/>
        </w:rPr>
        <w:t>network</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hospitals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professionals</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facilitate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provision</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affordable</w:t>
      </w:r>
      <w:r>
        <w:rPr>
          <w:rFonts w:ascii="Times New Roman" w:hAnsi="Times New Roman" w:cs="Times New Roman"/>
          <w:sz w:val="24"/>
          <w:szCs w:val="24"/>
        </w:rPr>
        <w:t xml:space="preserve"> </w:t>
      </w:r>
      <w:r w:rsidRPr="009D21BC">
        <w:rPr>
          <w:rFonts w:ascii="Times New Roman" w:hAnsi="Times New Roman" w:cs="Times New Roman"/>
          <w:sz w:val="24"/>
          <w:szCs w:val="24"/>
        </w:rPr>
        <w:t>healthcare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utilizes</w:t>
      </w:r>
      <w:r>
        <w:rPr>
          <w:rFonts w:ascii="Times New Roman" w:hAnsi="Times New Roman" w:cs="Times New Roman"/>
          <w:sz w:val="24"/>
          <w:szCs w:val="24"/>
        </w:rPr>
        <w:t xml:space="preserve"> </w:t>
      </w:r>
      <w:r w:rsidRPr="009D21BC">
        <w:rPr>
          <w:rFonts w:ascii="Times New Roman" w:hAnsi="Times New Roman" w:cs="Times New Roman"/>
          <w:sz w:val="24"/>
          <w:szCs w:val="24"/>
        </w:rPr>
        <w:t>efficient</w:t>
      </w:r>
      <w:r>
        <w:rPr>
          <w:rFonts w:ascii="Times New Roman" w:hAnsi="Times New Roman" w:cs="Times New Roman"/>
          <w:sz w:val="24"/>
          <w:szCs w:val="24"/>
        </w:rPr>
        <w:t xml:space="preserve"> </w:t>
      </w:r>
      <w:r w:rsidRPr="009D21BC">
        <w:rPr>
          <w:rFonts w:ascii="Times New Roman" w:hAnsi="Times New Roman" w:cs="Times New Roman"/>
          <w:sz w:val="24"/>
          <w:szCs w:val="24"/>
        </w:rPr>
        <w:t>communication</w:t>
      </w:r>
      <w:r>
        <w:rPr>
          <w:rFonts w:ascii="Times New Roman" w:hAnsi="Times New Roman" w:cs="Times New Roman"/>
          <w:sz w:val="24"/>
          <w:szCs w:val="24"/>
        </w:rPr>
        <w:t xml:space="preserve"> </w:t>
      </w:r>
      <w:r w:rsidRPr="009D21BC">
        <w:rPr>
          <w:rFonts w:ascii="Times New Roman" w:hAnsi="Times New Roman" w:cs="Times New Roman"/>
          <w:sz w:val="24"/>
          <w:szCs w:val="24"/>
        </w:rPr>
        <w:t>strategies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ensure</w:t>
      </w:r>
      <w:r>
        <w:rPr>
          <w:rFonts w:ascii="Times New Roman" w:hAnsi="Times New Roman" w:cs="Times New Roman"/>
          <w:sz w:val="24"/>
          <w:szCs w:val="24"/>
        </w:rPr>
        <w:t xml:space="preserve"> </w:t>
      </w:r>
      <w:r w:rsidRPr="009D21BC">
        <w:rPr>
          <w:rFonts w:ascii="Times New Roman" w:hAnsi="Times New Roman" w:cs="Times New Roman"/>
          <w:sz w:val="24"/>
          <w:szCs w:val="24"/>
        </w:rPr>
        <w:t>effective</w:t>
      </w:r>
      <w:r>
        <w:rPr>
          <w:rFonts w:ascii="Times New Roman" w:hAnsi="Times New Roman" w:cs="Times New Roman"/>
          <w:sz w:val="24"/>
          <w:szCs w:val="24"/>
        </w:rPr>
        <w:t xml:space="preserve"> </w:t>
      </w:r>
      <w:r w:rsidRPr="009D21BC">
        <w:rPr>
          <w:rFonts w:ascii="Times New Roman" w:hAnsi="Times New Roman" w:cs="Times New Roman"/>
          <w:sz w:val="24"/>
          <w:szCs w:val="24"/>
        </w:rPr>
        <w:t>interaction</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during</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planning</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post-treatment</w:t>
      </w:r>
      <w:r>
        <w:rPr>
          <w:rFonts w:ascii="Times New Roman" w:hAnsi="Times New Roman" w:cs="Times New Roman"/>
          <w:sz w:val="24"/>
          <w:szCs w:val="24"/>
        </w:rPr>
        <w:t xml:space="preserve"> </w:t>
      </w:r>
      <w:r w:rsidRPr="009D21BC">
        <w:rPr>
          <w:rFonts w:ascii="Times New Roman" w:hAnsi="Times New Roman" w:cs="Times New Roman"/>
          <w:sz w:val="24"/>
          <w:szCs w:val="24"/>
        </w:rPr>
        <w:t>follow-up.</w:t>
      </w:r>
      <w:r>
        <w:rPr>
          <w:rFonts w:ascii="Times New Roman" w:hAnsi="Times New Roman" w:cs="Times New Roman"/>
          <w:sz w:val="24"/>
          <w:szCs w:val="24"/>
        </w:rPr>
        <w:t xml:space="preserve"> </w:t>
      </w:r>
      <w:r w:rsidRPr="009D21BC">
        <w:rPr>
          <w:rFonts w:ascii="Times New Roman" w:hAnsi="Times New Roman" w:cs="Times New Roman"/>
          <w:sz w:val="24"/>
          <w:szCs w:val="24"/>
        </w:rPr>
        <w:t>These</w:t>
      </w:r>
      <w:r>
        <w:rPr>
          <w:rFonts w:ascii="Times New Roman" w:hAnsi="Times New Roman" w:cs="Times New Roman"/>
          <w:sz w:val="24"/>
          <w:szCs w:val="24"/>
        </w:rPr>
        <w:t xml:space="preserve"> </w:t>
      </w:r>
      <w:r w:rsidRPr="009D21BC">
        <w:rPr>
          <w:rFonts w:ascii="Times New Roman" w:hAnsi="Times New Roman" w:cs="Times New Roman"/>
          <w:sz w:val="24"/>
          <w:szCs w:val="24"/>
        </w:rPr>
        <w:t>strengths</w:t>
      </w:r>
      <w:r>
        <w:rPr>
          <w:rFonts w:ascii="Times New Roman" w:hAnsi="Times New Roman" w:cs="Times New Roman"/>
          <w:sz w:val="24"/>
          <w:szCs w:val="24"/>
        </w:rPr>
        <w:t xml:space="preserve"> </w:t>
      </w:r>
      <w:r w:rsidRPr="009D21BC">
        <w:rPr>
          <w:rFonts w:ascii="Times New Roman" w:hAnsi="Times New Roman" w:cs="Times New Roman"/>
          <w:sz w:val="24"/>
          <w:szCs w:val="24"/>
        </w:rPr>
        <w:t>give</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competitive</w:t>
      </w:r>
      <w:r>
        <w:rPr>
          <w:rFonts w:ascii="Times New Roman" w:hAnsi="Times New Roman" w:cs="Times New Roman"/>
          <w:sz w:val="24"/>
          <w:szCs w:val="24"/>
        </w:rPr>
        <w:t xml:space="preserve"> </w:t>
      </w:r>
      <w:r w:rsidRPr="009D21BC">
        <w:rPr>
          <w:rFonts w:ascii="Times New Roman" w:hAnsi="Times New Roman" w:cs="Times New Roman"/>
          <w:sz w:val="24"/>
          <w:szCs w:val="24"/>
        </w:rPr>
        <w:t>advantage</w:t>
      </w:r>
      <w:r>
        <w:rPr>
          <w:rFonts w:ascii="Times New Roman" w:hAnsi="Times New Roman" w:cs="Times New Roman"/>
          <w:sz w:val="24"/>
          <w:szCs w:val="24"/>
        </w:rPr>
        <w:t xml:space="preserve"> </w:t>
      </w:r>
      <w:r w:rsidRPr="009D21BC">
        <w:rPr>
          <w:rFonts w:ascii="Times New Roman" w:hAnsi="Times New Roman" w:cs="Times New Roman"/>
          <w:sz w:val="24"/>
          <w:szCs w:val="24"/>
        </w:rPr>
        <w:t>over</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competitors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make</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stand</w:t>
      </w:r>
      <w:r>
        <w:rPr>
          <w:rFonts w:ascii="Times New Roman" w:hAnsi="Times New Roman" w:cs="Times New Roman"/>
          <w:sz w:val="24"/>
          <w:szCs w:val="24"/>
        </w:rPr>
        <w:t xml:space="preserve"> </w:t>
      </w:r>
      <w:r w:rsidRPr="009D21BC">
        <w:rPr>
          <w:rFonts w:ascii="Times New Roman" w:hAnsi="Times New Roman" w:cs="Times New Roman"/>
          <w:sz w:val="24"/>
          <w:szCs w:val="24"/>
        </w:rPr>
        <w:t>out</w:t>
      </w:r>
      <w:r>
        <w:rPr>
          <w:rFonts w:ascii="Times New Roman" w:hAnsi="Times New Roman" w:cs="Times New Roman"/>
          <w:sz w:val="24"/>
          <w:szCs w:val="24"/>
        </w:rPr>
        <w:t xml:space="preserve"> </w:t>
      </w:r>
      <w:r w:rsidRPr="009D21BC">
        <w:rPr>
          <w:rFonts w:ascii="Times New Roman" w:hAnsi="Times New Roman" w:cs="Times New Roman"/>
          <w:sz w:val="24"/>
          <w:szCs w:val="24"/>
        </w:rPr>
        <w:t>among</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medical</w:t>
      </w:r>
      <w:r>
        <w:rPr>
          <w:rFonts w:ascii="Times New Roman" w:hAnsi="Times New Roman" w:cs="Times New Roman"/>
          <w:sz w:val="24"/>
          <w:szCs w:val="24"/>
        </w:rPr>
        <w:t xml:space="preserve"> </w:t>
      </w:r>
      <w:r w:rsidRPr="009D21BC">
        <w:rPr>
          <w:rFonts w:ascii="Times New Roman" w:hAnsi="Times New Roman" w:cs="Times New Roman"/>
          <w:sz w:val="24"/>
          <w:szCs w:val="24"/>
        </w:rPr>
        <w:t>tourism</w:t>
      </w:r>
      <w:r>
        <w:rPr>
          <w:rFonts w:ascii="Times New Roman" w:hAnsi="Times New Roman" w:cs="Times New Roman"/>
          <w:sz w:val="24"/>
          <w:szCs w:val="24"/>
        </w:rPr>
        <w:t xml:space="preserve"> </w:t>
      </w:r>
      <w:r w:rsidRPr="009D21BC">
        <w:rPr>
          <w:rFonts w:ascii="Times New Roman" w:hAnsi="Times New Roman" w:cs="Times New Roman"/>
          <w:sz w:val="24"/>
          <w:szCs w:val="24"/>
        </w:rPr>
        <w:t>facilitators.</w:t>
      </w:r>
    </w:p>
    <w:p w:rsidR="00E5081E" w:rsidRDefault="00E5081E" w:rsidP="00600AC2">
      <w:pPr>
        <w:spacing w:after="240" w:line="360" w:lineRule="auto"/>
        <w:jc w:val="both"/>
        <w:rPr>
          <w:rFonts w:ascii="Times New Roman" w:hAnsi="Times New Roman" w:cs="Times New Roman"/>
          <w:sz w:val="24"/>
          <w:szCs w:val="24"/>
        </w:rPr>
      </w:pPr>
    </w:p>
    <w:p w:rsidR="00E5081E" w:rsidRDefault="00E5081E" w:rsidP="00600AC2">
      <w:pPr>
        <w:spacing w:after="240" w:line="360" w:lineRule="auto"/>
        <w:jc w:val="both"/>
        <w:rPr>
          <w:rFonts w:ascii="Times New Roman" w:hAnsi="Times New Roman" w:cs="Times New Roman"/>
          <w:sz w:val="24"/>
          <w:szCs w:val="24"/>
        </w:rPr>
      </w:pPr>
    </w:p>
    <w:p w:rsidR="00E5081E" w:rsidRDefault="00E5081E" w:rsidP="00600AC2">
      <w:pPr>
        <w:spacing w:after="240" w:line="360" w:lineRule="auto"/>
        <w:jc w:val="both"/>
        <w:rPr>
          <w:rFonts w:ascii="Times New Roman" w:hAnsi="Times New Roman" w:cs="Times New Roman"/>
          <w:sz w:val="24"/>
          <w:szCs w:val="24"/>
        </w:rPr>
      </w:pPr>
      <w:r>
        <w:rPr>
          <w:rFonts w:ascii="Times New Roman" w:eastAsia="Times New Roman" w:hAnsi="Times New Roman" w:cs="Times New Roman"/>
          <w:noProof/>
          <w:sz w:val="20"/>
          <w:szCs w:val="20"/>
          <w:lang w:eastAsia="en-IN"/>
        </w:rPr>
        <w:lastRenderedPageBreak/>
        <mc:AlternateContent>
          <mc:Choice Requires="wpg">
            <w:drawing>
              <wp:anchor distT="0" distB="0" distL="114300" distR="114300" simplePos="0" relativeHeight="251663360" behindDoc="0" locked="0" layoutInCell="1" allowOverlap="1" wp14:anchorId="4AD17E4F" wp14:editId="61E78513">
                <wp:simplePos x="0" y="0"/>
                <wp:positionH relativeFrom="margin">
                  <wp:posOffset>266700</wp:posOffset>
                </wp:positionH>
                <wp:positionV relativeFrom="paragraph">
                  <wp:posOffset>247650</wp:posOffset>
                </wp:positionV>
                <wp:extent cx="5276850" cy="2076450"/>
                <wp:effectExtent l="0" t="0" r="0" b="0"/>
                <wp:wrapSquare wrapText="bothSides"/>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6850" cy="2076450"/>
                          <a:chOff x="0" y="0"/>
                          <a:chExt cx="9573" cy="4355"/>
                        </a:xfrm>
                      </wpg:grpSpPr>
                      <pic:pic xmlns:pic="http://schemas.openxmlformats.org/drawingml/2006/picture">
                        <pic:nvPicPr>
                          <pic:cNvPr id="63" name="Picture 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8" cy="4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490" y="1642"/>
                            <a:ext cx="4083" cy="1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94AD0C7" id="Group 62" o:spid="_x0000_s1026" style="position:absolute;margin-left:21pt;margin-top:19.5pt;width:415.5pt;height:163.5pt;z-index:251663360;mso-position-horizontal-relative:margin" coordsize="9573,43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5Sooor99Pwc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ZUEsDBAoAAAAAAAAAIQACBnwTwhgAAMIYAAAVAAAAZHJzL21lZGlhL2ltYWdlMi5qcGVn/9j/&#10;4AAQSkZJRgABAQEAYABgAAD/2wBDAAMCAgMCAgMDAwMEAwMEBQgFBQQEBQoHBwYIDAoMDAsKCwsN&#10;DhIQDQ4RDgsLEBYQERMUFRUVDA8XGBYUGBIUFRT/2wBDAQMEBAUEBQkFBQkUDQsNFBQUFBQUFBQU&#10;FBQUFBQUFBQUFBQUFBQUFBQUFBQUFBQUFBQUFBQUFBQUFBQUFBQUFBT/wAARCABSAR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 o:spid="_x0000_s1027" type="#_x0000_t75" style="position:absolute;width:5488;height:4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">
                  <v:imagedata r:id="rId10" o:title=""/>
                </v:shape>
                <v:shape id="Picture 63" o:spid="_x0000_s1028" type="#_x0000_t75" style="position:absolute;left:5490;top:1642;width:4083;height:1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">
                  <v:imagedata r:id="rId11" o:title=""/>
                </v:shape>
                <w10:wrap type="square" anchorx="margin"/>
              </v:group>
            </w:pict>
          </mc:Fallback>
        </mc:AlternateContent>
      </w:r>
    </w:p>
    <w:p w:rsidR="00E5081E" w:rsidRDefault="00E5081E" w:rsidP="00600AC2">
      <w:pPr>
        <w:spacing w:after="240" w:line="360" w:lineRule="auto"/>
        <w:jc w:val="both"/>
        <w:rPr>
          <w:rFonts w:ascii="Times New Roman" w:hAnsi="Times New Roman" w:cs="Times New Roman"/>
          <w:sz w:val="24"/>
          <w:szCs w:val="24"/>
        </w:rPr>
      </w:pPr>
    </w:p>
    <w:p w:rsidR="00600AC2" w:rsidRDefault="00600AC2" w:rsidP="00600AC2">
      <w:pPr>
        <w:spacing w:after="240" w:line="360" w:lineRule="auto"/>
        <w:jc w:val="center"/>
        <w:rPr>
          <w:rFonts w:ascii="Times New Roman" w:hAnsi="Times New Roman" w:cs="Times New Roman"/>
          <w:sz w:val="24"/>
          <w:szCs w:val="24"/>
        </w:rPr>
      </w:pPr>
      <w:r w:rsidRPr="009D21BC">
        <w:rPr>
          <w:rFonts w:ascii="Times New Roman" w:hAnsi="Times New Roman" w:cs="Times New Roman"/>
          <w:sz w:val="24"/>
          <w:szCs w:val="24"/>
        </w:rPr>
        <w:t>Fig</w:t>
      </w:r>
      <w:r>
        <w:rPr>
          <w:rFonts w:ascii="Times New Roman" w:hAnsi="Times New Roman" w:cs="Times New Roman"/>
          <w:sz w:val="24"/>
          <w:szCs w:val="24"/>
        </w:rPr>
        <w:t xml:space="preserve"> </w:t>
      </w:r>
      <w:r w:rsidRPr="009D21BC">
        <w:rPr>
          <w:rFonts w:ascii="Times New Roman" w:hAnsi="Times New Roman" w:cs="Times New Roman"/>
          <w:sz w:val="24"/>
          <w:szCs w:val="24"/>
        </w:rPr>
        <w:t>3.4.1</w:t>
      </w:r>
      <w:r>
        <w:rPr>
          <w:rFonts w:ascii="Times New Roman" w:hAnsi="Times New Roman" w:cs="Times New Roman"/>
          <w:sz w:val="24"/>
          <w:szCs w:val="24"/>
        </w:rPr>
        <w:t xml:space="preserve"> </w:t>
      </w:r>
      <w:r w:rsidRPr="009D21BC">
        <w:rPr>
          <w:rFonts w:ascii="Times New Roman" w:hAnsi="Times New Roman" w:cs="Times New Roman"/>
          <w:sz w:val="24"/>
          <w:szCs w:val="24"/>
        </w:rPr>
        <w:t>Competitors</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loggo</w:t>
      </w:r>
      <w:proofErr w:type="spellEnd"/>
      <w:r>
        <w:rPr>
          <w:rFonts w:ascii="Times New Roman" w:eastAsia="Times New Roman" w:hAnsi="Times New Roman" w:cs="Times New Roman"/>
          <w:noProof/>
          <w:sz w:val="20"/>
          <w:szCs w:val="20"/>
          <w:lang w:eastAsia="en-IN"/>
        </w:rPr>
        <w:drawing>
          <wp:anchor distT="0" distB="0" distL="114300" distR="114300" simplePos="0" relativeHeight="251661312" behindDoc="0" locked="0" layoutInCell="1" allowOverlap="1" wp14:anchorId="03F073F9" wp14:editId="3A9DBC53">
            <wp:simplePos x="0" y="0"/>
            <wp:positionH relativeFrom="column">
              <wp:posOffset>-635</wp:posOffset>
            </wp:positionH>
            <wp:positionV relativeFrom="paragraph">
              <wp:posOffset>258445</wp:posOffset>
            </wp:positionV>
            <wp:extent cx="5347970" cy="3933190"/>
            <wp:effectExtent l="0" t="0" r="5080" b="0"/>
            <wp:wrapSquare wrapText="bothSides"/>
            <wp:docPr id="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47970" cy="3933190"/>
                    </a:xfrm>
                    <a:prstGeom prst="rect">
                      <a:avLst/>
                    </a:prstGeom>
                  </pic:spPr>
                </pic:pic>
              </a:graphicData>
            </a:graphic>
            <wp14:sizeRelH relativeFrom="page">
              <wp14:pctWidth>0</wp14:pctWidth>
            </wp14:sizeRelH>
            <wp14:sizeRelV relativeFrom="page">
              <wp14:pctHeight>0</wp14:pctHeight>
            </wp14:sizeRelV>
          </wp:anchor>
        </w:drawing>
      </w:r>
    </w:p>
    <w:p w:rsidR="00600AC2" w:rsidRDefault="00600AC2" w:rsidP="00600AC2">
      <w:pPr>
        <w:spacing w:after="240" w:line="360" w:lineRule="auto"/>
        <w:jc w:val="both"/>
        <w:rPr>
          <w:rFonts w:ascii="Times New Roman" w:hAnsi="Times New Roman" w:cs="Times New Roman"/>
          <w:sz w:val="24"/>
          <w:szCs w:val="24"/>
        </w:rPr>
      </w:pPr>
    </w:p>
    <w:p w:rsidR="00600AC2" w:rsidRDefault="00600AC2" w:rsidP="00600AC2">
      <w:pPr>
        <w:spacing w:after="240" w:line="360" w:lineRule="auto"/>
        <w:jc w:val="both"/>
        <w:rPr>
          <w:rFonts w:ascii="Times New Roman" w:hAnsi="Times New Roman" w:cs="Times New Roman"/>
          <w:sz w:val="24"/>
          <w:szCs w:val="24"/>
        </w:rPr>
      </w:pPr>
    </w:p>
    <w:p w:rsidR="00600AC2" w:rsidRDefault="00600AC2" w:rsidP="00600AC2">
      <w:pPr>
        <w:spacing w:after="240" w:line="360" w:lineRule="auto"/>
        <w:jc w:val="both"/>
        <w:rPr>
          <w:rFonts w:ascii="Times New Roman" w:hAnsi="Times New Roman" w:cs="Times New Roman"/>
          <w:sz w:val="24"/>
          <w:szCs w:val="24"/>
        </w:rPr>
      </w:pPr>
    </w:p>
    <w:p w:rsidR="00600AC2" w:rsidRDefault="00600AC2" w:rsidP="00600AC2">
      <w:pPr>
        <w:spacing w:after="240" w:line="360" w:lineRule="auto"/>
        <w:jc w:val="both"/>
        <w:rPr>
          <w:rFonts w:ascii="Times New Roman" w:hAnsi="Times New Roman" w:cs="Times New Roman"/>
          <w:sz w:val="24"/>
          <w:szCs w:val="24"/>
        </w:rPr>
      </w:pPr>
    </w:p>
    <w:p w:rsidR="00600AC2" w:rsidRDefault="00600AC2" w:rsidP="00600AC2">
      <w:pPr>
        <w:spacing w:after="240" w:line="360" w:lineRule="auto"/>
        <w:jc w:val="both"/>
        <w:rPr>
          <w:rFonts w:ascii="Times New Roman" w:hAnsi="Times New Roman" w:cs="Times New Roman"/>
          <w:sz w:val="24"/>
          <w:szCs w:val="24"/>
        </w:rPr>
      </w:pPr>
    </w:p>
    <w:p w:rsidR="00600AC2" w:rsidRDefault="00600AC2" w:rsidP="00600AC2">
      <w:pPr>
        <w:spacing w:after="240" w:line="360" w:lineRule="auto"/>
        <w:jc w:val="both"/>
        <w:rPr>
          <w:rFonts w:ascii="Times New Roman" w:hAnsi="Times New Roman" w:cs="Times New Roman"/>
          <w:sz w:val="24"/>
          <w:szCs w:val="24"/>
        </w:rPr>
      </w:pPr>
    </w:p>
    <w:p w:rsidR="00600AC2" w:rsidRDefault="00600AC2" w:rsidP="00600AC2">
      <w:pPr>
        <w:spacing w:after="240" w:line="360" w:lineRule="auto"/>
        <w:jc w:val="both"/>
        <w:rPr>
          <w:rFonts w:ascii="Times New Roman" w:hAnsi="Times New Roman" w:cs="Times New Roman"/>
          <w:sz w:val="24"/>
          <w:szCs w:val="24"/>
        </w:rPr>
      </w:pPr>
    </w:p>
    <w:p w:rsidR="00600AC2" w:rsidRDefault="00600AC2" w:rsidP="00600AC2">
      <w:pPr>
        <w:spacing w:after="240" w:line="360" w:lineRule="auto"/>
        <w:jc w:val="both"/>
        <w:rPr>
          <w:rFonts w:ascii="Times New Roman" w:hAnsi="Times New Roman" w:cs="Times New Roman"/>
          <w:sz w:val="24"/>
          <w:szCs w:val="24"/>
        </w:rPr>
      </w:pPr>
    </w:p>
    <w:p w:rsidR="00600AC2" w:rsidRDefault="00600AC2" w:rsidP="00600AC2">
      <w:pPr>
        <w:spacing w:after="240" w:line="360" w:lineRule="auto"/>
        <w:jc w:val="both"/>
        <w:rPr>
          <w:rFonts w:ascii="Times New Roman" w:hAnsi="Times New Roman" w:cs="Times New Roman"/>
          <w:sz w:val="24"/>
          <w:szCs w:val="24"/>
        </w:rPr>
      </w:pPr>
    </w:p>
    <w:p w:rsidR="00E5081E" w:rsidRDefault="00E5081E" w:rsidP="00600AC2">
      <w:pPr>
        <w:spacing w:after="240" w:line="360" w:lineRule="auto"/>
        <w:jc w:val="center"/>
        <w:rPr>
          <w:rFonts w:ascii="Times New Roman" w:hAnsi="Times New Roman" w:cs="Times New Roman"/>
          <w:sz w:val="24"/>
          <w:szCs w:val="24"/>
        </w:rPr>
      </w:pPr>
    </w:p>
    <w:p w:rsidR="00600AC2" w:rsidRPr="009D21BC" w:rsidRDefault="00600AC2" w:rsidP="00600AC2">
      <w:pPr>
        <w:spacing w:after="240" w:line="360" w:lineRule="auto"/>
        <w:jc w:val="center"/>
        <w:rPr>
          <w:rFonts w:ascii="Times New Roman" w:hAnsi="Times New Roman" w:cs="Times New Roman"/>
          <w:sz w:val="24"/>
          <w:szCs w:val="24"/>
        </w:rPr>
      </w:pPr>
      <w:r w:rsidRPr="009D21BC">
        <w:rPr>
          <w:rFonts w:ascii="Times New Roman" w:hAnsi="Times New Roman" w:cs="Times New Roman"/>
          <w:sz w:val="24"/>
          <w:szCs w:val="24"/>
        </w:rPr>
        <w:t>Fig</w:t>
      </w:r>
      <w:r>
        <w:rPr>
          <w:rFonts w:ascii="Times New Roman" w:hAnsi="Times New Roman" w:cs="Times New Roman"/>
          <w:sz w:val="24"/>
          <w:szCs w:val="24"/>
        </w:rPr>
        <w:t xml:space="preserve"> </w:t>
      </w:r>
      <w:r w:rsidRPr="009D21BC">
        <w:rPr>
          <w:rFonts w:ascii="Times New Roman" w:hAnsi="Times New Roman" w:cs="Times New Roman"/>
          <w:sz w:val="24"/>
          <w:szCs w:val="24"/>
        </w:rPr>
        <w:t>3.4.2</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recent</w:t>
      </w:r>
      <w:r>
        <w:rPr>
          <w:rFonts w:ascii="Times New Roman" w:hAnsi="Times New Roman" w:cs="Times New Roman"/>
          <w:sz w:val="24"/>
          <w:szCs w:val="24"/>
        </w:rPr>
        <w:t xml:space="preserve"> </w:t>
      </w:r>
      <w:r w:rsidRPr="009D21BC">
        <w:rPr>
          <w:rFonts w:ascii="Times New Roman" w:hAnsi="Times New Roman" w:cs="Times New Roman"/>
          <w:sz w:val="24"/>
          <w:szCs w:val="24"/>
        </w:rPr>
        <w:t>top</w:t>
      </w:r>
      <w:r>
        <w:rPr>
          <w:rFonts w:ascii="Times New Roman" w:hAnsi="Times New Roman" w:cs="Times New Roman"/>
          <w:sz w:val="24"/>
          <w:szCs w:val="24"/>
        </w:rPr>
        <w:t xml:space="preserve"> </w:t>
      </w:r>
      <w:r w:rsidRPr="009D21BC">
        <w:rPr>
          <w:rFonts w:ascii="Times New Roman" w:hAnsi="Times New Roman" w:cs="Times New Roman"/>
          <w:sz w:val="24"/>
          <w:szCs w:val="24"/>
        </w:rPr>
        <w:t>10</w:t>
      </w:r>
      <w:r>
        <w:rPr>
          <w:rFonts w:ascii="Times New Roman" w:hAnsi="Times New Roman" w:cs="Times New Roman"/>
          <w:sz w:val="24"/>
          <w:szCs w:val="24"/>
        </w:rPr>
        <w:t xml:space="preserve"> </w:t>
      </w:r>
      <w:r w:rsidRPr="009D21BC">
        <w:rPr>
          <w:rFonts w:ascii="Times New Roman" w:hAnsi="Times New Roman" w:cs="Times New Roman"/>
          <w:sz w:val="24"/>
          <w:szCs w:val="24"/>
        </w:rPr>
        <w:t>market</w:t>
      </w:r>
      <w:r>
        <w:rPr>
          <w:rFonts w:ascii="Times New Roman" w:hAnsi="Times New Roman" w:cs="Times New Roman"/>
          <w:sz w:val="24"/>
          <w:szCs w:val="24"/>
        </w:rPr>
        <w:t xml:space="preserve"> </w:t>
      </w:r>
      <w:r w:rsidRPr="009D21BC">
        <w:rPr>
          <w:rFonts w:ascii="Times New Roman" w:hAnsi="Times New Roman" w:cs="Times New Roman"/>
          <w:sz w:val="24"/>
          <w:szCs w:val="24"/>
        </w:rPr>
        <w:t>share</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region</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given</w:t>
      </w:r>
      <w:r>
        <w:rPr>
          <w:rFonts w:ascii="Times New Roman" w:hAnsi="Times New Roman" w:cs="Times New Roman"/>
          <w:sz w:val="24"/>
          <w:szCs w:val="24"/>
        </w:rPr>
        <w:t xml:space="preserve"> </w:t>
      </w:r>
      <w:r w:rsidRPr="009D21BC">
        <w:rPr>
          <w:rFonts w:ascii="Times New Roman" w:hAnsi="Times New Roman" w:cs="Times New Roman"/>
          <w:sz w:val="24"/>
          <w:szCs w:val="24"/>
        </w:rPr>
        <w:t>graph</w:t>
      </w:r>
      <w:r>
        <w:rPr>
          <w:rFonts w:ascii="Times New Roman" w:hAnsi="Times New Roman" w:cs="Times New Roman"/>
          <w:sz w:val="24"/>
          <w:szCs w:val="24"/>
        </w:rPr>
        <w:t xml:space="preserve"> </w:t>
      </w:r>
      <w:r w:rsidRPr="009D21BC">
        <w:rPr>
          <w:rFonts w:ascii="Times New Roman" w:hAnsi="Times New Roman" w:cs="Times New Roman"/>
          <w:sz w:val="24"/>
          <w:szCs w:val="24"/>
        </w:rPr>
        <w:t>below</w:t>
      </w:r>
      <w:r>
        <w:rPr>
          <w:rFonts w:ascii="Times New Roman" w:hAnsi="Times New Roman" w:cs="Times New Roman"/>
          <w:sz w:val="24"/>
          <w:szCs w:val="24"/>
        </w:rPr>
        <w:t xml:space="preserve"> </w:t>
      </w:r>
      <w:r w:rsidRPr="009D21BC">
        <w:rPr>
          <w:rFonts w:ascii="Times New Roman" w:hAnsi="Times New Roman" w:cs="Times New Roman"/>
          <w:sz w:val="24"/>
          <w:szCs w:val="24"/>
        </w:rPr>
        <w:t>represents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calculated</w:t>
      </w:r>
      <w:r>
        <w:rPr>
          <w:rFonts w:ascii="Times New Roman" w:hAnsi="Times New Roman" w:cs="Times New Roman"/>
          <w:sz w:val="24"/>
          <w:szCs w:val="24"/>
        </w:rPr>
        <w:t xml:space="preserve"> </w:t>
      </w:r>
      <w:r w:rsidRPr="009D21BC">
        <w:rPr>
          <w:rFonts w:ascii="Times New Roman" w:hAnsi="Times New Roman" w:cs="Times New Roman"/>
          <w:sz w:val="24"/>
          <w:szCs w:val="24"/>
        </w:rPr>
        <w:t>regional</w:t>
      </w:r>
      <w:r>
        <w:rPr>
          <w:rFonts w:ascii="Times New Roman" w:hAnsi="Times New Roman" w:cs="Times New Roman"/>
          <w:sz w:val="24"/>
          <w:szCs w:val="24"/>
        </w:rPr>
        <w:t xml:space="preserve"> </w:t>
      </w:r>
      <w:r w:rsidRPr="009D21BC">
        <w:rPr>
          <w:rFonts w:ascii="Times New Roman" w:hAnsi="Times New Roman" w:cs="Times New Roman"/>
          <w:sz w:val="24"/>
          <w:szCs w:val="24"/>
        </w:rPr>
        <w:t>market</w:t>
      </w:r>
      <w:r>
        <w:rPr>
          <w:rFonts w:ascii="Times New Roman" w:hAnsi="Times New Roman" w:cs="Times New Roman"/>
          <w:sz w:val="24"/>
          <w:szCs w:val="24"/>
        </w:rPr>
        <w:t xml:space="preserve"> </w:t>
      </w:r>
      <w:r w:rsidRPr="009D21BC">
        <w:rPr>
          <w:rFonts w:ascii="Times New Roman" w:hAnsi="Times New Roman" w:cs="Times New Roman"/>
          <w:sz w:val="24"/>
          <w:szCs w:val="24"/>
        </w:rPr>
        <w:t>distribution</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served</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academic</w:t>
      </w:r>
      <w:r>
        <w:rPr>
          <w:rFonts w:ascii="Times New Roman" w:hAnsi="Times New Roman" w:cs="Times New Roman"/>
          <w:sz w:val="24"/>
          <w:szCs w:val="24"/>
        </w:rPr>
        <w:t xml:space="preserve"> </w:t>
      </w:r>
      <w:r w:rsidRPr="009D21BC">
        <w:rPr>
          <w:rFonts w:ascii="Times New Roman" w:hAnsi="Times New Roman" w:cs="Times New Roman"/>
          <w:sz w:val="24"/>
          <w:szCs w:val="24"/>
        </w:rPr>
        <w:t>purposes.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largest</w:t>
      </w:r>
      <w:r>
        <w:rPr>
          <w:rFonts w:ascii="Times New Roman" w:hAnsi="Times New Roman" w:cs="Times New Roman"/>
          <w:sz w:val="24"/>
          <w:szCs w:val="24"/>
        </w:rPr>
        <w:t xml:space="preserve"> </w:t>
      </w:r>
      <w:r w:rsidRPr="009D21BC">
        <w:rPr>
          <w:rFonts w:ascii="Times New Roman" w:hAnsi="Times New Roman" w:cs="Times New Roman"/>
          <w:sz w:val="24"/>
          <w:szCs w:val="24"/>
        </w:rPr>
        <w:t>portion</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market</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occupied</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Africa,</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share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30%,</w:t>
      </w:r>
      <w:r>
        <w:rPr>
          <w:rFonts w:ascii="Times New Roman" w:hAnsi="Times New Roman" w:cs="Times New Roman"/>
          <w:sz w:val="24"/>
          <w:szCs w:val="24"/>
        </w:rPr>
        <w:t xml:space="preserve"> </w:t>
      </w:r>
      <w:r w:rsidRPr="009D21BC">
        <w:rPr>
          <w:rFonts w:ascii="Times New Roman" w:hAnsi="Times New Roman" w:cs="Times New Roman"/>
          <w:sz w:val="24"/>
          <w:szCs w:val="24"/>
        </w:rPr>
        <w:t>followed</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Middle</w:t>
      </w:r>
      <w:r>
        <w:rPr>
          <w:rFonts w:ascii="Times New Roman" w:hAnsi="Times New Roman" w:cs="Times New Roman"/>
          <w:sz w:val="24"/>
          <w:szCs w:val="24"/>
        </w:rPr>
        <w:t xml:space="preserve"> </w:t>
      </w:r>
      <w:r w:rsidRPr="009D21BC">
        <w:rPr>
          <w:rFonts w:ascii="Times New Roman" w:hAnsi="Times New Roman" w:cs="Times New Roman"/>
          <w:sz w:val="24"/>
          <w:szCs w:val="24"/>
        </w:rPr>
        <w:t>East</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22%.</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significant</w:t>
      </w:r>
      <w:r>
        <w:rPr>
          <w:rFonts w:ascii="Times New Roman" w:hAnsi="Times New Roman" w:cs="Times New Roman"/>
          <w:sz w:val="24"/>
          <w:szCs w:val="24"/>
        </w:rPr>
        <w:t xml:space="preserve"> </w:t>
      </w:r>
      <w:r w:rsidRPr="009D21BC">
        <w:rPr>
          <w:rFonts w:ascii="Times New Roman" w:hAnsi="Times New Roman" w:cs="Times New Roman"/>
          <w:sz w:val="24"/>
          <w:szCs w:val="24"/>
        </w:rPr>
        <w:t>representation</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these</w:t>
      </w:r>
      <w:r>
        <w:rPr>
          <w:rFonts w:ascii="Times New Roman" w:hAnsi="Times New Roman" w:cs="Times New Roman"/>
          <w:sz w:val="24"/>
          <w:szCs w:val="24"/>
        </w:rPr>
        <w:t xml:space="preserve"> </w:t>
      </w:r>
      <w:r w:rsidRPr="009D21BC">
        <w:rPr>
          <w:rFonts w:ascii="Times New Roman" w:hAnsi="Times New Roman" w:cs="Times New Roman"/>
          <w:sz w:val="24"/>
          <w:szCs w:val="24"/>
        </w:rPr>
        <w:t>two</w:t>
      </w:r>
      <w:r>
        <w:rPr>
          <w:rFonts w:ascii="Times New Roman" w:hAnsi="Times New Roman" w:cs="Times New Roman"/>
          <w:sz w:val="24"/>
          <w:szCs w:val="24"/>
        </w:rPr>
        <w:t xml:space="preserve"> </w:t>
      </w:r>
      <w:r w:rsidRPr="009D21BC">
        <w:rPr>
          <w:rFonts w:ascii="Times New Roman" w:hAnsi="Times New Roman" w:cs="Times New Roman"/>
          <w:sz w:val="24"/>
          <w:szCs w:val="24"/>
        </w:rPr>
        <w:t>regions</w:t>
      </w:r>
      <w:r>
        <w:rPr>
          <w:rFonts w:ascii="Times New Roman" w:hAnsi="Times New Roman" w:cs="Times New Roman"/>
          <w:sz w:val="24"/>
          <w:szCs w:val="24"/>
        </w:rPr>
        <w:t xml:space="preserve"> </w:t>
      </w:r>
      <w:r w:rsidRPr="009D21BC">
        <w:rPr>
          <w:rFonts w:ascii="Times New Roman" w:hAnsi="Times New Roman" w:cs="Times New Roman"/>
          <w:sz w:val="24"/>
          <w:szCs w:val="24"/>
        </w:rPr>
        <w:t>can</w:t>
      </w:r>
      <w:r>
        <w:rPr>
          <w:rFonts w:ascii="Times New Roman" w:hAnsi="Times New Roman" w:cs="Times New Roman"/>
          <w:sz w:val="24"/>
          <w:szCs w:val="24"/>
        </w:rPr>
        <w:t xml:space="preserve"> </w:t>
      </w:r>
      <w:r w:rsidRPr="009D21BC">
        <w:rPr>
          <w:rFonts w:ascii="Times New Roman" w:hAnsi="Times New Roman" w:cs="Times New Roman"/>
          <w:sz w:val="24"/>
          <w:szCs w:val="24"/>
        </w:rPr>
        <w:t>be</w:t>
      </w:r>
      <w:r>
        <w:rPr>
          <w:rFonts w:ascii="Times New Roman" w:hAnsi="Times New Roman" w:cs="Times New Roman"/>
          <w:sz w:val="24"/>
          <w:szCs w:val="24"/>
        </w:rPr>
        <w:t xml:space="preserve"> </w:t>
      </w:r>
      <w:r w:rsidRPr="009D21BC">
        <w:rPr>
          <w:rFonts w:ascii="Times New Roman" w:hAnsi="Times New Roman" w:cs="Times New Roman"/>
          <w:sz w:val="24"/>
          <w:szCs w:val="24"/>
        </w:rPr>
        <w:t>explained</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proximity</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lastRenderedPageBreak/>
        <w:t>a</w:t>
      </w:r>
      <w:r>
        <w:rPr>
          <w:rFonts w:ascii="Times New Roman" w:hAnsi="Times New Roman" w:cs="Times New Roman"/>
          <w:sz w:val="24"/>
          <w:szCs w:val="24"/>
        </w:rPr>
        <w:t xml:space="preserve"> </w:t>
      </w:r>
      <w:r w:rsidRPr="009D21BC">
        <w:rPr>
          <w:rFonts w:ascii="Times New Roman" w:hAnsi="Times New Roman" w:cs="Times New Roman"/>
          <w:sz w:val="24"/>
          <w:szCs w:val="24"/>
        </w:rPr>
        <w:t>high</w:t>
      </w:r>
      <w:r>
        <w:rPr>
          <w:rFonts w:ascii="Times New Roman" w:hAnsi="Times New Roman" w:cs="Times New Roman"/>
          <w:sz w:val="24"/>
          <w:szCs w:val="24"/>
        </w:rPr>
        <w:t xml:space="preserve"> </w:t>
      </w:r>
      <w:r w:rsidRPr="009D21BC">
        <w:rPr>
          <w:rFonts w:ascii="Times New Roman" w:hAnsi="Times New Roman" w:cs="Times New Roman"/>
          <w:sz w:val="24"/>
          <w:szCs w:val="24"/>
        </w:rPr>
        <w:t>demand</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affordable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high-quality</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Patients</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South</w:t>
      </w:r>
      <w:r>
        <w:rPr>
          <w:rFonts w:ascii="Times New Roman" w:hAnsi="Times New Roman" w:cs="Times New Roman"/>
          <w:sz w:val="24"/>
          <w:szCs w:val="24"/>
        </w:rPr>
        <w:t xml:space="preserve"> </w:t>
      </w:r>
      <w:r w:rsidRPr="009D21BC">
        <w:rPr>
          <w:rFonts w:ascii="Times New Roman" w:hAnsi="Times New Roman" w:cs="Times New Roman"/>
          <w:sz w:val="24"/>
          <w:szCs w:val="24"/>
        </w:rPr>
        <w:t>Asia</w:t>
      </w:r>
      <w:r>
        <w:rPr>
          <w:rFonts w:ascii="Times New Roman" w:hAnsi="Times New Roman" w:cs="Times New Roman"/>
          <w:sz w:val="24"/>
          <w:szCs w:val="24"/>
        </w:rPr>
        <w:t xml:space="preserve"> </w:t>
      </w:r>
      <w:r w:rsidRPr="009D21BC">
        <w:rPr>
          <w:rFonts w:ascii="Times New Roman" w:hAnsi="Times New Roman" w:cs="Times New Roman"/>
          <w:sz w:val="24"/>
          <w:szCs w:val="24"/>
        </w:rPr>
        <w:t>also</w:t>
      </w:r>
      <w:r>
        <w:rPr>
          <w:rFonts w:ascii="Times New Roman" w:hAnsi="Times New Roman" w:cs="Times New Roman"/>
          <w:sz w:val="24"/>
          <w:szCs w:val="24"/>
        </w:rPr>
        <w:t xml:space="preserve"> </w:t>
      </w:r>
      <w:r w:rsidRPr="009D21BC">
        <w:rPr>
          <w:rFonts w:ascii="Times New Roman" w:hAnsi="Times New Roman" w:cs="Times New Roman"/>
          <w:sz w:val="24"/>
          <w:szCs w:val="24"/>
        </w:rPr>
        <w:t>show</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strong</w:t>
      </w:r>
      <w:r>
        <w:rPr>
          <w:rFonts w:ascii="Times New Roman" w:hAnsi="Times New Roman" w:cs="Times New Roman"/>
          <w:sz w:val="24"/>
          <w:szCs w:val="24"/>
        </w:rPr>
        <w:t xml:space="preserve"> </w:t>
      </w:r>
      <w:r w:rsidRPr="009D21BC">
        <w:rPr>
          <w:rFonts w:ascii="Times New Roman" w:hAnsi="Times New Roman" w:cs="Times New Roman"/>
          <w:sz w:val="24"/>
          <w:szCs w:val="24"/>
        </w:rPr>
        <w:t>interest</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receiving</w:t>
      </w:r>
      <w:r>
        <w:rPr>
          <w:rFonts w:ascii="Times New Roman" w:hAnsi="Times New Roman" w:cs="Times New Roman"/>
          <w:sz w:val="24"/>
          <w:szCs w:val="24"/>
        </w:rPr>
        <w:t xml:space="preserve"> </w:t>
      </w:r>
      <w:r w:rsidRPr="009D21BC">
        <w:rPr>
          <w:rFonts w:ascii="Times New Roman" w:hAnsi="Times New Roman" w:cs="Times New Roman"/>
          <w:sz w:val="24"/>
          <w:szCs w:val="24"/>
        </w:rPr>
        <w:t>specialist</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which</w:t>
      </w:r>
      <w:r>
        <w:rPr>
          <w:rFonts w:ascii="Times New Roman" w:hAnsi="Times New Roman" w:cs="Times New Roman"/>
          <w:sz w:val="24"/>
          <w:szCs w:val="24"/>
        </w:rPr>
        <w:t xml:space="preserve"> </w:t>
      </w:r>
      <w:r w:rsidRPr="009D21BC">
        <w:rPr>
          <w:rFonts w:ascii="Times New Roman" w:hAnsi="Times New Roman" w:cs="Times New Roman"/>
          <w:sz w:val="24"/>
          <w:szCs w:val="24"/>
        </w:rPr>
        <w:t>comprises</w:t>
      </w:r>
      <w:r>
        <w:rPr>
          <w:rFonts w:ascii="Times New Roman" w:hAnsi="Times New Roman" w:cs="Times New Roman"/>
          <w:sz w:val="24"/>
          <w:szCs w:val="24"/>
        </w:rPr>
        <w:t xml:space="preserve"> </w:t>
      </w:r>
      <w:r w:rsidRPr="009D21BC">
        <w:rPr>
          <w:rFonts w:ascii="Times New Roman" w:hAnsi="Times New Roman" w:cs="Times New Roman"/>
          <w:sz w:val="24"/>
          <w:szCs w:val="24"/>
        </w:rPr>
        <w:t>15%</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market.</w:t>
      </w:r>
      <w:r>
        <w:rPr>
          <w:rFonts w:ascii="Times New Roman" w:hAnsi="Times New Roman" w:cs="Times New Roman"/>
          <w:sz w:val="24"/>
          <w:szCs w:val="24"/>
        </w:rPr>
        <w:t xml:space="preserve"> </w:t>
      </w:r>
      <w:r w:rsidRPr="009D21BC">
        <w:rPr>
          <w:rFonts w:ascii="Times New Roman" w:hAnsi="Times New Roman" w:cs="Times New Roman"/>
          <w:sz w:val="24"/>
          <w:szCs w:val="24"/>
        </w:rPr>
        <w:t>Finally,</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market</w:t>
      </w:r>
      <w:r>
        <w:rPr>
          <w:rFonts w:ascii="Times New Roman" w:hAnsi="Times New Roman" w:cs="Times New Roman"/>
          <w:sz w:val="24"/>
          <w:szCs w:val="24"/>
        </w:rPr>
        <w:t xml:space="preserve"> </w:t>
      </w:r>
      <w:r w:rsidRPr="009D21BC">
        <w:rPr>
          <w:rFonts w:ascii="Times New Roman" w:hAnsi="Times New Roman" w:cs="Times New Roman"/>
          <w:sz w:val="24"/>
          <w:szCs w:val="24"/>
        </w:rPr>
        <w:t>share</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distributed</w:t>
      </w:r>
      <w:r>
        <w:rPr>
          <w:rFonts w:ascii="Times New Roman" w:hAnsi="Times New Roman" w:cs="Times New Roman"/>
          <w:sz w:val="24"/>
          <w:szCs w:val="24"/>
        </w:rPr>
        <w:t xml:space="preserve"> </w:t>
      </w:r>
      <w:r w:rsidRPr="009D21BC">
        <w:rPr>
          <w:rFonts w:ascii="Times New Roman" w:hAnsi="Times New Roman" w:cs="Times New Roman"/>
          <w:sz w:val="24"/>
          <w:szCs w:val="24"/>
        </w:rPr>
        <w:t>among</w:t>
      </w:r>
      <w:r>
        <w:rPr>
          <w:rFonts w:ascii="Times New Roman" w:hAnsi="Times New Roman" w:cs="Times New Roman"/>
          <w:sz w:val="24"/>
          <w:szCs w:val="24"/>
        </w:rPr>
        <w:t xml:space="preserve"> </w:t>
      </w:r>
      <w:r w:rsidRPr="009D21BC">
        <w:rPr>
          <w:rFonts w:ascii="Times New Roman" w:hAnsi="Times New Roman" w:cs="Times New Roman"/>
          <w:sz w:val="24"/>
          <w:szCs w:val="24"/>
        </w:rPr>
        <w:t>Europe</w:t>
      </w:r>
      <w:r>
        <w:rPr>
          <w:rFonts w:ascii="Times New Roman" w:hAnsi="Times New Roman" w:cs="Times New Roman"/>
          <w:sz w:val="24"/>
          <w:szCs w:val="24"/>
        </w:rPr>
        <w:t xml:space="preserve"> </w:t>
      </w:r>
      <w:r w:rsidRPr="009D21BC">
        <w:rPr>
          <w:rFonts w:ascii="Times New Roman" w:hAnsi="Times New Roman" w:cs="Times New Roman"/>
          <w:sz w:val="24"/>
          <w:szCs w:val="24"/>
        </w:rPr>
        <w:t>(7%),</w:t>
      </w:r>
      <w:r>
        <w:rPr>
          <w:rFonts w:ascii="Times New Roman" w:hAnsi="Times New Roman" w:cs="Times New Roman"/>
          <w:sz w:val="24"/>
          <w:szCs w:val="24"/>
        </w:rPr>
        <w:t xml:space="preserve"> </w:t>
      </w:r>
      <w:r w:rsidRPr="009D21BC">
        <w:rPr>
          <w:rFonts w:ascii="Times New Roman" w:hAnsi="Times New Roman" w:cs="Times New Roman"/>
          <w:sz w:val="24"/>
          <w:szCs w:val="24"/>
        </w:rPr>
        <w:t>Central</w:t>
      </w:r>
      <w:r>
        <w:rPr>
          <w:rFonts w:ascii="Times New Roman" w:hAnsi="Times New Roman" w:cs="Times New Roman"/>
          <w:sz w:val="24"/>
          <w:szCs w:val="24"/>
        </w:rPr>
        <w:t xml:space="preserve"> </w:t>
      </w:r>
      <w:r w:rsidRPr="009D21BC">
        <w:rPr>
          <w:rFonts w:ascii="Times New Roman" w:hAnsi="Times New Roman" w:cs="Times New Roman"/>
          <w:sz w:val="24"/>
          <w:szCs w:val="24"/>
        </w:rPr>
        <w:t>Asia</w:t>
      </w:r>
      <w:r>
        <w:rPr>
          <w:rFonts w:ascii="Times New Roman" w:hAnsi="Times New Roman" w:cs="Times New Roman"/>
          <w:sz w:val="24"/>
          <w:szCs w:val="24"/>
        </w:rPr>
        <w:t xml:space="preserve"> </w:t>
      </w:r>
      <w:r w:rsidRPr="009D21BC">
        <w:rPr>
          <w:rFonts w:ascii="Times New Roman" w:hAnsi="Times New Roman" w:cs="Times New Roman"/>
          <w:sz w:val="24"/>
          <w:szCs w:val="24"/>
        </w:rPr>
        <w:t>(5%),</w:t>
      </w:r>
      <w:r>
        <w:rPr>
          <w:rFonts w:ascii="Times New Roman" w:hAnsi="Times New Roman" w:cs="Times New Roman"/>
          <w:sz w:val="24"/>
          <w:szCs w:val="24"/>
        </w:rPr>
        <w:t xml:space="preserve"> </w:t>
      </w:r>
      <w:r w:rsidRPr="009D21BC">
        <w:rPr>
          <w:rFonts w:ascii="Times New Roman" w:hAnsi="Times New Roman" w:cs="Times New Roman"/>
          <w:sz w:val="24"/>
          <w:szCs w:val="24"/>
        </w:rPr>
        <w:t>Southeast</w:t>
      </w:r>
      <w:r>
        <w:rPr>
          <w:rFonts w:ascii="Times New Roman" w:hAnsi="Times New Roman" w:cs="Times New Roman"/>
          <w:sz w:val="24"/>
          <w:szCs w:val="24"/>
        </w:rPr>
        <w:t xml:space="preserve"> </w:t>
      </w:r>
      <w:r w:rsidRPr="009D21BC">
        <w:rPr>
          <w:rFonts w:ascii="Times New Roman" w:hAnsi="Times New Roman" w:cs="Times New Roman"/>
          <w:sz w:val="24"/>
          <w:szCs w:val="24"/>
        </w:rPr>
        <w:t>Asia</w:t>
      </w:r>
      <w:r>
        <w:rPr>
          <w:rFonts w:ascii="Times New Roman" w:hAnsi="Times New Roman" w:cs="Times New Roman"/>
          <w:sz w:val="24"/>
          <w:szCs w:val="24"/>
        </w:rPr>
        <w:t xml:space="preserve"> </w:t>
      </w:r>
      <w:r w:rsidRPr="009D21BC">
        <w:rPr>
          <w:rFonts w:ascii="Times New Roman" w:hAnsi="Times New Roman" w:cs="Times New Roman"/>
          <w:sz w:val="24"/>
          <w:szCs w:val="24"/>
        </w:rPr>
        <w:t>(4%),</w:t>
      </w:r>
      <w:r>
        <w:rPr>
          <w:rFonts w:ascii="Times New Roman" w:hAnsi="Times New Roman" w:cs="Times New Roman"/>
          <w:sz w:val="24"/>
          <w:szCs w:val="24"/>
        </w:rPr>
        <w:t xml:space="preserve"> </w:t>
      </w:r>
      <w:r w:rsidRPr="009D21BC">
        <w:rPr>
          <w:rFonts w:ascii="Times New Roman" w:hAnsi="Times New Roman" w:cs="Times New Roman"/>
          <w:sz w:val="24"/>
          <w:szCs w:val="24"/>
        </w:rPr>
        <w:t>North</w:t>
      </w:r>
      <w:r>
        <w:rPr>
          <w:rFonts w:ascii="Times New Roman" w:hAnsi="Times New Roman" w:cs="Times New Roman"/>
          <w:sz w:val="24"/>
          <w:szCs w:val="24"/>
        </w:rPr>
        <w:t xml:space="preserve"> </w:t>
      </w:r>
      <w:r w:rsidRPr="009D21BC">
        <w:rPr>
          <w:rFonts w:ascii="Times New Roman" w:hAnsi="Times New Roman" w:cs="Times New Roman"/>
          <w:sz w:val="24"/>
          <w:szCs w:val="24"/>
        </w:rPr>
        <w:t>America</w:t>
      </w:r>
      <w:r>
        <w:rPr>
          <w:rFonts w:ascii="Times New Roman" w:hAnsi="Times New Roman" w:cs="Times New Roman"/>
          <w:sz w:val="24"/>
          <w:szCs w:val="24"/>
        </w:rPr>
        <w:t xml:space="preserve"> </w:t>
      </w:r>
      <w:r w:rsidRPr="009D21BC">
        <w:rPr>
          <w:rFonts w:ascii="Times New Roman" w:hAnsi="Times New Roman" w:cs="Times New Roman"/>
          <w:sz w:val="24"/>
          <w:szCs w:val="24"/>
        </w:rPr>
        <w:t>(4%),</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Oceania</w:t>
      </w:r>
      <w:r>
        <w:rPr>
          <w:rFonts w:ascii="Times New Roman" w:hAnsi="Times New Roman" w:cs="Times New Roman"/>
          <w:sz w:val="24"/>
          <w:szCs w:val="24"/>
        </w:rPr>
        <w:t xml:space="preserve"> </w:t>
      </w:r>
      <w:r w:rsidRPr="009D21BC">
        <w:rPr>
          <w:rFonts w:ascii="Times New Roman" w:hAnsi="Times New Roman" w:cs="Times New Roman"/>
          <w:sz w:val="24"/>
          <w:szCs w:val="24"/>
        </w:rPr>
        <w:t>(3%).</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insignificant</w:t>
      </w:r>
      <w:r>
        <w:rPr>
          <w:rFonts w:ascii="Times New Roman" w:hAnsi="Times New Roman" w:cs="Times New Roman"/>
          <w:sz w:val="24"/>
          <w:szCs w:val="24"/>
        </w:rPr>
        <w:t xml:space="preserve"> </w:t>
      </w:r>
      <w:r w:rsidRPr="009D21BC">
        <w:rPr>
          <w:rFonts w:ascii="Times New Roman" w:hAnsi="Times New Roman" w:cs="Times New Roman"/>
          <w:sz w:val="24"/>
          <w:szCs w:val="24"/>
        </w:rPr>
        <w:t>share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other</w:t>
      </w:r>
      <w:r>
        <w:rPr>
          <w:rFonts w:ascii="Times New Roman" w:hAnsi="Times New Roman" w:cs="Times New Roman"/>
          <w:sz w:val="24"/>
          <w:szCs w:val="24"/>
        </w:rPr>
        <w:t xml:space="preserve"> </w:t>
      </w:r>
      <w:r w:rsidRPr="009D21BC">
        <w:rPr>
          <w:rFonts w:ascii="Times New Roman" w:hAnsi="Times New Roman" w:cs="Times New Roman"/>
          <w:sz w:val="24"/>
          <w:szCs w:val="24"/>
        </w:rPr>
        <w:t>regions</w:t>
      </w:r>
      <w:r>
        <w:rPr>
          <w:rFonts w:ascii="Times New Roman" w:hAnsi="Times New Roman" w:cs="Times New Roman"/>
          <w:sz w:val="24"/>
          <w:szCs w:val="24"/>
        </w:rPr>
        <w:t xml:space="preserve"> </w:t>
      </w:r>
      <w:r w:rsidRPr="009D21BC">
        <w:rPr>
          <w:rFonts w:ascii="Times New Roman" w:hAnsi="Times New Roman" w:cs="Times New Roman"/>
          <w:sz w:val="24"/>
          <w:szCs w:val="24"/>
        </w:rPr>
        <w:t>comprises</w:t>
      </w:r>
      <w:r>
        <w:rPr>
          <w:rFonts w:ascii="Times New Roman" w:hAnsi="Times New Roman" w:cs="Times New Roman"/>
          <w:sz w:val="24"/>
          <w:szCs w:val="24"/>
        </w:rPr>
        <w:t xml:space="preserve"> </w:t>
      </w:r>
      <w:r w:rsidRPr="009D21BC">
        <w:rPr>
          <w:rFonts w:ascii="Times New Roman" w:hAnsi="Times New Roman" w:cs="Times New Roman"/>
          <w:sz w:val="24"/>
          <w:szCs w:val="24"/>
        </w:rPr>
        <w:t>2%</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market.</w:t>
      </w:r>
    </w:p>
    <w:p w:rsidR="00600AC2"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graph</w:t>
      </w:r>
      <w:r>
        <w:rPr>
          <w:rFonts w:ascii="Times New Roman" w:hAnsi="Times New Roman" w:cs="Times New Roman"/>
          <w:sz w:val="24"/>
          <w:szCs w:val="24"/>
        </w:rPr>
        <w:t xml:space="preserve"> </w:t>
      </w:r>
      <w:r w:rsidRPr="009D21BC">
        <w:rPr>
          <w:rFonts w:ascii="Times New Roman" w:hAnsi="Times New Roman" w:cs="Times New Roman"/>
          <w:sz w:val="24"/>
          <w:szCs w:val="24"/>
        </w:rPr>
        <w:t>should</w:t>
      </w:r>
      <w:r>
        <w:rPr>
          <w:rFonts w:ascii="Times New Roman" w:hAnsi="Times New Roman" w:cs="Times New Roman"/>
          <w:sz w:val="24"/>
          <w:szCs w:val="24"/>
        </w:rPr>
        <w:t xml:space="preserve"> </w:t>
      </w:r>
      <w:r w:rsidRPr="009D21BC">
        <w:rPr>
          <w:rFonts w:ascii="Times New Roman" w:hAnsi="Times New Roman" w:cs="Times New Roman"/>
          <w:sz w:val="24"/>
          <w:szCs w:val="24"/>
        </w:rPr>
        <w:t>include</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note</w:t>
      </w:r>
      <w:r>
        <w:rPr>
          <w:rFonts w:ascii="Times New Roman" w:hAnsi="Times New Roman" w:cs="Times New Roman"/>
          <w:sz w:val="24"/>
          <w:szCs w:val="24"/>
        </w:rPr>
        <w:t xml:space="preserve"> </w:t>
      </w:r>
      <w:r w:rsidRPr="009D21BC">
        <w:rPr>
          <w:rFonts w:ascii="Times New Roman" w:hAnsi="Times New Roman" w:cs="Times New Roman"/>
          <w:sz w:val="24"/>
          <w:szCs w:val="24"/>
        </w:rPr>
        <w:t>at</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bottom</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states</w:t>
      </w:r>
      <w:r>
        <w:rPr>
          <w:rFonts w:ascii="Times New Roman" w:hAnsi="Times New Roman" w:cs="Times New Roman"/>
          <w:sz w:val="24"/>
          <w:szCs w:val="24"/>
        </w:rPr>
        <w:t xml:space="preserve"> </w:t>
      </w:r>
      <w:r w:rsidRPr="009D21BC">
        <w:rPr>
          <w:rFonts w:ascii="Times New Roman" w:hAnsi="Times New Roman" w:cs="Times New Roman"/>
          <w:sz w:val="24"/>
          <w:szCs w:val="24"/>
        </w:rPr>
        <w:t>—Illustrative</w:t>
      </w:r>
      <w:r>
        <w:rPr>
          <w:rFonts w:ascii="Times New Roman" w:hAnsi="Times New Roman" w:cs="Times New Roman"/>
          <w:sz w:val="24"/>
          <w:szCs w:val="24"/>
        </w:rPr>
        <w:t xml:space="preserve"> </w:t>
      </w:r>
      <w:r w:rsidRPr="009D21BC">
        <w:rPr>
          <w:rFonts w:ascii="Times New Roman" w:hAnsi="Times New Roman" w:cs="Times New Roman"/>
          <w:sz w:val="24"/>
          <w:szCs w:val="24"/>
        </w:rPr>
        <w:t>chart</w:t>
      </w:r>
      <w:r>
        <w:rPr>
          <w:rFonts w:ascii="Times New Roman" w:hAnsi="Times New Roman" w:cs="Times New Roman"/>
          <w:sz w:val="24"/>
          <w:szCs w:val="24"/>
        </w:rPr>
        <w:t xml:space="preserve"> </w:t>
      </w:r>
      <w:r w:rsidRPr="009D21BC">
        <w:rPr>
          <w:rFonts w:ascii="Times New Roman" w:hAnsi="Times New Roman" w:cs="Times New Roman"/>
          <w:sz w:val="24"/>
          <w:szCs w:val="24"/>
        </w:rPr>
        <w:t>prepared</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academic</w:t>
      </w:r>
      <w:r>
        <w:rPr>
          <w:rFonts w:ascii="Times New Roman" w:hAnsi="Times New Roman" w:cs="Times New Roman"/>
          <w:sz w:val="24"/>
          <w:szCs w:val="24"/>
        </w:rPr>
        <w:t xml:space="preserve"> </w:t>
      </w:r>
      <w:r w:rsidRPr="009D21BC">
        <w:rPr>
          <w:rFonts w:ascii="Times New Roman" w:hAnsi="Times New Roman" w:cs="Times New Roman"/>
          <w:sz w:val="24"/>
          <w:szCs w:val="24"/>
        </w:rPr>
        <w:t>analysis;</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does</w:t>
      </w:r>
      <w:r>
        <w:rPr>
          <w:rFonts w:ascii="Times New Roman" w:hAnsi="Times New Roman" w:cs="Times New Roman"/>
          <w:sz w:val="24"/>
          <w:szCs w:val="24"/>
        </w:rPr>
        <w:t xml:space="preserve"> </w:t>
      </w:r>
      <w:r w:rsidRPr="009D21BC">
        <w:rPr>
          <w:rFonts w:ascii="Times New Roman" w:hAnsi="Times New Roman" w:cs="Times New Roman"/>
          <w:sz w:val="24"/>
          <w:szCs w:val="24"/>
        </w:rPr>
        <w:t>not</w:t>
      </w:r>
      <w:r>
        <w:rPr>
          <w:rFonts w:ascii="Times New Roman" w:hAnsi="Times New Roman" w:cs="Times New Roman"/>
          <w:sz w:val="24"/>
          <w:szCs w:val="24"/>
        </w:rPr>
        <w:t xml:space="preserve"> </w:t>
      </w:r>
      <w:r w:rsidRPr="009D21BC">
        <w:rPr>
          <w:rFonts w:ascii="Times New Roman" w:hAnsi="Times New Roman" w:cs="Times New Roman"/>
          <w:sz w:val="24"/>
          <w:szCs w:val="24"/>
        </w:rPr>
        <w:t>publish</w:t>
      </w:r>
      <w:r>
        <w:rPr>
          <w:rFonts w:ascii="Times New Roman" w:hAnsi="Times New Roman" w:cs="Times New Roman"/>
          <w:sz w:val="24"/>
          <w:szCs w:val="24"/>
        </w:rPr>
        <w:t xml:space="preserve"> </w:t>
      </w:r>
      <w:r w:rsidRPr="009D21BC">
        <w:rPr>
          <w:rFonts w:ascii="Times New Roman" w:hAnsi="Times New Roman" w:cs="Times New Roman"/>
          <w:sz w:val="24"/>
          <w:szCs w:val="24"/>
        </w:rPr>
        <w:t>official</w:t>
      </w:r>
      <w:r>
        <w:rPr>
          <w:rFonts w:ascii="Times New Roman" w:hAnsi="Times New Roman" w:cs="Times New Roman"/>
          <w:sz w:val="24"/>
          <w:szCs w:val="24"/>
        </w:rPr>
        <w:t xml:space="preserve"> </w:t>
      </w:r>
      <w:r w:rsidRPr="009D21BC">
        <w:rPr>
          <w:rFonts w:ascii="Times New Roman" w:hAnsi="Times New Roman" w:cs="Times New Roman"/>
          <w:sz w:val="24"/>
          <w:szCs w:val="24"/>
        </w:rPr>
        <w:t>regional</w:t>
      </w:r>
      <w:r>
        <w:rPr>
          <w:rFonts w:ascii="Times New Roman" w:hAnsi="Times New Roman" w:cs="Times New Roman"/>
          <w:sz w:val="24"/>
          <w:szCs w:val="24"/>
        </w:rPr>
        <w:t xml:space="preserve"> </w:t>
      </w:r>
      <w:r w:rsidRPr="009D21BC">
        <w:rPr>
          <w:rFonts w:ascii="Times New Roman" w:hAnsi="Times New Roman" w:cs="Times New Roman"/>
          <w:sz w:val="24"/>
          <w:szCs w:val="24"/>
        </w:rPr>
        <w:t>market</w:t>
      </w:r>
      <w:r>
        <w:rPr>
          <w:rFonts w:ascii="Times New Roman" w:hAnsi="Times New Roman" w:cs="Times New Roman"/>
          <w:sz w:val="24"/>
          <w:szCs w:val="24"/>
        </w:rPr>
        <w:t xml:space="preserve"> </w:t>
      </w:r>
      <w:r w:rsidRPr="009D21BC">
        <w:rPr>
          <w:rFonts w:ascii="Times New Roman" w:hAnsi="Times New Roman" w:cs="Times New Roman"/>
          <w:sz w:val="24"/>
          <w:szCs w:val="24"/>
        </w:rPr>
        <w:t>share</w:t>
      </w:r>
      <w:r>
        <w:rPr>
          <w:rFonts w:ascii="Times New Roman" w:hAnsi="Times New Roman" w:cs="Times New Roman"/>
          <w:sz w:val="24"/>
          <w:szCs w:val="24"/>
        </w:rPr>
        <w:t xml:space="preserve"> </w:t>
      </w:r>
      <w:r w:rsidRPr="009D21BC">
        <w:rPr>
          <w:rFonts w:ascii="Times New Roman" w:hAnsi="Times New Roman" w:cs="Times New Roman"/>
          <w:sz w:val="24"/>
          <w:szCs w:val="24"/>
        </w:rPr>
        <w:t>data‖</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be</w:t>
      </w:r>
      <w:r>
        <w:rPr>
          <w:rFonts w:ascii="Times New Roman" w:hAnsi="Times New Roman" w:cs="Times New Roman"/>
          <w:sz w:val="24"/>
          <w:szCs w:val="24"/>
        </w:rPr>
        <w:t xml:space="preserve"> </w:t>
      </w:r>
      <w:r w:rsidRPr="009D21BC">
        <w:rPr>
          <w:rFonts w:ascii="Times New Roman" w:hAnsi="Times New Roman" w:cs="Times New Roman"/>
          <w:sz w:val="24"/>
          <w:szCs w:val="24"/>
        </w:rPr>
        <w:t>cited</w:t>
      </w:r>
      <w:r>
        <w:rPr>
          <w:rFonts w:ascii="Times New Roman" w:hAnsi="Times New Roman" w:cs="Times New Roman"/>
          <w:sz w:val="24"/>
          <w:szCs w:val="24"/>
        </w:rPr>
        <w:t xml:space="preserve"> </w:t>
      </w:r>
      <w:r w:rsidRPr="009D21BC">
        <w:rPr>
          <w:rFonts w:ascii="Times New Roman" w:hAnsi="Times New Roman" w:cs="Times New Roman"/>
          <w:sz w:val="24"/>
          <w:szCs w:val="24"/>
        </w:rPr>
        <w:t>accordingly.</w:t>
      </w:r>
      <w:r>
        <w:rPr>
          <w:rFonts w:ascii="Times New Roman" w:hAnsi="Times New Roman" w:cs="Times New Roman"/>
          <w:sz w:val="24"/>
          <w:szCs w:val="24"/>
        </w:rPr>
        <w:t xml:space="preserve"> </w:t>
      </w:r>
      <w:r w:rsidRPr="009D21BC">
        <w:rPr>
          <w:rFonts w:ascii="Times New Roman" w:hAnsi="Times New Roman" w:cs="Times New Roman"/>
          <w:sz w:val="24"/>
          <w:szCs w:val="24"/>
        </w:rPr>
        <w:t>This</w:t>
      </w:r>
      <w:r>
        <w:rPr>
          <w:rFonts w:ascii="Times New Roman" w:hAnsi="Times New Roman" w:cs="Times New Roman"/>
          <w:sz w:val="24"/>
          <w:szCs w:val="24"/>
        </w:rPr>
        <w:t xml:space="preserve"> </w:t>
      </w:r>
      <w:r w:rsidRPr="009D21BC">
        <w:rPr>
          <w:rFonts w:ascii="Times New Roman" w:hAnsi="Times New Roman" w:cs="Times New Roman"/>
          <w:sz w:val="24"/>
          <w:szCs w:val="24"/>
        </w:rPr>
        <w:t>way,</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be</w:t>
      </w:r>
      <w:r>
        <w:rPr>
          <w:rFonts w:ascii="Times New Roman" w:hAnsi="Times New Roman" w:cs="Times New Roman"/>
          <w:sz w:val="24"/>
          <w:szCs w:val="24"/>
        </w:rPr>
        <w:t xml:space="preserve"> </w:t>
      </w:r>
      <w:r w:rsidRPr="009D21BC">
        <w:rPr>
          <w:rFonts w:ascii="Times New Roman" w:hAnsi="Times New Roman" w:cs="Times New Roman"/>
          <w:sz w:val="24"/>
          <w:szCs w:val="24"/>
        </w:rPr>
        <w:t>clear</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information</w:t>
      </w:r>
      <w:r>
        <w:rPr>
          <w:rFonts w:ascii="Times New Roman" w:hAnsi="Times New Roman" w:cs="Times New Roman"/>
          <w:sz w:val="24"/>
          <w:szCs w:val="24"/>
        </w:rPr>
        <w:t xml:space="preserve"> </w:t>
      </w:r>
      <w:r w:rsidRPr="009D21BC">
        <w:rPr>
          <w:rFonts w:ascii="Times New Roman" w:hAnsi="Times New Roman" w:cs="Times New Roman"/>
          <w:sz w:val="24"/>
          <w:szCs w:val="24"/>
        </w:rPr>
        <w:t>presented</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graph</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not</w:t>
      </w:r>
      <w:r>
        <w:rPr>
          <w:rFonts w:ascii="Times New Roman" w:hAnsi="Times New Roman" w:cs="Times New Roman"/>
          <w:sz w:val="24"/>
          <w:szCs w:val="24"/>
        </w:rPr>
        <w:t xml:space="preserve"> </w:t>
      </w:r>
      <w:r w:rsidRPr="009D21BC">
        <w:rPr>
          <w:rFonts w:ascii="Times New Roman" w:hAnsi="Times New Roman" w:cs="Times New Roman"/>
          <w:sz w:val="24"/>
          <w:szCs w:val="24"/>
        </w:rPr>
        <w:t>officially</w:t>
      </w:r>
      <w:r>
        <w:rPr>
          <w:rFonts w:ascii="Times New Roman" w:hAnsi="Times New Roman" w:cs="Times New Roman"/>
          <w:sz w:val="24"/>
          <w:szCs w:val="24"/>
        </w:rPr>
        <w:t xml:space="preserve"> </w:t>
      </w:r>
      <w:r w:rsidRPr="009D21BC">
        <w:rPr>
          <w:rFonts w:ascii="Times New Roman" w:hAnsi="Times New Roman" w:cs="Times New Roman"/>
          <w:sz w:val="24"/>
          <w:szCs w:val="24"/>
        </w:rPr>
        <w:t>reported</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sidRPr="009D21BC">
        <w:rPr>
          <w:rFonts w:ascii="Times New Roman" w:hAnsi="Times New Roman" w:cs="Times New Roman"/>
          <w:sz w:val="24"/>
          <w:szCs w:val="24"/>
        </w:rPr>
        <w:t>,</w:t>
      </w:r>
      <w:r>
        <w:rPr>
          <w:rFonts w:ascii="Times New Roman" w:hAnsi="Times New Roman" w:cs="Times New Roman"/>
          <w:sz w:val="24"/>
          <w:szCs w:val="24"/>
        </w:rPr>
        <w:t xml:space="preserve"> </w:t>
      </w:r>
      <w:r w:rsidRPr="009D21BC">
        <w:rPr>
          <w:rFonts w:ascii="Times New Roman" w:hAnsi="Times New Roman" w:cs="Times New Roman"/>
          <w:sz w:val="24"/>
          <w:szCs w:val="24"/>
        </w:rPr>
        <w:t>which</w:t>
      </w:r>
      <w:r>
        <w:rPr>
          <w:rFonts w:ascii="Times New Roman" w:hAnsi="Times New Roman" w:cs="Times New Roman"/>
          <w:sz w:val="24"/>
          <w:szCs w:val="24"/>
        </w:rPr>
        <w:t xml:space="preserve"> </w:t>
      </w:r>
      <w:r w:rsidRPr="009D21BC">
        <w:rPr>
          <w:rFonts w:ascii="Times New Roman" w:hAnsi="Times New Roman" w:cs="Times New Roman"/>
          <w:sz w:val="24"/>
          <w:szCs w:val="24"/>
        </w:rPr>
        <w:t>allows</w:t>
      </w:r>
      <w:r>
        <w:rPr>
          <w:rFonts w:ascii="Times New Roman" w:hAnsi="Times New Roman" w:cs="Times New Roman"/>
          <w:sz w:val="24"/>
          <w:szCs w:val="24"/>
        </w:rPr>
        <w:t xml:space="preserve"> </w:t>
      </w:r>
      <w:r w:rsidRPr="009D21BC">
        <w:rPr>
          <w:rFonts w:ascii="Times New Roman" w:hAnsi="Times New Roman" w:cs="Times New Roman"/>
          <w:sz w:val="24"/>
          <w:szCs w:val="24"/>
        </w:rPr>
        <w:t>using</w:t>
      </w:r>
      <w:r>
        <w:rPr>
          <w:rFonts w:ascii="Times New Roman" w:hAnsi="Times New Roman" w:cs="Times New Roman"/>
          <w:sz w:val="24"/>
          <w:szCs w:val="24"/>
        </w:rPr>
        <w:t xml:space="preserve"> </w:t>
      </w:r>
      <w:r w:rsidRPr="009D21BC">
        <w:rPr>
          <w:rFonts w:ascii="Times New Roman" w:hAnsi="Times New Roman" w:cs="Times New Roman"/>
          <w:sz w:val="24"/>
          <w:szCs w:val="24"/>
        </w:rPr>
        <w:t>this</w:t>
      </w:r>
      <w:r>
        <w:rPr>
          <w:rFonts w:ascii="Times New Roman" w:hAnsi="Times New Roman" w:cs="Times New Roman"/>
          <w:sz w:val="24"/>
          <w:szCs w:val="24"/>
        </w:rPr>
        <w:t xml:space="preserve"> </w:t>
      </w:r>
      <w:r w:rsidRPr="009D21BC">
        <w:rPr>
          <w:rFonts w:ascii="Times New Roman" w:hAnsi="Times New Roman" w:cs="Times New Roman"/>
          <w:sz w:val="24"/>
          <w:szCs w:val="24"/>
        </w:rPr>
        <w:t>source</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MBA</w:t>
      </w:r>
      <w:r>
        <w:rPr>
          <w:rFonts w:ascii="Times New Roman" w:hAnsi="Times New Roman" w:cs="Times New Roman"/>
          <w:sz w:val="24"/>
          <w:szCs w:val="24"/>
        </w:rPr>
        <w:t xml:space="preserve"> </w:t>
      </w:r>
      <w:r w:rsidRPr="009D21BC">
        <w:rPr>
          <w:rFonts w:ascii="Times New Roman" w:hAnsi="Times New Roman" w:cs="Times New Roman"/>
          <w:sz w:val="24"/>
          <w:szCs w:val="24"/>
        </w:rPr>
        <w:t>project.</w:t>
      </w:r>
    </w:p>
    <w:p w:rsidR="00600AC2" w:rsidRPr="00E5081E" w:rsidRDefault="00600AC2" w:rsidP="00600AC2">
      <w:pPr>
        <w:spacing w:after="240" w:line="360" w:lineRule="auto"/>
        <w:jc w:val="both"/>
        <w:rPr>
          <w:rFonts w:ascii="Times New Roman" w:hAnsi="Times New Roman" w:cs="Times New Roman"/>
          <w:b/>
          <w:bCs/>
          <w:sz w:val="28"/>
          <w:szCs w:val="24"/>
        </w:rPr>
      </w:pPr>
      <w:r w:rsidRPr="00E5081E">
        <w:rPr>
          <w:rFonts w:ascii="Times New Roman" w:hAnsi="Times New Roman" w:cs="Times New Roman"/>
          <w:b/>
          <w:bCs/>
          <w:sz w:val="28"/>
          <w:szCs w:val="24"/>
        </w:rPr>
        <w:t>3.5 PROFILE OF THE RESPONDENTS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respondents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research</w:t>
      </w:r>
      <w:r>
        <w:rPr>
          <w:rFonts w:ascii="Times New Roman" w:hAnsi="Times New Roman" w:cs="Times New Roman"/>
          <w:sz w:val="24"/>
          <w:szCs w:val="24"/>
        </w:rPr>
        <w:t xml:space="preserve"> </w:t>
      </w:r>
      <w:r w:rsidRPr="009D21BC">
        <w:rPr>
          <w:rFonts w:ascii="Times New Roman" w:hAnsi="Times New Roman" w:cs="Times New Roman"/>
          <w:sz w:val="24"/>
          <w:szCs w:val="24"/>
        </w:rPr>
        <w:t>are</w:t>
      </w:r>
      <w:r>
        <w:rPr>
          <w:rFonts w:ascii="Times New Roman" w:hAnsi="Times New Roman" w:cs="Times New Roman"/>
          <w:sz w:val="24"/>
          <w:szCs w:val="24"/>
        </w:rPr>
        <w:t xml:space="preserve"> </w:t>
      </w:r>
      <w:r w:rsidRPr="009D21BC">
        <w:rPr>
          <w:rFonts w:ascii="Times New Roman" w:hAnsi="Times New Roman" w:cs="Times New Roman"/>
          <w:sz w:val="24"/>
          <w:szCs w:val="24"/>
        </w:rPr>
        <w:t>those</w:t>
      </w:r>
      <w:r>
        <w:rPr>
          <w:rFonts w:ascii="Times New Roman" w:hAnsi="Times New Roman" w:cs="Times New Roman"/>
          <w:sz w:val="24"/>
          <w:szCs w:val="24"/>
        </w:rPr>
        <w:t xml:space="preserve"> </w:t>
      </w:r>
      <w:r w:rsidRPr="009D21BC">
        <w:rPr>
          <w:rFonts w:ascii="Times New Roman" w:hAnsi="Times New Roman" w:cs="Times New Roman"/>
          <w:sz w:val="24"/>
          <w:szCs w:val="24"/>
        </w:rPr>
        <w:t>individuals</w:t>
      </w:r>
      <w:r>
        <w:rPr>
          <w:rFonts w:ascii="Times New Roman" w:hAnsi="Times New Roman" w:cs="Times New Roman"/>
          <w:sz w:val="24"/>
          <w:szCs w:val="24"/>
        </w:rPr>
        <w:t xml:space="preserve"> </w:t>
      </w:r>
      <w:r w:rsidRPr="009D21BC">
        <w:rPr>
          <w:rFonts w:ascii="Times New Roman" w:hAnsi="Times New Roman" w:cs="Times New Roman"/>
          <w:sz w:val="24"/>
          <w:szCs w:val="24"/>
        </w:rPr>
        <w:t>who</w:t>
      </w:r>
      <w:r>
        <w:rPr>
          <w:rFonts w:ascii="Times New Roman" w:hAnsi="Times New Roman" w:cs="Times New Roman"/>
          <w:sz w:val="24"/>
          <w:szCs w:val="24"/>
        </w:rPr>
        <w:t xml:space="preserve"> </w:t>
      </w:r>
      <w:r w:rsidRPr="009D21BC">
        <w:rPr>
          <w:rFonts w:ascii="Times New Roman" w:hAnsi="Times New Roman" w:cs="Times New Roman"/>
          <w:sz w:val="24"/>
          <w:szCs w:val="24"/>
        </w:rPr>
        <w:t>have</w:t>
      </w:r>
      <w:r>
        <w:rPr>
          <w:rFonts w:ascii="Times New Roman" w:hAnsi="Times New Roman" w:cs="Times New Roman"/>
          <w:sz w:val="24"/>
          <w:szCs w:val="24"/>
        </w:rPr>
        <w:t xml:space="preserve"> </w:t>
      </w:r>
      <w:r w:rsidRPr="009D21BC">
        <w:rPr>
          <w:rFonts w:ascii="Times New Roman" w:hAnsi="Times New Roman" w:cs="Times New Roman"/>
          <w:sz w:val="24"/>
          <w:szCs w:val="24"/>
        </w:rPr>
        <w:t>used</w:t>
      </w:r>
      <w:r>
        <w:rPr>
          <w:rFonts w:ascii="Times New Roman" w:hAnsi="Times New Roman" w:cs="Times New Roman"/>
          <w:sz w:val="24"/>
          <w:szCs w:val="24"/>
        </w:rPr>
        <w:t xml:space="preserve"> </w:t>
      </w:r>
      <w:r w:rsidRPr="009D21BC">
        <w:rPr>
          <w:rFonts w:ascii="Times New Roman" w:hAnsi="Times New Roman" w:cs="Times New Roman"/>
          <w:sz w:val="24"/>
          <w:szCs w:val="24"/>
        </w:rPr>
        <w:t>or</w:t>
      </w:r>
      <w:r>
        <w:rPr>
          <w:rFonts w:ascii="Times New Roman" w:hAnsi="Times New Roman" w:cs="Times New Roman"/>
          <w:sz w:val="24"/>
          <w:szCs w:val="24"/>
        </w:rPr>
        <w:t xml:space="preserve"> </w:t>
      </w:r>
      <w:r w:rsidRPr="009D21BC">
        <w:rPr>
          <w:rFonts w:ascii="Times New Roman" w:hAnsi="Times New Roman" w:cs="Times New Roman"/>
          <w:sz w:val="24"/>
          <w:szCs w:val="24"/>
        </w:rPr>
        <w:t>currently</w:t>
      </w:r>
      <w:r>
        <w:rPr>
          <w:rFonts w:ascii="Times New Roman" w:hAnsi="Times New Roman" w:cs="Times New Roman"/>
          <w:sz w:val="24"/>
          <w:szCs w:val="24"/>
        </w:rPr>
        <w:t xml:space="preserve"> </w:t>
      </w:r>
      <w:r w:rsidRPr="009D21BC">
        <w:rPr>
          <w:rFonts w:ascii="Times New Roman" w:hAnsi="Times New Roman" w:cs="Times New Roman"/>
          <w:sz w:val="24"/>
          <w:szCs w:val="24"/>
        </w:rPr>
        <w:t>use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provided</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sidRPr="009D21BC">
        <w:rPr>
          <w:rFonts w:ascii="Times New Roman" w:hAnsi="Times New Roman" w:cs="Times New Roman"/>
          <w:sz w:val="24"/>
          <w:szCs w:val="24"/>
        </w:rPr>
        <w:t>.</w:t>
      </w:r>
      <w:r>
        <w:rPr>
          <w:rFonts w:ascii="Times New Roman" w:hAnsi="Times New Roman" w:cs="Times New Roman"/>
          <w:sz w:val="24"/>
          <w:szCs w:val="24"/>
        </w:rPr>
        <w:t xml:space="preserve"> </w:t>
      </w:r>
      <w:r w:rsidRPr="009D21BC">
        <w:rPr>
          <w:rFonts w:ascii="Times New Roman" w:hAnsi="Times New Roman" w:cs="Times New Roman"/>
          <w:sz w:val="24"/>
          <w:szCs w:val="24"/>
        </w:rPr>
        <w:t>There</w:t>
      </w:r>
      <w:r>
        <w:rPr>
          <w:rFonts w:ascii="Times New Roman" w:hAnsi="Times New Roman" w:cs="Times New Roman"/>
          <w:sz w:val="24"/>
          <w:szCs w:val="24"/>
        </w:rPr>
        <w:t xml:space="preserve"> </w:t>
      </w:r>
      <w:r w:rsidRPr="009D21BC">
        <w:rPr>
          <w:rFonts w:ascii="Times New Roman" w:hAnsi="Times New Roman" w:cs="Times New Roman"/>
          <w:sz w:val="24"/>
          <w:szCs w:val="24"/>
        </w:rPr>
        <w:t>are</w:t>
      </w:r>
      <w:r>
        <w:rPr>
          <w:rFonts w:ascii="Times New Roman" w:hAnsi="Times New Roman" w:cs="Times New Roman"/>
          <w:sz w:val="24"/>
          <w:szCs w:val="24"/>
        </w:rPr>
        <w:t xml:space="preserve"> </w:t>
      </w:r>
      <w:r w:rsidRPr="009D21BC">
        <w:rPr>
          <w:rFonts w:ascii="Times New Roman" w:hAnsi="Times New Roman" w:cs="Times New Roman"/>
          <w:sz w:val="24"/>
          <w:szCs w:val="24"/>
        </w:rPr>
        <w:t>several</w:t>
      </w:r>
      <w:r>
        <w:rPr>
          <w:rFonts w:ascii="Times New Roman" w:hAnsi="Times New Roman" w:cs="Times New Roman"/>
          <w:sz w:val="24"/>
          <w:szCs w:val="24"/>
        </w:rPr>
        <w:t xml:space="preserve"> </w:t>
      </w:r>
      <w:r w:rsidRPr="009D21BC">
        <w:rPr>
          <w:rFonts w:ascii="Times New Roman" w:hAnsi="Times New Roman" w:cs="Times New Roman"/>
          <w:sz w:val="24"/>
          <w:szCs w:val="24"/>
        </w:rPr>
        <w:t>respondents</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fit</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description</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they</w:t>
      </w:r>
      <w:r>
        <w:rPr>
          <w:rFonts w:ascii="Times New Roman" w:hAnsi="Times New Roman" w:cs="Times New Roman"/>
          <w:sz w:val="24"/>
          <w:szCs w:val="24"/>
        </w:rPr>
        <w:t xml:space="preserve"> </w:t>
      </w:r>
      <w:r w:rsidRPr="009D21BC">
        <w:rPr>
          <w:rFonts w:ascii="Times New Roman" w:hAnsi="Times New Roman" w:cs="Times New Roman"/>
          <w:sz w:val="24"/>
          <w:szCs w:val="24"/>
        </w:rPr>
        <w:t>are</w:t>
      </w:r>
      <w:r>
        <w:rPr>
          <w:rFonts w:ascii="Times New Roman" w:hAnsi="Times New Roman" w:cs="Times New Roman"/>
          <w:sz w:val="24"/>
          <w:szCs w:val="24"/>
        </w:rPr>
        <w:t xml:space="preserve"> </w:t>
      </w:r>
      <w:r w:rsidRPr="009D21BC">
        <w:rPr>
          <w:rFonts w:ascii="Times New Roman" w:hAnsi="Times New Roman" w:cs="Times New Roman"/>
          <w:sz w:val="24"/>
          <w:szCs w:val="24"/>
        </w:rPr>
        <w:t>customers</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different</w:t>
      </w:r>
      <w:r>
        <w:rPr>
          <w:rFonts w:ascii="Times New Roman" w:hAnsi="Times New Roman" w:cs="Times New Roman"/>
          <w:sz w:val="24"/>
          <w:szCs w:val="24"/>
        </w:rPr>
        <w:t xml:space="preserve"> </w:t>
      </w:r>
      <w:r w:rsidRPr="009D21BC">
        <w:rPr>
          <w:rFonts w:ascii="Times New Roman" w:hAnsi="Times New Roman" w:cs="Times New Roman"/>
          <w:sz w:val="24"/>
          <w:szCs w:val="24"/>
        </w:rPr>
        <w:t>countries,</w:t>
      </w:r>
      <w:r>
        <w:rPr>
          <w:rFonts w:ascii="Times New Roman" w:hAnsi="Times New Roman" w:cs="Times New Roman"/>
          <w:sz w:val="24"/>
          <w:szCs w:val="24"/>
        </w:rPr>
        <w:t xml:space="preserve"> </w:t>
      </w:r>
      <w:r w:rsidRPr="009D21BC">
        <w:rPr>
          <w:rFonts w:ascii="Times New Roman" w:hAnsi="Times New Roman" w:cs="Times New Roman"/>
          <w:sz w:val="24"/>
          <w:szCs w:val="24"/>
        </w:rPr>
        <w:t>age</w:t>
      </w:r>
      <w:r>
        <w:rPr>
          <w:rFonts w:ascii="Times New Roman" w:hAnsi="Times New Roman" w:cs="Times New Roman"/>
          <w:sz w:val="24"/>
          <w:szCs w:val="24"/>
        </w:rPr>
        <w:t xml:space="preserve"> </w:t>
      </w:r>
      <w:r w:rsidRPr="009D21BC">
        <w:rPr>
          <w:rFonts w:ascii="Times New Roman" w:hAnsi="Times New Roman" w:cs="Times New Roman"/>
          <w:sz w:val="24"/>
          <w:szCs w:val="24"/>
        </w:rPr>
        <w:t>groups,</w:t>
      </w:r>
      <w:r>
        <w:rPr>
          <w:rFonts w:ascii="Times New Roman" w:hAnsi="Times New Roman" w:cs="Times New Roman"/>
          <w:sz w:val="24"/>
          <w:szCs w:val="24"/>
        </w:rPr>
        <w:t xml:space="preserve"> </w:t>
      </w:r>
      <w:r w:rsidRPr="009D21BC">
        <w:rPr>
          <w:rFonts w:ascii="Times New Roman" w:hAnsi="Times New Roman" w:cs="Times New Roman"/>
          <w:sz w:val="24"/>
          <w:szCs w:val="24"/>
        </w:rPr>
        <w:t>occupations,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income</w:t>
      </w:r>
      <w:r>
        <w:rPr>
          <w:rFonts w:ascii="Times New Roman" w:hAnsi="Times New Roman" w:cs="Times New Roman"/>
          <w:sz w:val="24"/>
          <w:szCs w:val="24"/>
        </w:rPr>
        <w:t xml:space="preserve"> </w:t>
      </w:r>
      <w:r w:rsidRPr="009D21BC">
        <w:rPr>
          <w:rFonts w:ascii="Times New Roman" w:hAnsi="Times New Roman" w:cs="Times New Roman"/>
          <w:sz w:val="24"/>
          <w:szCs w:val="24"/>
        </w:rPr>
        <w:t>levels</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have</w:t>
      </w:r>
      <w:r>
        <w:rPr>
          <w:rFonts w:ascii="Times New Roman" w:hAnsi="Times New Roman" w:cs="Times New Roman"/>
          <w:sz w:val="24"/>
          <w:szCs w:val="24"/>
        </w:rPr>
        <w:t xml:space="preserve"> </w:t>
      </w:r>
      <w:r w:rsidRPr="009D21BC">
        <w:rPr>
          <w:rFonts w:ascii="Times New Roman" w:hAnsi="Times New Roman" w:cs="Times New Roman"/>
          <w:sz w:val="24"/>
          <w:szCs w:val="24"/>
        </w:rPr>
        <w:t>used</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receive</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India.</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respondents‗</w:t>
      </w:r>
      <w:r>
        <w:rPr>
          <w:rFonts w:ascii="Times New Roman" w:hAnsi="Times New Roman" w:cs="Times New Roman"/>
          <w:sz w:val="24"/>
          <w:szCs w:val="24"/>
        </w:rPr>
        <w:t xml:space="preserve"> </w:t>
      </w:r>
      <w:r w:rsidRPr="009D21BC">
        <w:rPr>
          <w:rFonts w:ascii="Times New Roman" w:hAnsi="Times New Roman" w:cs="Times New Roman"/>
          <w:sz w:val="24"/>
          <w:szCs w:val="24"/>
        </w:rPr>
        <w:t>opinion</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experience</w:t>
      </w:r>
      <w:r>
        <w:rPr>
          <w:rFonts w:ascii="Times New Roman" w:hAnsi="Times New Roman" w:cs="Times New Roman"/>
          <w:sz w:val="24"/>
          <w:szCs w:val="24"/>
        </w:rPr>
        <w:t xml:space="preserve"> </w:t>
      </w:r>
      <w:r w:rsidRPr="009D21BC">
        <w:rPr>
          <w:rFonts w:ascii="Times New Roman" w:hAnsi="Times New Roman" w:cs="Times New Roman"/>
          <w:sz w:val="24"/>
          <w:szCs w:val="24"/>
        </w:rPr>
        <w:t>regarding</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use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contribute</w:t>
      </w:r>
      <w:r>
        <w:rPr>
          <w:rFonts w:ascii="Times New Roman" w:hAnsi="Times New Roman" w:cs="Times New Roman"/>
          <w:sz w:val="24"/>
          <w:szCs w:val="24"/>
        </w:rPr>
        <w:t xml:space="preserve"> </w:t>
      </w:r>
      <w:r w:rsidRPr="009D21BC">
        <w:rPr>
          <w:rFonts w:ascii="Times New Roman" w:hAnsi="Times New Roman" w:cs="Times New Roman"/>
          <w:sz w:val="24"/>
          <w:szCs w:val="24"/>
        </w:rPr>
        <w:t>significantly</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final</w:t>
      </w:r>
      <w:r>
        <w:rPr>
          <w:rFonts w:ascii="Times New Roman" w:hAnsi="Times New Roman" w:cs="Times New Roman"/>
          <w:sz w:val="24"/>
          <w:szCs w:val="24"/>
        </w:rPr>
        <w:t xml:space="preserve"> </w:t>
      </w:r>
      <w:r w:rsidRPr="009D21BC">
        <w:rPr>
          <w:rFonts w:ascii="Times New Roman" w:hAnsi="Times New Roman" w:cs="Times New Roman"/>
          <w:sz w:val="24"/>
          <w:szCs w:val="24"/>
        </w:rPr>
        <w:t>result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analysis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study</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determine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most</w:t>
      </w:r>
      <w:r>
        <w:rPr>
          <w:rFonts w:ascii="Times New Roman" w:hAnsi="Times New Roman" w:cs="Times New Roman"/>
          <w:sz w:val="24"/>
          <w:szCs w:val="24"/>
        </w:rPr>
        <w:t xml:space="preserve"> </w:t>
      </w:r>
      <w:r w:rsidRPr="009D21BC">
        <w:rPr>
          <w:rFonts w:ascii="Times New Roman" w:hAnsi="Times New Roman" w:cs="Times New Roman"/>
          <w:sz w:val="24"/>
          <w:szCs w:val="24"/>
        </w:rPr>
        <w:t>appropriate</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Relationship</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r>
        <w:rPr>
          <w:rFonts w:ascii="Times New Roman" w:hAnsi="Times New Roman" w:cs="Times New Roman"/>
          <w:sz w:val="24"/>
          <w:szCs w:val="24"/>
        </w:rPr>
        <w:t xml:space="preserve"> </w:t>
      </w:r>
      <w:r w:rsidRPr="009D21BC">
        <w:rPr>
          <w:rFonts w:ascii="Times New Roman" w:hAnsi="Times New Roman" w:cs="Times New Roman"/>
          <w:sz w:val="24"/>
          <w:szCs w:val="24"/>
        </w:rPr>
        <w:t>(CRM)</w:t>
      </w:r>
      <w:r>
        <w:rPr>
          <w:rFonts w:ascii="Times New Roman" w:hAnsi="Times New Roman" w:cs="Times New Roman"/>
          <w:sz w:val="24"/>
          <w:szCs w:val="24"/>
        </w:rPr>
        <w:t xml:space="preserve"> </w:t>
      </w:r>
      <w:r w:rsidRPr="009D21BC">
        <w:rPr>
          <w:rFonts w:ascii="Times New Roman" w:hAnsi="Times New Roman" w:cs="Times New Roman"/>
          <w:sz w:val="24"/>
          <w:szCs w:val="24"/>
        </w:rPr>
        <w:t>policy</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be</w:t>
      </w:r>
      <w:r>
        <w:rPr>
          <w:rFonts w:ascii="Times New Roman" w:hAnsi="Times New Roman" w:cs="Times New Roman"/>
          <w:sz w:val="24"/>
          <w:szCs w:val="24"/>
        </w:rPr>
        <w:t xml:space="preserve"> </w:t>
      </w:r>
      <w:r w:rsidRPr="009D21BC">
        <w:rPr>
          <w:rFonts w:ascii="Times New Roman" w:hAnsi="Times New Roman" w:cs="Times New Roman"/>
          <w:sz w:val="24"/>
          <w:szCs w:val="24"/>
        </w:rPr>
        <w:t>applied</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respondents</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be</w:t>
      </w:r>
      <w:r>
        <w:rPr>
          <w:rFonts w:ascii="Times New Roman" w:hAnsi="Times New Roman" w:cs="Times New Roman"/>
          <w:sz w:val="24"/>
          <w:szCs w:val="24"/>
        </w:rPr>
        <w:t xml:space="preserve"> </w:t>
      </w:r>
      <w:r w:rsidRPr="009D21BC">
        <w:rPr>
          <w:rFonts w:ascii="Times New Roman" w:hAnsi="Times New Roman" w:cs="Times New Roman"/>
          <w:sz w:val="24"/>
          <w:szCs w:val="24"/>
        </w:rPr>
        <w:t>selected</w:t>
      </w:r>
      <w:r>
        <w:rPr>
          <w:rFonts w:ascii="Times New Roman" w:hAnsi="Times New Roman" w:cs="Times New Roman"/>
          <w:sz w:val="24"/>
          <w:szCs w:val="24"/>
        </w:rPr>
        <w:t xml:space="preserve"> </w:t>
      </w:r>
      <w:r w:rsidRPr="009D21BC">
        <w:rPr>
          <w:rFonts w:ascii="Times New Roman" w:hAnsi="Times New Roman" w:cs="Times New Roman"/>
          <w:sz w:val="24"/>
          <w:szCs w:val="24"/>
        </w:rPr>
        <w:t>using</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convenience</w:t>
      </w:r>
      <w:r>
        <w:rPr>
          <w:rFonts w:ascii="Times New Roman" w:hAnsi="Times New Roman" w:cs="Times New Roman"/>
          <w:sz w:val="24"/>
          <w:szCs w:val="24"/>
        </w:rPr>
        <w:t xml:space="preserve"> </w:t>
      </w:r>
      <w:r w:rsidRPr="009D21BC">
        <w:rPr>
          <w:rFonts w:ascii="Times New Roman" w:hAnsi="Times New Roman" w:cs="Times New Roman"/>
          <w:sz w:val="24"/>
          <w:szCs w:val="24"/>
        </w:rPr>
        <w:t>sampling</w:t>
      </w:r>
      <w:r>
        <w:rPr>
          <w:rFonts w:ascii="Times New Roman" w:hAnsi="Times New Roman" w:cs="Times New Roman"/>
          <w:sz w:val="24"/>
          <w:szCs w:val="24"/>
        </w:rPr>
        <w:t xml:space="preserve"> </w:t>
      </w:r>
      <w:r w:rsidRPr="009D21BC">
        <w:rPr>
          <w:rFonts w:ascii="Times New Roman" w:hAnsi="Times New Roman" w:cs="Times New Roman"/>
          <w:sz w:val="24"/>
          <w:szCs w:val="24"/>
        </w:rPr>
        <w:t>technique</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allows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researcher</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select</w:t>
      </w:r>
      <w:r>
        <w:rPr>
          <w:rFonts w:ascii="Times New Roman" w:hAnsi="Times New Roman" w:cs="Times New Roman"/>
          <w:sz w:val="24"/>
          <w:szCs w:val="24"/>
        </w:rPr>
        <w:t xml:space="preserve"> </w:t>
      </w:r>
      <w:r w:rsidRPr="009D21BC">
        <w:rPr>
          <w:rFonts w:ascii="Times New Roman" w:hAnsi="Times New Roman" w:cs="Times New Roman"/>
          <w:sz w:val="24"/>
          <w:szCs w:val="24"/>
        </w:rPr>
        <w:t>individuals</w:t>
      </w:r>
      <w:r>
        <w:rPr>
          <w:rFonts w:ascii="Times New Roman" w:hAnsi="Times New Roman" w:cs="Times New Roman"/>
          <w:sz w:val="24"/>
          <w:szCs w:val="24"/>
        </w:rPr>
        <w:t xml:space="preserve"> </w:t>
      </w:r>
      <w:r w:rsidRPr="009D21BC">
        <w:rPr>
          <w:rFonts w:ascii="Times New Roman" w:hAnsi="Times New Roman" w:cs="Times New Roman"/>
          <w:sz w:val="24"/>
          <w:szCs w:val="24"/>
        </w:rPr>
        <w:t>who</w:t>
      </w:r>
      <w:r>
        <w:rPr>
          <w:rFonts w:ascii="Times New Roman" w:hAnsi="Times New Roman" w:cs="Times New Roman"/>
          <w:sz w:val="24"/>
          <w:szCs w:val="24"/>
        </w:rPr>
        <w:t xml:space="preserve"> </w:t>
      </w:r>
      <w:r w:rsidRPr="009D21BC">
        <w:rPr>
          <w:rFonts w:ascii="Times New Roman" w:hAnsi="Times New Roman" w:cs="Times New Roman"/>
          <w:sz w:val="24"/>
          <w:szCs w:val="24"/>
        </w:rPr>
        <w:t>are</w:t>
      </w:r>
      <w:r>
        <w:rPr>
          <w:rFonts w:ascii="Times New Roman" w:hAnsi="Times New Roman" w:cs="Times New Roman"/>
          <w:sz w:val="24"/>
          <w:szCs w:val="24"/>
        </w:rPr>
        <w:t xml:space="preserve"> </w:t>
      </w:r>
      <w:r w:rsidRPr="009D21BC">
        <w:rPr>
          <w:rFonts w:ascii="Times New Roman" w:hAnsi="Times New Roman" w:cs="Times New Roman"/>
          <w:sz w:val="24"/>
          <w:szCs w:val="24"/>
        </w:rPr>
        <w:t>easy</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reach</w:t>
      </w:r>
      <w:r>
        <w:rPr>
          <w:rFonts w:ascii="Times New Roman" w:hAnsi="Times New Roman" w:cs="Times New Roman"/>
          <w:sz w:val="24"/>
          <w:szCs w:val="24"/>
        </w:rPr>
        <w:t xml:space="preserve"> </w:t>
      </w:r>
      <w:r w:rsidRPr="009D21BC">
        <w:rPr>
          <w:rFonts w:ascii="Times New Roman" w:hAnsi="Times New Roman" w:cs="Times New Roman"/>
          <w:sz w:val="24"/>
          <w:szCs w:val="24"/>
        </w:rPr>
        <w:t>during</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research</w:t>
      </w:r>
      <w:r>
        <w:rPr>
          <w:rFonts w:ascii="Times New Roman" w:hAnsi="Times New Roman" w:cs="Times New Roman"/>
          <w:sz w:val="24"/>
          <w:szCs w:val="24"/>
        </w:rPr>
        <w:t xml:space="preserve"> </w:t>
      </w:r>
      <w:r w:rsidRPr="009D21BC">
        <w:rPr>
          <w:rFonts w:ascii="Times New Roman" w:hAnsi="Times New Roman" w:cs="Times New Roman"/>
          <w:sz w:val="24"/>
          <w:szCs w:val="24"/>
        </w:rPr>
        <w:t>process.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data</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be</w:t>
      </w:r>
      <w:r>
        <w:rPr>
          <w:rFonts w:ascii="Times New Roman" w:hAnsi="Times New Roman" w:cs="Times New Roman"/>
          <w:sz w:val="24"/>
          <w:szCs w:val="24"/>
        </w:rPr>
        <w:t xml:space="preserve"> </w:t>
      </w:r>
      <w:r w:rsidRPr="009D21BC">
        <w:rPr>
          <w:rFonts w:ascii="Times New Roman" w:hAnsi="Times New Roman" w:cs="Times New Roman"/>
          <w:sz w:val="24"/>
          <w:szCs w:val="24"/>
        </w:rPr>
        <w:t>collected</w:t>
      </w:r>
      <w:r>
        <w:rPr>
          <w:rFonts w:ascii="Times New Roman" w:hAnsi="Times New Roman" w:cs="Times New Roman"/>
          <w:sz w:val="24"/>
          <w:szCs w:val="24"/>
        </w:rPr>
        <w:t xml:space="preserve"> </w:t>
      </w:r>
      <w:r w:rsidRPr="009D21BC">
        <w:rPr>
          <w:rFonts w:ascii="Times New Roman" w:hAnsi="Times New Roman" w:cs="Times New Roman"/>
          <w:sz w:val="24"/>
          <w:szCs w:val="24"/>
        </w:rPr>
        <w:t>through</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well-structured</w:t>
      </w:r>
      <w:r>
        <w:rPr>
          <w:rFonts w:ascii="Times New Roman" w:hAnsi="Times New Roman" w:cs="Times New Roman"/>
          <w:sz w:val="24"/>
          <w:szCs w:val="24"/>
        </w:rPr>
        <w:t xml:space="preserve"> </w:t>
      </w:r>
      <w:r w:rsidRPr="009D21BC">
        <w:rPr>
          <w:rFonts w:ascii="Times New Roman" w:hAnsi="Times New Roman" w:cs="Times New Roman"/>
          <w:sz w:val="24"/>
          <w:szCs w:val="24"/>
        </w:rPr>
        <w:t>questionnaire</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be</w:t>
      </w:r>
      <w:r>
        <w:rPr>
          <w:rFonts w:ascii="Times New Roman" w:hAnsi="Times New Roman" w:cs="Times New Roman"/>
          <w:sz w:val="24"/>
          <w:szCs w:val="24"/>
        </w:rPr>
        <w:t xml:space="preserve"> </w:t>
      </w:r>
      <w:r w:rsidRPr="009D21BC">
        <w:rPr>
          <w:rFonts w:ascii="Times New Roman" w:hAnsi="Times New Roman" w:cs="Times New Roman"/>
          <w:sz w:val="24"/>
          <w:szCs w:val="24"/>
        </w:rPr>
        <w:t>filled</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respondents</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gather</w:t>
      </w:r>
      <w:r>
        <w:rPr>
          <w:rFonts w:ascii="Times New Roman" w:hAnsi="Times New Roman" w:cs="Times New Roman"/>
          <w:sz w:val="24"/>
          <w:szCs w:val="24"/>
        </w:rPr>
        <w:t xml:space="preserve"> </w:t>
      </w:r>
      <w:r w:rsidRPr="009D21BC">
        <w:rPr>
          <w:rFonts w:ascii="Times New Roman" w:hAnsi="Times New Roman" w:cs="Times New Roman"/>
          <w:sz w:val="24"/>
          <w:szCs w:val="24"/>
        </w:rPr>
        <w:t>relevant</w:t>
      </w:r>
      <w:r>
        <w:rPr>
          <w:rFonts w:ascii="Times New Roman" w:hAnsi="Times New Roman" w:cs="Times New Roman"/>
          <w:sz w:val="24"/>
          <w:szCs w:val="24"/>
        </w:rPr>
        <w:t xml:space="preserve"> </w:t>
      </w:r>
      <w:r w:rsidRPr="009D21BC">
        <w:rPr>
          <w:rFonts w:ascii="Times New Roman" w:hAnsi="Times New Roman" w:cs="Times New Roman"/>
          <w:sz w:val="24"/>
          <w:szCs w:val="24"/>
        </w:rPr>
        <w:t>information</w:t>
      </w:r>
      <w:r>
        <w:rPr>
          <w:rFonts w:ascii="Times New Roman" w:hAnsi="Times New Roman" w:cs="Times New Roman"/>
          <w:sz w:val="24"/>
          <w:szCs w:val="24"/>
        </w:rPr>
        <w:t xml:space="preserve"> </w:t>
      </w:r>
      <w:r w:rsidRPr="009D21BC">
        <w:rPr>
          <w:rFonts w:ascii="Times New Roman" w:hAnsi="Times New Roman" w:cs="Times New Roman"/>
          <w:sz w:val="24"/>
          <w:szCs w:val="24"/>
        </w:rPr>
        <w:t>on</w:t>
      </w:r>
      <w:r>
        <w:rPr>
          <w:rFonts w:ascii="Times New Roman" w:hAnsi="Times New Roman" w:cs="Times New Roman"/>
          <w:sz w:val="24"/>
          <w:szCs w:val="24"/>
        </w:rPr>
        <w:t xml:space="preserve"> </w:t>
      </w:r>
      <w:r w:rsidRPr="009D21BC">
        <w:rPr>
          <w:rFonts w:ascii="Times New Roman" w:hAnsi="Times New Roman" w:cs="Times New Roman"/>
          <w:sz w:val="24"/>
          <w:szCs w:val="24"/>
        </w:rPr>
        <w:t>their</w:t>
      </w:r>
      <w:r>
        <w:rPr>
          <w:rFonts w:ascii="Times New Roman" w:hAnsi="Times New Roman" w:cs="Times New Roman"/>
          <w:sz w:val="24"/>
          <w:szCs w:val="24"/>
        </w:rPr>
        <w:t xml:space="preserve"> </w:t>
      </w:r>
      <w:r w:rsidRPr="009D21BC">
        <w:rPr>
          <w:rFonts w:ascii="Times New Roman" w:hAnsi="Times New Roman" w:cs="Times New Roman"/>
          <w:sz w:val="24"/>
          <w:szCs w:val="24"/>
        </w:rPr>
        <w:t>general</w:t>
      </w:r>
      <w:r>
        <w:rPr>
          <w:rFonts w:ascii="Times New Roman" w:hAnsi="Times New Roman" w:cs="Times New Roman"/>
          <w:sz w:val="24"/>
          <w:szCs w:val="24"/>
        </w:rPr>
        <w:t xml:space="preserve"> </w:t>
      </w:r>
      <w:r w:rsidRPr="009D21BC">
        <w:rPr>
          <w:rFonts w:ascii="Times New Roman" w:hAnsi="Times New Roman" w:cs="Times New Roman"/>
          <w:sz w:val="24"/>
          <w:szCs w:val="24"/>
        </w:rPr>
        <w:t>level</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satisfaction</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provided</w:t>
      </w:r>
      <w:r>
        <w:rPr>
          <w:rFonts w:ascii="Times New Roman" w:hAnsi="Times New Roman" w:cs="Times New Roman"/>
          <w:sz w:val="24"/>
          <w:szCs w:val="24"/>
        </w:rPr>
        <w:t xml:space="preserve"> </w:t>
      </w:r>
      <w:r w:rsidRPr="009D21BC">
        <w:rPr>
          <w:rFonts w:ascii="Times New Roman" w:hAnsi="Times New Roman" w:cs="Times New Roman"/>
          <w:sz w:val="24"/>
          <w:szCs w:val="24"/>
        </w:rPr>
        <w:t>by</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Expert</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Chikitsa</w:t>
      </w:r>
      <w:proofErr w:type="spellEnd"/>
      <w:r w:rsidRPr="009D21BC">
        <w:rPr>
          <w:rFonts w:ascii="Times New Roman" w:hAnsi="Times New Roman" w:cs="Times New Roman"/>
          <w:sz w:val="24"/>
          <w:szCs w:val="24"/>
        </w:rPr>
        <w:t>.</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survey</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contain</w:t>
      </w:r>
      <w:r>
        <w:rPr>
          <w:rFonts w:ascii="Times New Roman" w:hAnsi="Times New Roman" w:cs="Times New Roman"/>
          <w:sz w:val="24"/>
          <w:szCs w:val="24"/>
        </w:rPr>
        <w:t xml:space="preserve"> </w:t>
      </w:r>
      <w:r w:rsidRPr="009D21BC">
        <w:rPr>
          <w:rFonts w:ascii="Times New Roman" w:hAnsi="Times New Roman" w:cs="Times New Roman"/>
          <w:sz w:val="24"/>
          <w:szCs w:val="24"/>
        </w:rPr>
        <w:t>several</w:t>
      </w:r>
      <w:r>
        <w:rPr>
          <w:rFonts w:ascii="Times New Roman" w:hAnsi="Times New Roman" w:cs="Times New Roman"/>
          <w:sz w:val="24"/>
          <w:szCs w:val="24"/>
        </w:rPr>
        <w:t xml:space="preserve"> </w:t>
      </w:r>
      <w:r w:rsidRPr="009D21BC">
        <w:rPr>
          <w:rFonts w:ascii="Times New Roman" w:hAnsi="Times New Roman" w:cs="Times New Roman"/>
          <w:sz w:val="24"/>
          <w:szCs w:val="24"/>
        </w:rPr>
        <w:t>items</w:t>
      </w:r>
      <w:r>
        <w:rPr>
          <w:rFonts w:ascii="Times New Roman" w:hAnsi="Times New Roman" w:cs="Times New Roman"/>
          <w:sz w:val="24"/>
          <w:szCs w:val="24"/>
        </w:rPr>
        <w:t xml:space="preserve"> </w:t>
      </w:r>
      <w:r w:rsidRPr="009D21BC">
        <w:rPr>
          <w:rFonts w:ascii="Times New Roman" w:hAnsi="Times New Roman" w:cs="Times New Roman"/>
          <w:sz w:val="24"/>
          <w:szCs w:val="24"/>
        </w:rPr>
        <w:t>focusing</w:t>
      </w:r>
      <w:r>
        <w:rPr>
          <w:rFonts w:ascii="Times New Roman" w:hAnsi="Times New Roman" w:cs="Times New Roman"/>
          <w:sz w:val="24"/>
          <w:szCs w:val="24"/>
        </w:rPr>
        <w:t xml:space="preserve"> </w:t>
      </w:r>
      <w:r w:rsidRPr="009D21BC">
        <w:rPr>
          <w:rFonts w:ascii="Times New Roman" w:hAnsi="Times New Roman" w:cs="Times New Roman"/>
          <w:sz w:val="24"/>
          <w:szCs w:val="24"/>
        </w:rPr>
        <w:t>on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participants‗</w:t>
      </w:r>
      <w:r>
        <w:rPr>
          <w:rFonts w:ascii="Times New Roman" w:hAnsi="Times New Roman" w:cs="Times New Roman"/>
          <w:sz w:val="24"/>
          <w:szCs w:val="24"/>
        </w:rPr>
        <w:t xml:space="preserve"> </w:t>
      </w:r>
      <w:r w:rsidRPr="009D21BC">
        <w:rPr>
          <w:rFonts w:ascii="Times New Roman" w:hAnsi="Times New Roman" w:cs="Times New Roman"/>
          <w:sz w:val="24"/>
          <w:szCs w:val="24"/>
        </w:rPr>
        <w:t>level</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satisfaction</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communication,</w:t>
      </w:r>
      <w:r>
        <w:rPr>
          <w:rFonts w:ascii="Times New Roman" w:hAnsi="Times New Roman" w:cs="Times New Roman"/>
          <w:sz w:val="24"/>
          <w:szCs w:val="24"/>
        </w:rPr>
        <w:t xml:space="preserve"> </w:t>
      </w:r>
      <w:r w:rsidRPr="009D21BC">
        <w:rPr>
          <w:rFonts w:ascii="Times New Roman" w:hAnsi="Times New Roman" w:cs="Times New Roman"/>
          <w:sz w:val="24"/>
          <w:szCs w:val="24"/>
        </w:rPr>
        <w:t>responsiveness,</w:t>
      </w:r>
      <w:r>
        <w:rPr>
          <w:rFonts w:ascii="Times New Roman" w:hAnsi="Times New Roman" w:cs="Times New Roman"/>
          <w:sz w:val="24"/>
          <w:szCs w:val="24"/>
        </w:rPr>
        <w:t xml:space="preserve"> </w:t>
      </w:r>
      <w:r w:rsidRPr="009D21BC">
        <w:rPr>
          <w:rFonts w:ascii="Times New Roman" w:hAnsi="Times New Roman" w:cs="Times New Roman"/>
          <w:sz w:val="24"/>
          <w:szCs w:val="24"/>
        </w:rPr>
        <w:t>treatment,</w:t>
      </w:r>
      <w:r>
        <w:rPr>
          <w:rFonts w:ascii="Times New Roman" w:hAnsi="Times New Roman" w:cs="Times New Roman"/>
          <w:sz w:val="24"/>
          <w:szCs w:val="24"/>
        </w:rPr>
        <w:t xml:space="preserve"> </w:t>
      </w:r>
      <w:r w:rsidRPr="009D21BC">
        <w:rPr>
          <w:rFonts w:ascii="Times New Roman" w:hAnsi="Times New Roman" w:cs="Times New Roman"/>
          <w:sz w:val="24"/>
          <w:szCs w:val="24"/>
        </w:rPr>
        <w:t>hospital,</w:t>
      </w:r>
      <w:r>
        <w:rPr>
          <w:rFonts w:ascii="Times New Roman" w:hAnsi="Times New Roman" w:cs="Times New Roman"/>
          <w:sz w:val="24"/>
          <w:szCs w:val="24"/>
        </w:rPr>
        <w:t xml:space="preserve"> </w:t>
      </w:r>
      <w:r w:rsidRPr="009D21BC">
        <w:rPr>
          <w:rFonts w:ascii="Times New Roman" w:hAnsi="Times New Roman" w:cs="Times New Roman"/>
          <w:sz w:val="24"/>
          <w:szCs w:val="24"/>
        </w:rPr>
        <w:t>travel,</w:t>
      </w:r>
      <w:r>
        <w:rPr>
          <w:rFonts w:ascii="Times New Roman" w:hAnsi="Times New Roman" w:cs="Times New Roman"/>
          <w:sz w:val="24"/>
          <w:szCs w:val="24"/>
        </w:rPr>
        <w:t xml:space="preserve"> </w:t>
      </w:r>
      <w:r w:rsidRPr="009D21BC">
        <w:rPr>
          <w:rFonts w:ascii="Times New Roman" w:hAnsi="Times New Roman" w:cs="Times New Roman"/>
          <w:sz w:val="24"/>
          <w:szCs w:val="24"/>
        </w:rPr>
        <w:t>quality,</w:t>
      </w:r>
      <w:r>
        <w:rPr>
          <w:rFonts w:ascii="Times New Roman" w:hAnsi="Times New Roman" w:cs="Times New Roman"/>
          <w:sz w:val="24"/>
          <w:szCs w:val="24"/>
        </w:rPr>
        <w:t xml:space="preserve"> </w:t>
      </w:r>
      <w:r w:rsidRPr="009D21BC">
        <w:rPr>
          <w:rFonts w:ascii="Times New Roman" w:hAnsi="Times New Roman" w:cs="Times New Roman"/>
          <w:sz w:val="24"/>
          <w:szCs w:val="24"/>
        </w:rPr>
        <w:t>trust,</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follow-up</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p>
    <w:p w:rsidR="00600AC2" w:rsidRPr="009D21BC"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There</w:t>
      </w:r>
      <w:r>
        <w:rPr>
          <w:rFonts w:ascii="Times New Roman" w:hAnsi="Times New Roman" w:cs="Times New Roman"/>
          <w:sz w:val="24"/>
          <w:szCs w:val="24"/>
        </w:rPr>
        <w:t xml:space="preserve"> </w:t>
      </w:r>
      <w:r w:rsidRPr="009D21BC">
        <w:rPr>
          <w:rFonts w:ascii="Times New Roman" w:hAnsi="Times New Roman" w:cs="Times New Roman"/>
          <w:sz w:val="24"/>
          <w:szCs w:val="24"/>
        </w:rPr>
        <w:t>is</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total</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100</w:t>
      </w:r>
      <w:r>
        <w:rPr>
          <w:rFonts w:ascii="Times New Roman" w:hAnsi="Times New Roman" w:cs="Times New Roman"/>
          <w:sz w:val="24"/>
          <w:szCs w:val="24"/>
        </w:rPr>
        <w:t xml:space="preserve"> </w:t>
      </w:r>
      <w:r w:rsidRPr="009D21BC">
        <w:rPr>
          <w:rFonts w:ascii="Times New Roman" w:hAnsi="Times New Roman" w:cs="Times New Roman"/>
          <w:sz w:val="24"/>
          <w:szCs w:val="24"/>
        </w:rPr>
        <w:t>respondents</w:t>
      </w:r>
      <w:r>
        <w:rPr>
          <w:rFonts w:ascii="Times New Roman" w:hAnsi="Times New Roman" w:cs="Times New Roman"/>
          <w:sz w:val="24"/>
          <w:szCs w:val="24"/>
        </w:rPr>
        <w:t xml:space="preserve"> </w:t>
      </w:r>
      <w:r w:rsidRPr="009D21BC">
        <w:rPr>
          <w:rFonts w:ascii="Times New Roman" w:hAnsi="Times New Roman" w:cs="Times New Roman"/>
          <w:sz w:val="24"/>
          <w:szCs w:val="24"/>
        </w:rPr>
        <w:t>included</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study,</w:t>
      </w:r>
      <w:r>
        <w:rPr>
          <w:rFonts w:ascii="Times New Roman" w:hAnsi="Times New Roman" w:cs="Times New Roman"/>
          <w:sz w:val="24"/>
          <w:szCs w:val="24"/>
        </w:rPr>
        <w:t xml:space="preserve"> </w:t>
      </w:r>
      <w:r w:rsidRPr="009D21BC">
        <w:rPr>
          <w:rFonts w:ascii="Times New Roman" w:hAnsi="Times New Roman" w:cs="Times New Roman"/>
          <w:sz w:val="24"/>
          <w:szCs w:val="24"/>
        </w:rPr>
        <w:t>which</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allow</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researcher</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conduct</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study</w:t>
      </w:r>
      <w:r>
        <w:rPr>
          <w:rFonts w:ascii="Times New Roman" w:hAnsi="Times New Roman" w:cs="Times New Roman"/>
          <w:sz w:val="24"/>
          <w:szCs w:val="24"/>
        </w:rPr>
        <w:t xml:space="preserve"> </w:t>
      </w:r>
      <w:r w:rsidRPr="009D21BC">
        <w:rPr>
          <w:rFonts w:ascii="Times New Roman" w:hAnsi="Times New Roman" w:cs="Times New Roman"/>
          <w:sz w:val="24"/>
          <w:szCs w:val="24"/>
        </w:rPr>
        <w:t>on</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sufficient</w:t>
      </w:r>
      <w:r>
        <w:rPr>
          <w:rFonts w:ascii="Times New Roman" w:hAnsi="Times New Roman" w:cs="Times New Roman"/>
          <w:sz w:val="24"/>
          <w:szCs w:val="24"/>
        </w:rPr>
        <w:t xml:space="preserve"> </w:t>
      </w:r>
      <w:r w:rsidRPr="009D21BC">
        <w:rPr>
          <w:rFonts w:ascii="Times New Roman" w:hAnsi="Times New Roman" w:cs="Times New Roman"/>
          <w:sz w:val="24"/>
          <w:szCs w:val="24"/>
        </w:rPr>
        <w:t>scale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obtain</w:t>
      </w:r>
      <w:r>
        <w:rPr>
          <w:rFonts w:ascii="Times New Roman" w:hAnsi="Times New Roman" w:cs="Times New Roman"/>
          <w:sz w:val="24"/>
          <w:szCs w:val="24"/>
        </w:rPr>
        <w:t xml:space="preserve"> </w:t>
      </w:r>
      <w:r w:rsidRPr="009D21BC">
        <w:rPr>
          <w:rFonts w:ascii="Times New Roman" w:hAnsi="Times New Roman" w:cs="Times New Roman"/>
          <w:sz w:val="24"/>
          <w:szCs w:val="24"/>
        </w:rPr>
        <w:t>credible</w:t>
      </w:r>
      <w:r>
        <w:rPr>
          <w:rFonts w:ascii="Times New Roman" w:hAnsi="Times New Roman" w:cs="Times New Roman"/>
          <w:sz w:val="24"/>
          <w:szCs w:val="24"/>
        </w:rPr>
        <w:t xml:space="preserve"> </w:t>
      </w:r>
      <w:r w:rsidRPr="009D21BC">
        <w:rPr>
          <w:rFonts w:ascii="Times New Roman" w:hAnsi="Times New Roman" w:cs="Times New Roman"/>
          <w:sz w:val="24"/>
          <w:szCs w:val="24"/>
        </w:rPr>
        <w:t>results.</w:t>
      </w:r>
      <w:r>
        <w:rPr>
          <w:rFonts w:ascii="Times New Roman" w:hAnsi="Times New Roman" w:cs="Times New Roman"/>
          <w:sz w:val="24"/>
          <w:szCs w:val="24"/>
        </w:rPr>
        <w:t xml:space="preserve"> </w:t>
      </w:r>
      <w:r w:rsidRPr="009D21BC">
        <w:rPr>
          <w:rFonts w:ascii="Times New Roman" w:hAnsi="Times New Roman" w:cs="Times New Roman"/>
          <w:sz w:val="24"/>
          <w:szCs w:val="24"/>
        </w:rPr>
        <w:t>Furthermore,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respondents</w:t>
      </w:r>
      <w:r>
        <w:rPr>
          <w:rFonts w:ascii="Times New Roman" w:hAnsi="Times New Roman" w:cs="Times New Roman"/>
          <w:sz w:val="24"/>
          <w:szCs w:val="24"/>
        </w:rPr>
        <w:t xml:space="preserve"> </w:t>
      </w:r>
      <w:r w:rsidRPr="009D21BC">
        <w:rPr>
          <w:rFonts w:ascii="Times New Roman" w:hAnsi="Times New Roman" w:cs="Times New Roman"/>
          <w:sz w:val="24"/>
          <w:szCs w:val="24"/>
        </w:rPr>
        <w:t>vary</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age,</w:t>
      </w:r>
      <w:r>
        <w:rPr>
          <w:rFonts w:ascii="Times New Roman" w:hAnsi="Times New Roman" w:cs="Times New Roman"/>
          <w:sz w:val="24"/>
          <w:szCs w:val="24"/>
        </w:rPr>
        <w:t xml:space="preserve"> </w:t>
      </w:r>
      <w:r w:rsidRPr="009D21BC">
        <w:rPr>
          <w:rFonts w:ascii="Times New Roman" w:hAnsi="Times New Roman" w:cs="Times New Roman"/>
          <w:sz w:val="24"/>
          <w:szCs w:val="24"/>
        </w:rPr>
        <w:t>gender,</w:t>
      </w:r>
      <w:r>
        <w:rPr>
          <w:rFonts w:ascii="Times New Roman" w:hAnsi="Times New Roman" w:cs="Times New Roman"/>
          <w:sz w:val="24"/>
          <w:szCs w:val="24"/>
        </w:rPr>
        <w:t xml:space="preserve"> </w:t>
      </w:r>
      <w:r w:rsidRPr="009D21BC">
        <w:rPr>
          <w:rFonts w:ascii="Times New Roman" w:hAnsi="Times New Roman" w:cs="Times New Roman"/>
          <w:sz w:val="24"/>
          <w:szCs w:val="24"/>
        </w:rPr>
        <w:t>education,</w:t>
      </w:r>
      <w:r>
        <w:rPr>
          <w:rFonts w:ascii="Times New Roman" w:hAnsi="Times New Roman" w:cs="Times New Roman"/>
          <w:sz w:val="24"/>
          <w:szCs w:val="24"/>
        </w:rPr>
        <w:t xml:space="preserve"> </w:t>
      </w:r>
      <w:r w:rsidRPr="009D21BC">
        <w:rPr>
          <w:rFonts w:ascii="Times New Roman" w:hAnsi="Times New Roman" w:cs="Times New Roman"/>
          <w:sz w:val="24"/>
          <w:szCs w:val="24"/>
        </w:rPr>
        <w:t>occupation,</w:t>
      </w:r>
      <w:r>
        <w:rPr>
          <w:rFonts w:ascii="Times New Roman" w:hAnsi="Times New Roman" w:cs="Times New Roman"/>
          <w:sz w:val="24"/>
          <w:szCs w:val="24"/>
        </w:rPr>
        <w:t xml:space="preserve"> </w:t>
      </w:r>
      <w:r w:rsidRPr="009D21BC">
        <w:rPr>
          <w:rFonts w:ascii="Times New Roman" w:hAnsi="Times New Roman" w:cs="Times New Roman"/>
          <w:sz w:val="24"/>
          <w:szCs w:val="24"/>
        </w:rPr>
        <w:t>country</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residence,</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frequency</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using</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services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which</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allow</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data</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represent</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opinions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majority</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company‗s</w:t>
      </w:r>
      <w:proofErr w:type="spellEnd"/>
      <w:r>
        <w:rPr>
          <w:rFonts w:ascii="Times New Roman" w:hAnsi="Times New Roman" w:cs="Times New Roman"/>
          <w:sz w:val="24"/>
          <w:szCs w:val="24"/>
        </w:rPr>
        <w:t xml:space="preserve"> </w:t>
      </w:r>
      <w:r w:rsidRPr="009D21BC">
        <w:rPr>
          <w:rFonts w:ascii="Times New Roman" w:hAnsi="Times New Roman" w:cs="Times New Roman"/>
          <w:sz w:val="24"/>
          <w:szCs w:val="24"/>
        </w:rPr>
        <w:t>customers.</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result</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study,</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significant</w:t>
      </w:r>
      <w:r>
        <w:rPr>
          <w:rFonts w:ascii="Times New Roman" w:hAnsi="Times New Roman" w:cs="Times New Roman"/>
          <w:sz w:val="24"/>
          <w:szCs w:val="24"/>
        </w:rPr>
        <w:t xml:space="preserve"> </w:t>
      </w:r>
      <w:r w:rsidRPr="009D21BC">
        <w:rPr>
          <w:rFonts w:ascii="Times New Roman" w:hAnsi="Times New Roman" w:cs="Times New Roman"/>
          <w:sz w:val="24"/>
          <w:szCs w:val="24"/>
        </w:rPr>
        <w:t>amount</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data</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be</w:t>
      </w:r>
      <w:r>
        <w:rPr>
          <w:rFonts w:ascii="Times New Roman" w:hAnsi="Times New Roman" w:cs="Times New Roman"/>
          <w:sz w:val="24"/>
          <w:szCs w:val="24"/>
        </w:rPr>
        <w:t xml:space="preserve"> </w:t>
      </w:r>
      <w:r w:rsidRPr="009D21BC">
        <w:rPr>
          <w:rFonts w:ascii="Times New Roman" w:hAnsi="Times New Roman" w:cs="Times New Roman"/>
          <w:sz w:val="24"/>
          <w:szCs w:val="24"/>
        </w:rPr>
        <w:lastRenderedPageBreak/>
        <w:t>collected,</w:t>
      </w:r>
      <w:r>
        <w:rPr>
          <w:rFonts w:ascii="Times New Roman" w:hAnsi="Times New Roman" w:cs="Times New Roman"/>
          <w:sz w:val="24"/>
          <w:szCs w:val="24"/>
        </w:rPr>
        <w:t xml:space="preserve"> </w:t>
      </w:r>
      <w:r w:rsidRPr="009D21BC">
        <w:rPr>
          <w:rFonts w:ascii="Times New Roman" w:hAnsi="Times New Roman" w:cs="Times New Roman"/>
          <w:sz w:val="24"/>
          <w:szCs w:val="24"/>
        </w:rPr>
        <w:t>analyzed</w:t>
      </w:r>
      <w:r>
        <w:rPr>
          <w:rFonts w:ascii="Times New Roman" w:hAnsi="Times New Roman" w:cs="Times New Roman"/>
          <w:sz w:val="24"/>
          <w:szCs w:val="24"/>
        </w:rPr>
        <w:t xml:space="preserve"> </w:t>
      </w:r>
      <w:r w:rsidRPr="009D21BC">
        <w:rPr>
          <w:rFonts w:ascii="Times New Roman" w:hAnsi="Times New Roman" w:cs="Times New Roman"/>
          <w:sz w:val="24"/>
          <w:szCs w:val="24"/>
        </w:rPr>
        <w:t>using</w:t>
      </w:r>
      <w:r>
        <w:rPr>
          <w:rFonts w:ascii="Times New Roman" w:hAnsi="Times New Roman" w:cs="Times New Roman"/>
          <w:sz w:val="24"/>
          <w:szCs w:val="24"/>
        </w:rPr>
        <w:t xml:space="preserve"> </w:t>
      </w:r>
      <w:r w:rsidRPr="009D21BC">
        <w:rPr>
          <w:rFonts w:ascii="Times New Roman" w:hAnsi="Times New Roman" w:cs="Times New Roman"/>
          <w:sz w:val="24"/>
          <w:szCs w:val="24"/>
        </w:rPr>
        <w:t>percentage</w:t>
      </w:r>
      <w:r>
        <w:rPr>
          <w:rFonts w:ascii="Times New Roman" w:hAnsi="Times New Roman" w:cs="Times New Roman"/>
          <w:sz w:val="24"/>
          <w:szCs w:val="24"/>
        </w:rPr>
        <w:t xml:space="preserve"> </w:t>
      </w:r>
      <w:r w:rsidRPr="009D21BC">
        <w:rPr>
          <w:rFonts w:ascii="Times New Roman" w:hAnsi="Times New Roman" w:cs="Times New Roman"/>
          <w:sz w:val="24"/>
          <w:szCs w:val="24"/>
        </w:rPr>
        <w:t>analysis,</w:t>
      </w:r>
      <w:r>
        <w:rPr>
          <w:rFonts w:ascii="Times New Roman" w:hAnsi="Times New Roman" w:cs="Times New Roman"/>
          <w:sz w:val="24"/>
          <w:szCs w:val="24"/>
        </w:rPr>
        <w:t xml:space="preserve"> </w:t>
      </w:r>
      <w:r w:rsidRPr="009D21BC">
        <w:rPr>
          <w:rFonts w:ascii="Times New Roman" w:hAnsi="Times New Roman" w:cs="Times New Roman"/>
          <w:sz w:val="24"/>
          <w:szCs w:val="24"/>
        </w:rPr>
        <w:t>presented</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tables,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visualized</w:t>
      </w:r>
      <w:r>
        <w:rPr>
          <w:rFonts w:ascii="Times New Roman" w:hAnsi="Times New Roman" w:cs="Times New Roman"/>
          <w:sz w:val="24"/>
          <w:szCs w:val="24"/>
        </w:rPr>
        <w:t xml:space="preserve"> </w:t>
      </w:r>
      <w:r w:rsidRPr="009D21BC">
        <w:rPr>
          <w:rFonts w:ascii="Times New Roman" w:hAnsi="Times New Roman" w:cs="Times New Roman"/>
          <w:sz w:val="24"/>
          <w:szCs w:val="24"/>
        </w:rPr>
        <w:t>through</w:t>
      </w:r>
      <w:r>
        <w:rPr>
          <w:rFonts w:ascii="Times New Roman" w:hAnsi="Times New Roman" w:cs="Times New Roman"/>
          <w:sz w:val="24"/>
          <w:szCs w:val="24"/>
        </w:rPr>
        <w:t xml:space="preserve"> </w:t>
      </w:r>
      <w:r w:rsidRPr="009D21BC">
        <w:rPr>
          <w:rFonts w:ascii="Times New Roman" w:hAnsi="Times New Roman" w:cs="Times New Roman"/>
          <w:sz w:val="24"/>
          <w:szCs w:val="24"/>
        </w:rPr>
        <w:t>graphs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charts.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analysis</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indicate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significance</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Customer</w:t>
      </w:r>
      <w:r>
        <w:rPr>
          <w:rFonts w:ascii="Times New Roman" w:hAnsi="Times New Roman" w:cs="Times New Roman"/>
          <w:sz w:val="24"/>
          <w:szCs w:val="24"/>
        </w:rPr>
        <w:t xml:space="preserve"> </w:t>
      </w:r>
      <w:r w:rsidRPr="009D21BC">
        <w:rPr>
          <w:rFonts w:ascii="Times New Roman" w:hAnsi="Times New Roman" w:cs="Times New Roman"/>
          <w:sz w:val="24"/>
          <w:szCs w:val="24"/>
        </w:rPr>
        <w:t>Relationship</w:t>
      </w:r>
      <w:r>
        <w:rPr>
          <w:rFonts w:ascii="Times New Roman" w:hAnsi="Times New Roman" w:cs="Times New Roman"/>
          <w:sz w:val="24"/>
          <w:szCs w:val="24"/>
        </w:rPr>
        <w:t xml:space="preserve"> </w:t>
      </w:r>
      <w:r w:rsidRPr="009D21BC">
        <w:rPr>
          <w:rFonts w:ascii="Times New Roman" w:hAnsi="Times New Roman" w:cs="Times New Roman"/>
          <w:sz w:val="24"/>
          <w:szCs w:val="24"/>
        </w:rPr>
        <w:t>Management</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improving</w:t>
      </w:r>
      <w:r>
        <w:rPr>
          <w:rFonts w:ascii="Times New Roman" w:hAnsi="Times New Roman" w:cs="Times New Roman"/>
          <w:sz w:val="24"/>
          <w:szCs w:val="24"/>
        </w:rPr>
        <w:t xml:space="preserve"> </w:t>
      </w:r>
      <w:r w:rsidRPr="009D21BC">
        <w:rPr>
          <w:rFonts w:ascii="Times New Roman" w:hAnsi="Times New Roman" w:cs="Times New Roman"/>
          <w:sz w:val="24"/>
          <w:szCs w:val="24"/>
        </w:rPr>
        <w:t>international</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coordination,</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well</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most</w:t>
      </w:r>
      <w:r>
        <w:rPr>
          <w:rFonts w:ascii="Times New Roman" w:hAnsi="Times New Roman" w:cs="Times New Roman"/>
          <w:sz w:val="24"/>
          <w:szCs w:val="24"/>
        </w:rPr>
        <w:t xml:space="preserve"> </w:t>
      </w:r>
      <w:r w:rsidRPr="009D21BC">
        <w:rPr>
          <w:rFonts w:ascii="Times New Roman" w:hAnsi="Times New Roman" w:cs="Times New Roman"/>
          <w:sz w:val="24"/>
          <w:szCs w:val="24"/>
        </w:rPr>
        <w:t>effective</w:t>
      </w:r>
      <w:r>
        <w:rPr>
          <w:rFonts w:ascii="Times New Roman" w:hAnsi="Times New Roman" w:cs="Times New Roman"/>
          <w:sz w:val="24"/>
          <w:szCs w:val="24"/>
        </w:rPr>
        <w:t xml:space="preserve"> </w:t>
      </w:r>
      <w:r w:rsidRPr="009D21BC">
        <w:rPr>
          <w:rFonts w:ascii="Times New Roman" w:hAnsi="Times New Roman" w:cs="Times New Roman"/>
          <w:sz w:val="24"/>
          <w:szCs w:val="24"/>
        </w:rPr>
        <w:t>ways</w:t>
      </w:r>
      <w:r>
        <w:rPr>
          <w:rFonts w:ascii="Times New Roman" w:hAnsi="Times New Roman" w:cs="Times New Roman"/>
          <w:sz w:val="24"/>
          <w:szCs w:val="24"/>
        </w:rPr>
        <w:t xml:space="preserve"> </w:t>
      </w:r>
      <w:r w:rsidRPr="009D21BC">
        <w:rPr>
          <w:rFonts w:ascii="Times New Roman" w:hAnsi="Times New Roman" w:cs="Times New Roman"/>
          <w:sz w:val="24"/>
          <w:szCs w:val="24"/>
        </w:rPr>
        <w:t>for</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company</w:t>
      </w:r>
      <w:r>
        <w:rPr>
          <w:rFonts w:ascii="Times New Roman" w:hAnsi="Times New Roman" w:cs="Times New Roman"/>
          <w:sz w:val="24"/>
          <w:szCs w:val="24"/>
        </w:rPr>
        <w:t xml:space="preserve"> </w:t>
      </w:r>
      <w:r w:rsidRPr="009D21BC">
        <w:rPr>
          <w:rFonts w:ascii="Times New Roman" w:hAnsi="Times New Roman" w:cs="Times New Roman"/>
          <w:sz w:val="24"/>
          <w:szCs w:val="24"/>
        </w:rPr>
        <w:t>to</w:t>
      </w:r>
      <w:r>
        <w:rPr>
          <w:rFonts w:ascii="Times New Roman" w:hAnsi="Times New Roman" w:cs="Times New Roman"/>
          <w:sz w:val="24"/>
          <w:szCs w:val="24"/>
        </w:rPr>
        <w:t xml:space="preserve"> </w:t>
      </w:r>
      <w:r w:rsidRPr="009D21BC">
        <w:rPr>
          <w:rFonts w:ascii="Times New Roman" w:hAnsi="Times New Roman" w:cs="Times New Roman"/>
          <w:sz w:val="24"/>
          <w:szCs w:val="24"/>
        </w:rPr>
        <w:t>increase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level</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its</w:t>
      </w:r>
      <w:r>
        <w:rPr>
          <w:rFonts w:ascii="Times New Roman" w:hAnsi="Times New Roman" w:cs="Times New Roman"/>
          <w:sz w:val="24"/>
          <w:szCs w:val="24"/>
        </w:rPr>
        <w:t xml:space="preserve"> </w:t>
      </w:r>
      <w:r w:rsidRPr="009D21BC">
        <w:rPr>
          <w:rFonts w:ascii="Times New Roman" w:hAnsi="Times New Roman" w:cs="Times New Roman"/>
          <w:sz w:val="24"/>
          <w:szCs w:val="24"/>
        </w:rPr>
        <w:t>patient</w:t>
      </w:r>
      <w:r>
        <w:rPr>
          <w:rFonts w:ascii="Times New Roman" w:hAnsi="Times New Roman" w:cs="Times New Roman"/>
          <w:sz w:val="24"/>
          <w:szCs w:val="24"/>
        </w:rPr>
        <w:t xml:space="preserve"> </w:t>
      </w:r>
      <w:r w:rsidRPr="009D21BC">
        <w:rPr>
          <w:rFonts w:ascii="Times New Roman" w:hAnsi="Times New Roman" w:cs="Times New Roman"/>
          <w:sz w:val="24"/>
          <w:szCs w:val="24"/>
        </w:rPr>
        <w:t>satisfaction</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future.</w:t>
      </w:r>
    </w:p>
    <w:p w:rsidR="00600AC2" w:rsidRPr="00822D0D" w:rsidRDefault="00600AC2" w:rsidP="00600AC2">
      <w:pPr>
        <w:spacing w:after="240" w:line="360" w:lineRule="auto"/>
        <w:jc w:val="both"/>
        <w:rPr>
          <w:rFonts w:ascii="Times New Roman" w:hAnsi="Times New Roman" w:cs="Times New Roman"/>
          <w:sz w:val="24"/>
          <w:szCs w:val="24"/>
        </w:rPr>
      </w:pPr>
      <w:r w:rsidRPr="009D21BC">
        <w:rPr>
          <w:rFonts w:ascii="Times New Roman" w:hAnsi="Times New Roman" w:cs="Times New Roman"/>
          <w:sz w:val="24"/>
          <w:szCs w:val="24"/>
        </w:rPr>
        <w:t>It</w:t>
      </w:r>
      <w:r>
        <w:rPr>
          <w:rFonts w:ascii="Times New Roman" w:hAnsi="Times New Roman" w:cs="Times New Roman"/>
          <w:sz w:val="24"/>
          <w:szCs w:val="24"/>
        </w:rPr>
        <w:t xml:space="preserve"> </w:t>
      </w:r>
      <w:r w:rsidRPr="009D21BC">
        <w:rPr>
          <w:rFonts w:ascii="Times New Roman" w:hAnsi="Times New Roman" w:cs="Times New Roman"/>
          <w:sz w:val="24"/>
          <w:szCs w:val="24"/>
        </w:rPr>
        <w:t>should</w:t>
      </w:r>
      <w:r>
        <w:rPr>
          <w:rFonts w:ascii="Times New Roman" w:hAnsi="Times New Roman" w:cs="Times New Roman"/>
          <w:sz w:val="24"/>
          <w:szCs w:val="24"/>
        </w:rPr>
        <w:t xml:space="preserve"> </w:t>
      </w:r>
      <w:r w:rsidRPr="009D21BC">
        <w:rPr>
          <w:rFonts w:ascii="Times New Roman" w:hAnsi="Times New Roman" w:cs="Times New Roman"/>
          <w:sz w:val="24"/>
          <w:szCs w:val="24"/>
        </w:rPr>
        <w:t>be</w:t>
      </w:r>
      <w:r>
        <w:rPr>
          <w:rFonts w:ascii="Times New Roman" w:hAnsi="Times New Roman" w:cs="Times New Roman"/>
          <w:sz w:val="24"/>
          <w:szCs w:val="24"/>
        </w:rPr>
        <w:t xml:space="preserve"> </w:t>
      </w:r>
      <w:r w:rsidRPr="009D21BC">
        <w:rPr>
          <w:rFonts w:ascii="Times New Roman" w:hAnsi="Times New Roman" w:cs="Times New Roman"/>
          <w:sz w:val="24"/>
          <w:szCs w:val="24"/>
        </w:rPr>
        <w:t>mentioned</w:t>
      </w:r>
      <w:r>
        <w:rPr>
          <w:rFonts w:ascii="Times New Roman" w:hAnsi="Times New Roman" w:cs="Times New Roman"/>
          <w:sz w:val="24"/>
          <w:szCs w:val="24"/>
        </w:rPr>
        <w:t xml:space="preserve"> </w:t>
      </w:r>
      <w:r w:rsidRPr="009D21BC">
        <w:rPr>
          <w:rFonts w:ascii="Times New Roman" w:hAnsi="Times New Roman" w:cs="Times New Roman"/>
          <w:sz w:val="24"/>
          <w:szCs w:val="24"/>
        </w:rPr>
        <w:t>that</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respondents</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play</w:t>
      </w:r>
      <w:r>
        <w:rPr>
          <w:rFonts w:ascii="Times New Roman" w:hAnsi="Times New Roman" w:cs="Times New Roman"/>
          <w:sz w:val="24"/>
          <w:szCs w:val="24"/>
        </w:rPr>
        <w:t xml:space="preserve"> </w:t>
      </w:r>
      <w:r w:rsidRPr="009D21BC">
        <w:rPr>
          <w:rFonts w:ascii="Times New Roman" w:hAnsi="Times New Roman" w:cs="Times New Roman"/>
          <w:sz w:val="24"/>
          <w:szCs w:val="24"/>
        </w:rPr>
        <w:t>a</w:t>
      </w:r>
      <w:r>
        <w:rPr>
          <w:rFonts w:ascii="Times New Roman" w:hAnsi="Times New Roman" w:cs="Times New Roman"/>
          <w:sz w:val="24"/>
          <w:szCs w:val="24"/>
        </w:rPr>
        <w:t xml:space="preserve"> </w:t>
      </w:r>
      <w:r w:rsidRPr="009D21BC">
        <w:rPr>
          <w:rFonts w:ascii="Times New Roman" w:hAnsi="Times New Roman" w:cs="Times New Roman"/>
          <w:sz w:val="24"/>
          <w:szCs w:val="24"/>
        </w:rPr>
        <w:t>major</w:t>
      </w:r>
      <w:r>
        <w:rPr>
          <w:rFonts w:ascii="Times New Roman" w:hAnsi="Times New Roman" w:cs="Times New Roman"/>
          <w:sz w:val="24"/>
          <w:szCs w:val="24"/>
        </w:rPr>
        <w:t xml:space="preserve"> </w:t>
      </w:r>
      <w:r w:rsidRPr="009D21BC">
        <w:rPr>
          <w:rFonts w:ascii="Times New Roman" w:hAnsi="Times New Roman" w:cs="Times New Roman"/>
          <w:sz w:val="24"/>
          <w:szCs w:val="24"/>
        </w:rPr>
        <w:t>role</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research</w:t>
      </w:r>
      <w:r>
        <w:rPr>
          <w:rFonts w:ascii="Times New Roman" w:hAnsi="Times New Roman" w:cs="Times New Roman"/>
          <w:sz w:val="24"/>
          <w:szCs w:val="24"/>
        </w:rPr>
        <w:t xml:space="preserve"> </w:t>
      </w:r>
      <w:r w:rsidRPr="009D21BC">
        <w:rPr>
          <w:rFonts w:ascii="Times New Roman" w:hAnsi="Times New Roman" w:cs="Times New Roman"/>
          <w:sz w:val="24"/>
          <w:szCs w:val="24"/>
        </w:rPr>
        <w:t>process,</w:t>
      </w:r>
      <w:r>
        <w:rPr>
          <w:rFonts w:ascii="Times New Roman" w:hAnsi="Times New Roman" w:cs="Times New Roman"/>
          <w:sz w:val="24"/>
          <w:szCs w:val="24"/>
        </w:rPr>
        <w:t xml:space="preserve"> </w:t>
      </w:r>
      <w:r w:rsidRPr="009D21BC">
        <w:rPr>
          <w:rFonts w:ascii="Times New Roman" w:hAnsi="Times New Roman" w:cs="Times New Roman"/>
          <w:sz w:val="24"/>
          <w:szCs w:val="24"/>
        </w:rPr>
        <w:t>as</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collected</w:t>
      </w:r>
      <w:r>
        <w:rPr>
          <w:rFonts w:ascii="Times New Roman" w:hAnsi="Times New Roman" w:cs="Times New Roman"/>
          <w:sz w:val="24"/>
          <w:szCs w:val="24"/>
        </w:rPr>
        <w:t xml:space="preserve"> </w:t>
      </w:r>
      <w:r w:rsidRPr="009D21BC">
        <w:rPr>
          <w:rFonts w:ascii="Times New Roman" w:hAnsi="Times New Roman" w:cs="Times New Roman"/>
          <w:sz w:val="24"/>
          <w:szCs w:val="24"/>
        </w:rPr>
        <w:t>data</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represent</w:t>
      </w:r>
      <w:r>
        <w:rPr>
          <w:rFonts w:ascii="Times New Roman" w:hAnsi="Times New Roman" w:cs="Times New Roman"/>
          <w:sz w:val="24"/>
          <w:szCs w:val="24"/>
        </w:rPr>
        <w:t xml:space="preserve"> </w:t>
      </w:r>
      <w:r w:rsidRPr="009D21BC">
        <w:rPr>
          <w:rFonts w:ascii="Times New Roman" w:hAnsi="Times New Roman" w:cs="Times New Roman"/>
          <w:sz w:val="24"/>
          <w:szCs w:val="24"/>
        </w:rPr>
        <w:t>valid</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reliable</w:t>
      </w:r>
      <w:r>
        <w:rPr>
          <w:rFonts w:ascii="Times New Roman" w:hAnsi="Times New Roman" w:cs="Times New Roman"/>
          <w:sz w:val="24"/>
          <w:szCs w:val="24"/>
        </w:rPr>
        <w:t xml:space="preserve"> </w:t>
      </w:r>
      <w:r w:rsidRPr="009D21BC">
        <w:rPr>
          <w:rFonts w:ascii="Times New Roman" w:hAnsi="Times New Roman" w:cs="Times New Roman"/>
          <w:sz w:val="24"/>
          <w:szCs w:val="24"/>
        </w:rPr>
        <w:t>results.</w:t>
      </w:r>
      <w:r>
        <w:rPr>
          <w:rFonts w:ascii="Times New Roman" w:hAnsi="Times New Roman" w:cs="Times New Roman"/>
          <w:sz w:val="24"/>
          <w:szCs w:val="24"/>
        </w:rPr>
        <w:t xml:space="preserve"> </w:t>
      </w:r>
      <w:r w:rsidRPr="009D21BC">
        <w:rPr>
          <w:rFonts w:ascii="Times New Roman" w:hAnsi="Times New Roman" w:cs="Times New Roman"/>
          <w:sz w:val="24"/>
          <w:szCs w:val="24"/>
        </w:rPr>
        <w:t>Furthermore,</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results</w:t>
      </w:r>
      <w:r>
        <w:rPr>
          <w:rFonts w:ascii="Times New Roman" w:hAnsi="Times New Roman" w:cs="Times New Roman"/>
          <w:sz w:val="24"/>
          <w:szCs w:val="24"/>
        </w:rPr>
        <w:t xml:space="preserve"> </w:t>
      </w:r>
      <w:r w:rsidRPr="009D21BC">
        <w:rPr>
          <w:rFonts w:ascii="Times New Roman" w:hAnsi="Times New Roman" w:cs="Times New Roman"/>
          <w:sz w:val="24"/>
          <w:szCs w:val="24"/>
        </w:rPr>
        <w:t>obtained</w:t>
      </w:r>
      <w:r>
        <w:rPr>
          <w:rFonts w:ascii="Times New Roman" w:hAnsi="Times New Roman" w:cs="Times New Roman"/>
          <w:sz w:val="24"/>
          <w:szCs w:val="24"/>
        </w:rPr>
        <w:t xml:space="preserve"> </w:t>
      </w:r>
      <w:r w:rsidRPr="009D21BC">
        <w:rPr>
          <w:rFonts w:ascii="Times New Roman" w:hAnsi="Times New Roman" w:cs="Times New Roman"/>
          <w:sz w:val="24"/>
          <w:szCs w:val="24"/>
        </w:rPr>
        <w:t>from</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study</w:t>
      </w:r>
      <w:r>
        <w:rPr>
          <w:rFonts w:ascii="Times New Roman" w:hAnsi="Times New Roman" w:cs="Times New Roman"/>
          <w:sz w:val="24"/>
          <w:szCs w:val="24"/>
        </w:rPr>
        <w:t xml:space="preserve"> </w:t>
      </w:r>
      <w:r w:rsidRPr="009D21BC">
        <w:rPr>
          <w:rFonts w:ascii="Times New Roman" w:hAnsi="Times New Roman" w:cs="Times New Roman"/>
          <w:sz w:val="24"/>
          <w:szCs w:val="24"/>
        </w:rPr>
        <w:t>made</w:t>
      </w:r>
      <w:r>
        <w:rPr>
          <w:rFonts w:ascii="Times New Roman" w:hAnsi="Times New Roman" w:cs="Times New Roman"/>
          <w:sz w:val="24"/>
          <w:szCs w:val="24"/>
        </w:rPr>
        <w:t xml:space="preserve"> </w:t>
      </w:r>
      <w:r w:rsidRPr="009D21BC">
        <w:rPr>
          <w:rFonts w:ascii="Times New Roman" w:hAnsi="Times New Roman" w:cs="Times New Roman"/>
          <w:sz w:val="24"/>
          <w:szCs w:val="24"/>
        </w:rPr>
        <w:t>with</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involvement</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respondents</w:t>
      </w:r>
      <w:r>
        <w:rPr>
          <w:rFonts w:ascii="Times New Roman" w:hAnsi="Times New Roman" w:cs="Times New Roman"/>
          <w:sz w:val="24"/>
          <w:szCs w:val="24"/>
        </w:rPr>
        <w:t xml:space="preserve"> </w:t>
      </w:r>
      <w:r w:rsidRPr="009D21BC">
        <w:rPr>
          <w:rFonts w:ascii="Times New Roman" w:hAnsi="Times New Roman" w:cs="Times New Roman"/>
          <w:sz w:val="24"/>
          <w:szCs w:val="24"/>
        </w:rPr>
        <w:t>will</w:t>
      </w:r>
      <w:r>
        <w:rPr>
          <w:rFonts w:ascii="Times New Roman" w:hAnsi="Times New Roman" w:cs="Times New Roman"/>
          <w:sz w:val="24"/>
          <w:szCs w:val="24"/>
        </w:rPr>
        <w:t xml:space="preserve"> </w:t>
      </w:r>
      <w:r w:rsidRPr="009D21BC">
        <w:rPr>
          <w:rFonts w:ascii="Times New Roman" w:hAnsi="Times New Roman" w:cs="Times New Roman"/>
          <w:sz w:val="24"/>
          <w:szCs w:val="24"/>
        </w:rPr>
        <w:t>form</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basis</w:t>
      </w:r>
      <w:r>
        <w:rPr>
          <w:rFonts w:ascii="Times New Roman" w:hAnsi="Times New Roman" w:cs="Times New Roman"/>
          <w:sz w:val="24"/>
          <w:szCs w:val="24"/>
        </w:rPr>
        <w:t xml:space="preserve"> </w:t>
      </w:r>
      <w:r w:rsidRPr="009D21BC">
        <w:rPr>
          <w:rFonts w:ascii="Times New Roman" w:hAnsi="Times New Roman" w:cs="Times New Roman"/>
          <w:sz w:val="24"/>
          <w:szCs w:val="24"/>
        </w:rPr>
        <w:t>of</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r w:rsidRPr="009D21BC">
        <w:rPr>
          <w:rFonts w:ascii="Times New Roman" w:hAnsi="Times New Roman" w:cs="Times New Roman"/>
          <w:sz w:val="24"/>
          <w:szCs w:val="24"/>
        </w:rPr>
        <w:t>research,</w:t>
      </w:r>
      <w:r>
        <w:rPr>
          <w:rFonts w:ascii="Times New Roman" w:hAnsi="Times New Roman" w:cs="Times New Roman"/>
          <w:sz w:val="24"/>
          <w:szCs w:val="24"/>
        </w:rPr>
        <w:t xml:space="preserve"> </w:t>
      </w:r>
      <w:r w:rsidRPr="009D21BC">
        <w:rPr>
          <w:rFonts w:ascii="Times New Roman" w:hAnsi="Times New Roman" w:cs="Times New Roman"/>
          <w:sz w:val="24"/>
          <w:szCs w:val="24"/>
        </w:rPr>
        <w:t>analysis,</w:t>
      </w:r>
      <w:r>
        <w:rPr>
          <w:rFonts w:ascii="Times New Roman" w:hAnsi="Times New Roman" w:cs="Times New Roman"/>
          <w:sz w:val="24"/>
          <w:szCs w:val="24"/>
        </w:rPr>
        <w:t xml:space="preserve"> </w:t>
      </w:r>
      <w:r w:rsidRPr="009D21BC">
        <w:rPr>
          <w:rFonts w:ascii="Times New Roman" w:hAnsi="Times New Roman" w:cs="Times New Roman"/>
          <w:sz w:val="24"/>
          <w:szCs w:val="24"/>
        </w:rPr>
        <w:t>and</w:t>
      </w:r>
      <w:r>
        <w:rPr>
          <w:rFonts w:ascii="Times New Roman" w:hAnsi="Times New Roman" w:cs="Times New Roman"/>
          <w:sz w:val="24"/>
          <w:szCs w:val="24"/>
        </w:rPr>
        <w:t xml:space="preserve"> </w:t>
      </w:r>
      <w:r w:rsidRPr="009D21BC">
        <w:rPr>
          <w:rFonts w:ascii="Times New Roman" w:hAnsi="Times New Roman" w:cs="Times New Roman"/>
          <w:sz w:val="24"/>
          <w:szCs w:val="24"/>
        </w:rPr>
        <w:t>suggestions</w:t>
      </w:r>
      <w:r>
        <w:rPr>
          <w:rFonts w:ascii="Times New Roman" w:hAnsi="Times New Roman" w:cs="Times New Roman"/>
          <w:sz w:val="24"/>
          <w:szCs w:val="24"/>
        </w:rPr>
        <w:t xml:space="preserve"> </w:t>
      </w:r>
      <w:r w:rsidRPr="009D21BC">
        <w:rPr>
          <w:rFonts w:ascii="Times New Roman" w:hAnsi="Times New Roman" w:cs="Times New Roman"/>
          <w:sz w:val="24"/>
          <w:szCs w:val="24"/>
        </w:rPr>
        <w:t>proposed</w:t>
      </w:r>
      <w:r>
        <w:rPr>
          <w:rFonts w:ascii="Times New Roman" w:hAnsi="Times New Roman" w:cs="Times New Roman"/>
          <w:sz w:val="24"/>
          <w:szCs w:val="24"/>
        </w:rPr>
        <w:t xml:space="preserve"> </w:t>
      </w:r>
      <w:r w:rsidRPr="009D21BC">
        <w:rPr>
          <w:rFonts w:ascii="Times New Roman" w:hAnsi="Times New Roman" w:cs="Times New Roman"/>
          <w:sz w:val="24"/>
          <w:szCs w:val="24"/>
        </w:rPr>
        <w:t>in</w:t>
      </w:r>
      <w:r>
        <w:rPr>
          <w:rFonts w:ascii="Times New Roman" w:hAnsi="Times New Roman" w:cs="Times New Roman"/>
          <w:sz w:val="24"/>
          <w:szCs w:val="24"/>
        </w:rPr>
        <w:t xml:space="preserve"> </w:t>
      </w:r>
      <w:r w:rsidRPr="009D21BC">
        <w:rPr>
          <w:rFonts w:ascii="Times New Roman" w:hAnsi="Times New Roman" w:cs="Times New Roman"/>
          <w:sz w:val="24"/>
          <w:szCs w:val="24"/>
        </w:rPr>
        <w:t>the</w:t>
      </w:r>
      <w:r>
        <w:rPr>
          <w:rFonts w:ascii="Times New Roman" w:hAnsi="Times New Roman" w:cs="Times New Roman"/>
          <w:sz w:val="24"/>
          <w:szCs w:val="24"/>
        </w:rPr>
        <w:t xml:space="preserve"> </w:t>
      </w:r>
      <w:proofErr w:type="spellStart"/>
      <w:r w:rsidRPr="009D21BC">
        <w:rPr>
          <w:rFonts w:ascii="Times New Roman" w:hAnsi="Times New Roman" w:cs="Times New Roman"/>
          <w:sz w:val="24"/>
          <w:szCs w:val="24"/>
        </w:rPr>
        <w:t>finaldocument</w:t>
      </w:r>
      <w:proofErr w:type="spellEnd"/>
      <w:r w:rsidRPr="009D21BC">
        <w:rPr>
          <w:rFonts w:ascii="Times New Roman" w:hAnsi="Times New Roman" w:cs="Times New Roman"/>
          <w:sz w:val="24"/>
          <w:szCs w:val="24"/>
        </w:rPr>
        <w:t>.</w:t>
      </w:r>
    </w:p>
    <w:p w:rsidR="009D3EED" w:rsidRDefault="009D3EED" w:rsidP="00600AC2">
      <w:pPr>
        <w:pStyle w:val="NoSpacing"/>
        <w:spacing w:after="240" w:line="360" w:lineRule="auto"/>
        <w:jc w:val="both"/>
        <w:rPr>
          <w:rFonts w:ascii="Times New Roman" w:hAnsi="Times New Roman" w:cs="Times New Roman"/>
          <w:b/>
          <w:bCs/>
          <w:sz w:val="24"/>
          <w:szCs w:val="24"/>
        </w:rPr>
      </w:pPr>
    </w:p>
    <w:p w:rsidR="006A7E2C" w:rsidRDefault="006A7E2C" w:rsidP="006674D6">
      <w:pPr>
        <w:pStyle w:val="NoSpacing"/>
        <w:spacing w:after="240" w:line="360" w:lineRule="auto"/>
        <w:jc w:val="both"/>
        <w:rPr>
          <w:rFonts w:ascii="Times New Roman" w:hAnsi="Times New Roman" w:cs="Times New Roman"/>
          <w:b/>
          <w:bCs/>
          <w:sz w:val="24"/>
          <w:szCs w:val="24"/>
        </w:rPr>
      </w:pPr>
    </w:p>
    <w:p w:rsidR="006A7E2C" w:rsidRDefault="006A7E2C" w:rsidP="006674D6">
      <w:pPr>
        <w:pStyle w:val="NoSpacing"/>
        <w:spacing w:after="240" w:line="360" w:lineRule="auto"/>
        <w:jc w:val="both"/>
        <w:rPr>
          <w:rFonts w:ascii="Times New Roman" w:hAnsi="Times New Roman" w:cs="Times New Roman"/>
          <w:b/>
          <w:bCs/>
          <w:sz w:val="24"/>
          <w:szCs w:val="24"/>
        </w:rPr>
      </w:pPr>
    </w:p>
    <w:p w:rsidR="006A7E2C" w:rsidRDefault="006A7E2C" w:rsidP="006674D6">
      <w:pPr>
        <w:pStyle w:val="NoSpacing"/>
        <w:spacing w:after="240" w:line="360" w:lineRule="auto"/>
        <w:jc w:val="both"/>
        <w:rPr>
          <w:rFonts w:ascii="Times New Roman" w:hAnsi="Times New Roman" w:cs="Times New Roman"/>
          <w:b/>
          <w:bCs/>
          <w:sz w:val="24"/>
          <w:szCs w:val="24"/>
        </w:rPr>
      </w:pPr>
    </w:p>
    <w:p w:rsidR="006A7E2C" w:rsidRDefault="006A7E2C" w:rsidP="006674D6">
      <w:pPr>
        <w:pStyle w:val="NoSpacing"/>
        <w:spacing w:after="240" w:line="360" w:lineRule="auto"/>
        <w:jc w:val="both"/>
        <w:rPr>
          <w:rFonts w:ascii="Times New Roman" w:hAnsi="Times New Roman" w:cs="Times New Roman"/>
          <w:b/>
          <w:bCs/>
          <w:sz w:val="24"/>
          <w:szCs w:val="24"/>
        </w:rPr>
      </w:pPr>
    </w:p>
    <w:p w:rsidR="006A7E2C" w:rsidRDefault="006A7E2C" w:rsidP="006674D6">
      <w:pPr>
        <w:pStyle w:val="NoSpacing"/>
        <w:spacing w:after="240" w:line="360" w:lineRule="auto"/>
        <w:jc w:val="both"/>
        <w:rPr>
          <w:rFonts w:ascii="Times New Roman" w:hAnsi="Times New Roman" w:cs="Times New Roman"/>
          <w:b/>
          <w:bCs/>
          <w:sz w:val="24"/>
          <w:szCs w:val="24"/>
        </w:rPr>
      </w:pPr>
    </w:p>
    <w:p w:rsidR="006A7E2C" w:rsidRDefault="006A7E2C" w:rsidP="006674D6">
      <w:pPr>
        <w:pStyle w:val="NoSpacing"/>
        <w:spacing w:after="240" w:line="360" w:lineRule="auto"/>
        <w:jc w:val="both"/>
        <w:rPr>
          <w:rFonts w:ascii="Times New Roman" w:hAnsi="Times New Roman" w:cs="Times New Roman"/>
          <w:b/>
          <w:bCs/>
          <w:sz w:val="24"/>
          <w:szCs w:val="24"/>
        </w:rPr>
      </w:pPr>
    </w:p>
    <w:p w:rsidR="006A7E2C" w:rsidRDefault="006A7E2C" w:rsidP="006674D6">
      <w:pPr>
        <w:pStyle w:val="NoSpacing"/>
        <w:spacing w:after="240" w:line="360" w:lineRule="auto"/>
        <w:jc w:val="both"/>
        <w:rPr>
          <w:rFonts w:ascii="Times New Roman" w:hAnsi="Times New Roman" w:cs="Times New Roman"/>
          <w:b/>
          <w:bCs/>
          <w:sz w:val="24"/>
          <w:szCs w:val="24"/>
        </w:rPr>
      </w:pPr>
    </w:p>
    <w:p w:rsidR="006A7E2C" w:rsidRDefault="006A7E2C" w:rsidP="006674D6">
      <w:pPr>
        <w:pStyle w:val="NoSpacing"/>
        <w:spacing w:after="240" w:line="360" w:lineRule="auto"/>
        <w:jc w:val="both"/>
        <w:rPr>
          <w:rFonts w:ascii="Times New Roman" w:hAnsi="Times New Roman" w:cs="Times New Roman"/>
          <w:b/>
          <w:bCs/>
          <w:sz w:val="24"/>
          <w:szCs w:val="24"/>
        </w:rPr>
      </w:pPr>
    </w:p>
    <w:p w:rsidR="006A7E2C" w:rsidRDefault="006A7E2C" w:rsidP="006674D6">
      <w:pPr>
        <w:pStyle w:val="NoSpacing"/>
        <w:spacing w:after="240" w:line="360" w:lineRule="auto"/>
        <w:jc w:val="both"/>
        <w:rPr>
          <w:rFonts w:ascii="Times New Roman" w:hAnsi="Times New Roman" w:cs="Times New Roman"/>
          <w:b/>
          <w:sz w:val="28"/>
          <w:szCs w:val="28"/>
        </w:rPr>
      </w:pPr>
    </w:p>
    <w:p w:rsidR="00E5081E" w:rsidRDefault="00E5081E" w:rsidP="006674D6">
      <w:pPr>
        <w:pStyle w:val="NoSpacing"/>
        <w:spacing w:after="240" w:line="360" w:lineRule="auto"/>
        <w:jc w:val="both"/>
        <w:rPr>
          <w:rFonts w:ascii="Times New Roman" w:hAnsi="Times New Roman" w:cs="Times New Roman"/>
          <w:b/>
          <w:sz w:val="28"/>
          <w:szCs w:val="28"/>
        </w:rPr>
      </w:pPr>
    </w:p>
    <w:p w:rsidR="00E5081E" w:rsidRDefault="00E5081E" w:rsidP="006674D6">
      <w:pPr>
        <w:pStyle w:val="NoSpacing"/>
        <w:spacing w:after="240" w:line="360" w:lineRule="auto"/>
        <w:jc w:val="both"/>
        <w:rPr>
          <w:rFonts w:ascii="Times New Roman" w:hAnsi="Times New Roman" w:cs="Times New Roman"/>
          <w:b/>
          <w:sz w:val="28"/>
          <w:szCs w:val="28"/>
        </w:rPr>
      </w:pPr>
    </w:p>
    <w:p w:rsidR="00E5081E" w:rsidRDefault="00E5081E" w:rsidP="006674D6">
      <w:pPr>
        <w:pStyle w:val="NoSpacing"/>
        <w:spacing w:after="240" w:line="360" w:lineRule="auto"/>
        <w:jc w:val="both"/>
        <w:rPr>
          <w:rFonts w:ascii="Times New Roman" w:hAnsi="Times New Roman" w:cs="Times New Roman"/>
          <w:b/>
          <w:sz w:val="28"/>
          <w:szCs w:val="28"/>
        </w:rPr>
      </w:pPr>
    </w:p>
    <w:p w:rsidR="00E5081E" w:rsidRDefault="00E5081E" w:rsidP="006674D6">
      <w:pPr>
        <w:pStyle w:val="NoSpacing"/>
        <w:spacing w:after="240" w:line="360" w:lineRule="auto"/>
        <w:jc w:val="both"/>
        <w:rPr>
          <w:rFonts w:ascii="Times New Roman" w:hAnsi="Times New Roman" w:cs="Times New Roman"/>
          <w:b/>
          <w:sz w:val="28"/>
          <w:szCs w:val="28"/>
        </w:rPr>
      </w:pPr>
    </w:p>
    <w:p w:rsidR="00E5081E" w:rsidRDefault="00E5081E" w:rsidP="006674D6">
      <w:pPr>
        <w:pStyle w:val="NoSpacing"/>
        <w:spacing w:after="240" w:line="360" w:lineRule="auto"/>
        <w:jc w:val="both"/>
        <w:rPr>
          <w:rFonts w:ascii="Times New Roman" w:hAnsi="Times New Roman" w:cs="Times New Roman"/>
          <w:b/>
          <w:sz w:val="28"/>
          <w:szCs w:val="28"/>
        </w:rPr>
      </w:pPr>
    </w:p>
    <w:p w:rsidR="006A7E2C"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lastRenderedPageBreak/>
        <w:t xml:space="preserve">Table 4.1 </w:t>
      </w:r>
    </w:p>
    <w:p w:rsidR="006A7E2C" w:rsidRPr="00726ED9"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t>Shows the Age of Respondents</w:t>
      </w:r>
    </w:p>
    <w:tbl>
      <w:tblPr>
        <w:tblStyle w:val="TableGrid"/>
        <w:tblW w:w="6968" w:type="dxa"/>
        <w:jc w:val="center"/>
        <w:tblLook w:val="04A0" w:firstRow="1" w:lastRow="0" w:firstColumn="1" w:lastColumn="0" w:noHBand="0" w:noVBand="1"/>
      </w:tblPr>
      <w:tblGrid>
        <w:gridCol w:w="2638"/>
        <w:gridCol w:w="2707"/>
        <w:gridCol w:w="1623"/>
      </w:tblGrid>
      <w:tr w:rsidR="006A7E2C" w:rsidRPr="001F0C1F" w:rsidTr="00E7315E">
        <w:trPr>
          <w:trHeight w:val="45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Age Group</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45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Below 25 years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18</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17.31</w:t>
            </w:r>
          </w:p>
        </w:tc>
      </w:tr>
      <w:tr w:rsidR="006A7E2C" w:rsidRPr="001F0C1F" w:rsidTr="00E7315E">
        <w:trPr>
          <w:trHeight w:val="45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25–34 years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32.69</w:t>
            </w:r>
          </w:p>
        </w:tc>
      </w:tr>
      <w:tr w:rsidR="006A7E2C" w:rsidRPr="001F0C1F" w:rsidTr="00E7315E">
        <w:trPr>
          <w:trHeight w:val="45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35–44 years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27</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25.96</w:t>
            </w:r>
          </w:p>
        </w:tc>
      </w:tr>
      <w:tr w:rsidR="006A7E2C" w:rsidRPr="001F0C1F" w:rsidTr="00E7315E">
        <w:trPr>
          <w:trHeight w:val="45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45–54 years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15.38</w:t>
            </w:r>
          </w:p>
        </w:tc>
      </w:tr>
      <w:tr w:rsidR="006A7E2C" w:rsidRPr="001F0C1F" w:rsidTr="00E7315E">
        <w:trPr>
          <w:trHeight w:val="45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55 years and above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8.66</w:t>
            </w:r>
          </w:p>
        </w:tc>
      </w:tr>
      <w:tr w:rsidR="006A7E2C" w:rsidRPr="001F0C1F" w:rsidTr="00E7315E">
        <w:trPr>
          <w:trHeight w:val="47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Fonts w:ascii="Times New Roman" w:hAnsi="Times New Roman" w:cs="Times New Roman"/>
          <w:b/>
          <w:bCs/>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Fonts w:ascii="Times New Roman" w:hAnsi="Times New Roman" w:cs="Times New Roman"/>
          <w:b/>
          <w:bCs/>
          <w:sz w:val="24"/>
          <w:szCs w:val="24"/>
        </w:rPr>
        <w:t xml:space="preserve">4.1 </w:t>
      </w:r>
    </w:p>
    <w:p w:rsidR="006A7E2C" w:rsidRPr="00726ED9"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t>Shows the Age of Respondents</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43C99F1A" wp14:editId="1828E49F">
            <wp:extent cx="4572000" cy="27432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4.1 shows the age of respondents. </w:t>
      </w:r>
      <w:r w:rsidRPr="001F0C1F">
        <w:rPr>
          <w:rStyle w:val="Strong"/>
          <w:rFonts w:ascii="Times New Roman" w:hAnsi="Times New Roman" w:cs="Times New Roman"/>
          <w:b w:val="0"/>
          <w:bCs w:val="0"/>
          <w:sz w:val="24"/>
          <w:szCs w:val="24"/>
        </w:rPr>
        <w:t>17.31%</w:t>
      </w:r>
      <w:r w:rsidRPr="001F0C1F">
        <w:rPr>
          <w:rFonts w:ascii="Times New Roman" w:hAnsi="Times New Roman" w:cs="Times New Roman"/>
          <w:sz w:val="24"/>
          <w:szCs w:val="24"/>
        </w:rPr>
        <w:t xml:space="preserve"> of the respondents are below 25 years, </w:t>
      </w:r>
      <w:r w:rsidRPr="001F0C1F">
        <w:rPr>
          <w:rStyle w:val="Strong"/>
          <w:rFonts w:ascii="Times New Roman" w:hAnsi="Times New Roman" w:cs="Times New Roman"/>
          <w:b w:val="0"/>
          <w:bCs w:val="0"/>
          <w:sz w:val="24"/>
          <w:szCs w:val="24"/>
        </w:rPr>
        <w:t>32.69%</w:t>
      </w:r>
      <w:r w:rsidRPr="001F0C1F">
        <w:rPr>
          <w:rFonts w:ascii="Times New Roman" w:hAnsi="Times New Roman" w:cs="Times New Roman"/>
          <w:sz w:val="24"/>
          <w:szCs w:val="24"/>
        </w:rPr>
        <w:t xml:space="preserve"> are between 25–34 years, </w:t>
      </w:r>
      <w:r w:rsidRPr="001F0C1F">
        <w:rPr>
          <w:rStyle w:val="Strong"/>
          <w:rFonts w:ascii="Times New Roman" w:hAnsi="Times New Roman" w:cs="Times New Roman"/>
          <w:b w:val="0"/>
          <w:bCs w:val="0"/>
          <w:sz w:val="24"/>
          <w:szCs w:val="24"/>
        </w:rPr>
        <w:t>25.96%</w:t>
      </w:r>
      <w:r w:rsidRPr="001F0C1F">
        <w:rPr>
          <w:rFonts w:ascii="Times New Roman" w:hAnsi="Times New Roman" w:cs="Times New Roman"/>
          <w:sz w:val="24"/>
          <w:szCs w:val="24"/>
        </w:rPr>
        <w:t xml:space="preserve"> are between 35–44 years, </w:t>
      </w:r>
      <w:r w:rsidRPr="001F0C1F">
        <w:rPr>
          <w:rStyle w:val="Strong"/>
          <w:rFonts w:ascii="Times New Roman" w:hAnsi="Times New Roman" w:cs="Times New Roman"/>
          <w:b w:val="0"/>
          <w:bCs w:val="0"/>
          <w:sz w:val="24"/>
          <w:szCs w:val="24"/>
        </w:rPr>
        <w:t>15.38%</w:t>
      </w:r>
      <w:r w:rsidRPr="001F0C1F">
        <w:rPr>
          <w:rFonts w:ascii="Times New Roman" w:hAnsi="Times New Roman" w:cs="Times New Roman"/>
          <w:sz w:val="24"/>
          <w:szCs w:val="24"/>
        </w:rPr>
        <w:t xml:space="preserve"> are between 45–54 years, and </w:t>
      </w:r>
      <w:r w:rsidRPr="001F0C1F">
        <w:rPr>
          <w:rStyle w:val="Strong"/>
          <w:rFonts w:ascii="Times New Roman" w:hAnsi="Times New Roman" w:cs="Times New Roman"/>
          <w:b w:val="0"/>
          <w:bCs w:val="0"/>
          <w:sz w:val="24"/>
          <w:szCs w:val="24"/>
        </w:rPr>
        <w:t>8.66%</w:t>
      </w:r>
      <w:r w:rsidRPr="001F0C1F">
        <w:rPr>
          <w:rFonts w:ascii="Times New Roman" w:hAnsi="Times New Roman" w:cs="Times New Roman"/>
          <w:sz w:val="24"/>
          <w:szCs w:val="24"/>
        </w:rPr>
        <w:t xml:space="preserve"> are 55 years and above. Most respondents belong to the </w:t>
      </w:r>
      <w:r w:rsidRPr="001F0C1F">
        <w:rPr>
          <w:rStyle w:val="Strong"/>
          <w:rFonts w:ascii="Times New Roman" w:hAnsi="Times New Roman" w:cs="Times New Roman"/>
          <w:b w:val="0"/>
          <w:bCs w:val="0"/>
          <w:sz w:val="24"/>
          <w:szCs w:val="24"/>
        </w:rPr>
        <w:t xml:space="preserve">25–34 </w:t>
      </w:r>
      <w:proofErr w:type="gramStart"/>
      <w:r w:rsidRPr="001F0C1F">
        <w:rPr>
          <w:rStyle w:val="Strong"/>
          <w:rFonts w:ascii="Times New Roman" w:hAnsi="Times New Roman" w:cs="Times New Roman"/>
          <w:b w:val="0"/>
          <w:bCs w:val="0"/>
          <w:sz w:val="24"/>
          <w:szCs w:val="24"/>
        </w:rPr>
        <w:t>years</w:t>
      </w:r>
      <w:proofErr w:type="gramEnd"/>
      <w:r w:rsidRPr="001F0C1F">
        <w:rPr>
          <w:rFonts w:ascii="Times New Roman" w:hAnsi="Times New Roman" w:cs="Times New Roman"/>
          <w:sz w:val="24"/>
          <w:szCs w:val="24"/>
        </w:rPr>
        <w:t xml:space="preserve"> age group.</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Pr="001F0C1F" w:rsidRDefault="00CD25F1"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lastRenderedPageBreak/>
        <w:t xml:space="preserve">Table 4.2 </w:t>
      </w:r>
    </w:p>
    <w:p w:rsidR="006A7E2C" w:rsidRPr="00726ED9"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t>Shows the Gender of Respondents</w:t>
      </w:r>
    </w:p>
    <w:tbl>
      <w:tblPr>
        <w:tblStyle w:val="TableGrid"/>
        <w:tblW w:w="7041" w:type="dxa"/>
        <w:jc w:val="center"/>
        <w:tblLook w:val="04A0" w:firstRow="1" w:lastRow="0" w:firstColumn="1" w:lastColumn="0" w:noHBand="0" w:noVBand="1"/>
      </w:tblPr>
      <w:tblGrid>
        <w:gridCol w:w="2039"/>
        <w:gridCol w:w="3127"/>
        <w:gridCol w:w="1875"/>
      </w:tblGrid>
      <w:tr w:rsidR="006A7E2C" w:rsidRPr="001F0C1F" w:rsidTr="00E7315E">
        <w:trPr>
          <w:trHeight w:val="361"/>
          <w:jc w:val="center"/>
        </w:trPr>
        <w:tc>
          <w:tcPr>
            <w:tcW w:w="2039"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Gender</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46"/>
          <w:jc w:val="center"/>
        </w:trPr>
        <w:tc>
          <w:tcPr>
            <w:tcW w:w="2039"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Male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58</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55.77</w:t>
            </w:r>
          </w:p>
        </w:tc>
      </w:tr>
      <w:tr w:rsidR="006A7E2C" w:rsidRPr="001F0C1F" w:rsidTr="00E7315E">
        <w:trPr>
          <w:trHeight w:val="361"/>
          <w:jc w:val="center"/>
        </w:trPr>
        <w:tc>
          <w:tcPr>
            <w:tcW w:w="2039"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Female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42</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40.38</w:t>
            </w:r>
          </w:p>
        </w:tc>
      </w:tr>
      <w:tr w:rsidR="006A7E2C" w:rsidRPr="001F0C1F" w:rsidTr="00E7315E">
        <w:trPr>
          <w:trHeight w:val="361"/>
          <w:jc w:val="center"/>
        </w:trPr>
        <w:tc>
          <w:tcPr>
            <w:tcW w:w="2039"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Other</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3.85</w:t>
            </w:r>
          </w:p>
        </w:tc>
      </w:tr>
      <w:tr w:rsidR="006A7E2C" w:rsidRPr="001F0C1F" w:rsidTr="00E7315E">
        <w:trPr>
          <w:trHeight w:val="346"/>
          <w:jc w:val="center"/>
        </w:trPr>
        <w:tc>
          <w:tcPr>
            <w:tcW w:w="2039"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Fonts w:ascii="Times New Roman" w:hAnsi="Times New Roman" w:cs="Times New Roman"/>
          <w:b/>
          <w:bCs/>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Fonts w:ascii="Times New Roman" w:hAnsi="Times New Roman" w:cs="Times New Roman"/>
          <w:b/>
          <w:bCs/>
          <w:sz w:val="24"/>
          <w:szCs w:val="24"/>
        </w:rPr>
        <w:t xml:space="preserve">4.2 </w:t>
      </w:r>
    </w:p>
    <w:p w:rsidR="006A7E2C" w:rsidRPr="00726ED9"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t>Shows the Gender of Respondents</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2331E56F" wp14:editId="00F02786">
            <wp:extent cx="4572000" cy="27432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 Table 4.2 shows the gender of respondents. </w:t>
      </w:r>
      <w:r w:rsidRPr="001F0C1F">
        <w:rPr>
          <w:rStyle w:val="Strong"/>
          <w:rFonts w:ascii="Times New Roman" w:hAnsi="Times New Roman" w:cs="Times New Roman"/>
          <w:b w:val="0"/>
          <w:bCs w:val="0"/>
          <w:sz w:val="24"/>
          <w:szCs w:val="24"/>
        </w:rPr>
        <w:t>55.77%</w:t>
      </w:r>
      <w:r w:rsidRPr="001F0C1F">
        <w:rPr>
          <w:rFonts w:ascii="Times New Roman" w:hAnsi="Times New Roman" w:cs="Times New Roman"/>
          <w:sz w:val="24"/>
          <w:szCs w:val="24"/>
        </w:rPr>
        <w:t xml:space="preserve"> of the respondents are male, </w:t>
      </w:r>
      <w:r w:rsidRPr="001F0C1F">
        <w:rPr>
          <w:rStyle w:val="Strong"/>
          <w:rFonts w:ascii="Times New Roman" w:hAnsi="Times New Roman" w:cs="Times New Roman"/>
          <w:b w:val="0"/>
          <w:bCs w:val="0"/>
          <w:sz w:val="24"/>
          <w:szCs w:val="24"/>
        </w:rPr>
        <w:t>40.38%</w:t>
      </w:r>
      <w:r w:rsidRPr="001F0C1F">
        <w:rPr>
          <w:rFonts w:ascii="Times New Roman" w:hAnsi="Times New Roman" w:cs="Times New Roman"/>
          <w:sz w:val="24"/>
          <w:szCs w:val="24"/>
        </w:rPr>
        <w:t xml:space="preserve"> are female, and </w:t>
      </w:r>
      <w:r w:rsidRPr="001F0C1F">
        <w:rPr>
          <w:rStyle w:val="Strong"/>
          <w:rFonts w:ascii="Times New Roman" w:hAnsi="Times New Roman" w:cs="Times New Roman"/>
          <w:b w:val="0"/>
          <w:bCs w:val="0"/>
          <w:sz w:val="24"/>
          <w:szCs w:val="24"/>
        </w:rPr>
        <w:t>3.85%</w:t>
      </w:r>
      <w:r w:rsidRPr="001F0C1F">
        <w:rPr>
          <w:rFonts w:ascii="Times New Roman" w:hAnsi="Times New Roman" w:cs="Times New Roman"/>
          <w:sz w:val="24"/>
          <w:szCs w:val="24"/>
        </w:rPr>
        <w:t xml:space="preserve"> belong to the other category. Male respondents account for the highest percentage.</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6A7E2C" w:rsidRPr="001F0C1F"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lastRenderedPageBreak/>
        <w:t xml:space="preserve">Table 4.3 </w:t>
      </w:r>
    </w:p>
    <w:p w:rsidR="006A7E2C" w:rsidRPr="00726ED9"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t>Shows the Country/Region of Residence of Respondents</w:t>
      </w:r>
    </w:p>
    <w:tbl>
      <w:tblPr>
        <w:tblStyle w:val="TableGrid"/>
        <w:tblW w:w="7050" w:type="dxa"/>
        <w:jc w:val="center"/>
        <w:tblLook w:val="04A0" w:firstRow="1" w:lastRow="0" w:firstColumn="1" w:lastColumn="0" w:noHBand="0" w:noVBand="1"/>
      </w:tblPr>
      <w:tblGrid>
        <w:gridCol w:w="2414"/>
        <w:gridCol w:w="2898"/>
        <w:gridCol w:w="1738"/>
      </w:tblGrid>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Country/Region</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Middle East</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39</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37.50</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Africa</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23.08</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Asia</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21</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20.19</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Europe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13</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12.50</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Other</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7</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6.73</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Fonts w:ascii="Times New Roman" w:hAnsi="Times New Roman" w:cs="Times New Roman"/>
          <w:b/>
          <w:bCs/>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Fonts w:ascii="Times New Roman" w:hAnsi="Times New Roman" w:cs="Times New Roman"/>
          <w:b/>
          <w:bCs/>
          <w:sz w:val="24"/>
          <w:szCs w:val="24"/>
        </w:rPr>
        <w:t xml:space="preserve">4.3 </w:t>
      </w:r>
    </w:p>
    <w:p w:rsidR="006A7E2C" w:rsidRPr="00726ED9"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t>Shows the Country/Region of Residence of Respondents</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2327F2B7" wp14:editId="3F998E2D">
            <wp:extent cx="4572000" cy="2743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 Table 4.3 shows the country/region of residence of respondents. </w:t>
      </w:r>
      <w:r w:rsidRPr="001F0C1F">
        <w:rPr>
          <w:rStyle w:val="Strong"/>
          <w:rFonts w:ascii="Times New Roman" w:hAnsi="Times New Roman" w:cs="Times New Roman"/>
          <w:b w:val="0"/>
          <w:bCs w:val="0"/>
          <w:sz w:val="24"/>
          <w:szCs w:val="24"/>
        </w:rPr>
        <w:t>37.50%</w:t>
      </w:r>
      <w:r w:rsidRPr="001F0C1F">
        <w:rPr>
          <w:rFonts w:ascii="Times New Roman" w:hAnsi="Times New Roman" w:cs="Times New Roman"/>
          <w:sz w:val="24"/>
          <w:szCs w:val="24"/>
        </w:rPr>
        <w:t xml:space="preserve"> of the respondents are from the Middle East, </w:t>
      </w:r>
      <w:r w:rsidRPr="001F0C1F">
        <w:rPr>
          <w:rStyle w:val="Strong"/>
          <w:rFonts w:ascii="Times New Roman" w:hAnsi="Times New Roman" w:cs="Times New Roman"/>
          <w:b w:val="0"/>
          <w:bCs w:val="0"/>
          <w:sz w:val="24"/>
          <w:szCs w:val="24"/>
        </w:rPr>
        <w:t>23.08%</w:t>
      </w:r>
      <w:r w:rsidRPr="001F0C1F">
        <w:rPr>
          <w:rFonts w:ascii="Times New Roman" w:hAnsi="Times New Roman" w:cs="Times New Roman"/>
          <w:sz w:val="24"/>
          <w:szCs w:val="24"/>
        </w:rPr>
        <w:t xml:space="preserve"> are from Africa, </w:t>
      </w:r>
      <w:r w:rsidRPr="001F0C1F">
        <w:rPr>
          <w:rStyle w:val="Strong"/>
          <w:rFonts w:ascii="Times New Roman" w:hAnsi="Times New Roman" w:cs="Times New Roman"/>
          <w:b w:val="0"/>
          <w:bCs w:val="0"/>
          <w:sz w:val="24"/>
          <w:szCs w:val="24"/>
        </w:rPr>
        <w:t>20.19%</w:t>
      </w:r>
      <w:r w:rsidRPr="001F0C1F">
        <w:rPr>
          <w:rFonts w:ascii="Times New Roman" w:hAnsi="Times New Roman" w:cs="Times New Roman"/>
          <w:sz w:val="24"/>
          <w:szCs w:val="24"/>
        </w:rPr>
        <w:t xml:space="preserve"> are from Asia, </w:t>
      </w:r>
      <w:r w:rsidRPr="001F0C1F">
        <w:rPr>
          <w:rStyle w:val="Strong"/>
          <w:rFonts w:ascii="Times New Roman" w:hAnsi="Times New Roman" w:cs="Times New Roman"/>
          <w:b w:val="0"/>
          <w:bCs w:val="0"/>
          <w:sz w:val="24"/>
          <w:szCs w:val="24"/>
        </w:rPr>
        <w:t>12.50%</w:t>
      </w:r>
      <w:r w:rsidRPr="001F0C1F">
        <w:rPr>
          <w:rFonts w:ascii="Times New Roman" w:hAnsi="Times New Roman" w:cs="Times New Roman"/>
          <w:sz w:val="24"/>
          <w:szCs w:val="24"/>
        </w:rPr>
        <w:t xml:space="preserve"> are from Europe, and </w:t>
      </w:r>
      <w:r w:rsidRPr="001F0C1F">
        <w:rPr>
          <w:rStyle w:val="Strong"/>
          <w:rFonts w:ascii="Times New Roman" w:hAnsi="Times New Roman" w:cs="Times New Roman"/>
          <w:b w:val="0"/>
          <w:bCs w:val="0"/>
          <w:sz w:val="24"/>
          <w:szCs w:val="24"/>
        </w:rPr>
        <w:t>6.73%</w:t>
      </w:r>
      <w:r w:rsidRPr="001F0C1F">
        <w:rPr>
          <w:rFonts w:ascii="Times New Roman" w:hAnsi="Times New Roman" w:cs="Times New Roman"/>
          <w:sz w:val="24"/>
          <w:szCs w:val="24"/>
        </w:rPr>
        <w:t xml:space="preserve"> belong to other regions. The Middle East represents the largest share of respondents.</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Pr="001F0C1F" w:rsidRDefault="00CD25F1"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lastRenderedPageBreak/>
        <w:t xml:space="preserve">Table 4.4 </w:t>
      </w:r>
    </w:p>
    <w:p w:rsidR="006A7E2C" w:rsidRPr="00726ED9"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t>Shows the Educational Qualification of Respondents</w:t>
      </w:r>
    </w:p>
    <w:tbl>
      <w:tblPr>
        <w:tblStyle w:val="TableGrid"/>
        <w:tblW w:w="0" w:type="auto"/>
        <w:jc w:val="center"/>
        <w:tblLook w:val="04A0" w:firstRow="1" w:lastRow="0" w:firstColumn="1" w:lastColumn="0" w:noHBand="0" w:noVBand="1"/>
      </w:tblPr>
      <w:tblGrid>
        <w:gridCol w:w="2729"/>
        <w:gridCol w:w="2116"/>
        <w:gridCol w:w="2238"/>
      </w:tblGrid>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Educational Qualification</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223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High School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14</w:t>
            </w:r>
          </w:p>
        </w:tc>
        <w:tc>
          <w:tcPr>
            <w:tcW w:w="223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13.46</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Diploma</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20</w:t>
            </w:r>
          </w:p>
        </w:tc>
        <w:tc>
          <w:tcPr>
            <w:tcW w:w="223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19.23</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Undergraduate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35</w:t>
            </w:r>
          </w:p>
        </w:tc>
        <w:tc>
          <w:tcPr>
            <w:tcW w:w="223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33.65</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Postgraduate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25</w:t>
            </w:r>
          </w:p>
        </w:tc>
        <w:tc>
          <w:tcPr>
            <w:tcW w:w="223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24.04</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Professional Qualification</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223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223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Fonts w:ascii="Times New Roman" w:hAnsi="Times New Roman" w:cs="Times New Roman"/>
          <w:b/>
          <w:bCs/>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Fonts w:ascii="Times New Roman" w:hAnsi="Times New Roman" w:cs="Times New Roman"/>
          <w:b/>
          <w:bCs/>
          <w:sz w:val="24"/>
          <w:szCs w:val="24"/>
        </w:rPr>
        <w:t xml:space="preserve">4.4 </w:t>
      </w:r>
    </w:p>
    <w:p w:rsidR="006A7E2C" w:rsidRPr="00726ED9"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t>Shows the Educational Qualification of Respondents</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16232E20" wp14:editId="1333A6FA">
            <wp:extent cx="4572000" cy="27432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4.4 shows the educational qualification of respondents. </w:t>
      </w:r>
      <w:r w:rsidRPr="001F0C1F">
        <w:rPr>
          <w:rStyle w:val="Strong"/>
          <w:rFonts w:ascii="Times New Roman" w:hAnsi="Times New Roman" w:cs="Times New Roman"/>
          <w:b w:val="0"/>
          <w:bCs w:val="0"/>
          <w:sz w:val="24"/>
          <w:szCs w:val="24"/>
        </w:rPr>
        <w:t>13.46%</w:t>
      </w:r>
      <w:r w:rsidRPr="001F0C1F">
        <w:rPr>
          <w:rFonts w:ascii="Times New Roman" w:hAnsi="Times New Roman" w:cs="Times New Roman"/>
          <w:sz w:val="24"/>
          <w:szCs w:val="24"/>
        </w:rPr>
        <w:t xml:space="preserve"> of the respondents have completed High School, </w:t>
      </w:r>
      <w:r w:rsidRPr="001F0C1F">
        <w:rPr>
          <w:rStyle w:val="Strong"/>
          <w:rFonts w:ascii="Times New Roman" w:hAnsi="Times New Roman" w:cs="Times New Roman"/>
          <w:b w:val="0"/>
          <w:bCs w:val="0"/>
          <w:sz w:val="24"/>
          <w:szCs w:val="24"/>
        </w:rPr>
        <w:t>19.23%</w:t>
      </w:r>
      <w:r w:rsidRPr="001F0C1F">
        <w:rPr>
          <w:rFonts w:ascii="Times New Roman" w:hAnsi="Times New Roman" w:cs="Times New Roman"/>
          <w:sz w:val="24"/>
          <w:szCs w:val="24"/>
        </w:rPr>
        <w:t xml:space="preserve"> hold a Diploma, </w:t>
      </w:r>
      <w:r w:rsidRPr="001F0C1F">
        <w:rPr>
          <w:rStyle w:val="Strong"/>
          <w:rFonts w:ascii="Times New Roman" w:hAnsi="Times New Roman" w:cs="Times New Roman"/>
          <w:b w:val="0"/>
          <w:bCs w:val="0"/>
          <w:sz w:val="24"/>
          <w:szCs w:val="24"/>
        </w:rPr>
        <w:t>33.65%</w:t>
      </w:r>
      <w:r w:rsidRPr="001F0C1F">
        <w:rPr>
          <w:rFonts w:ascii="Times New Roman" w:hAnsi="Times New Roman" w:cs="Times New Roman"/>
          <w:sz w:val="24"/>
          <w:szCs w:val="24"/>
        </w:rPr>
        <w:t xml:space="preserve"> are Undergraduates, </w:t>
      </w:r>
      <w:r w:rsidRPr="001F0C1F">
        <w:rPr>
          <w:rStyle w:val="Strong"/>
          <w:rFonts w:ascii="Times New Roman" w:hAnsi="Times New Roman" w:cs="Times New Roman"/>
          <w:b w:val="0"/>
          <w:bCs w:val="0"/>
          <w:sz w:val="24"/>
          <w:szCs w:val="24"/>
        </w:rPr>
        <w:t>24.04%</w:t>
      </w:r>
      <w:r w:rsidRPr="001F0C1F">
        <w:rPr>
          <w:rFonts w:ascii="Times New Roman" w:hAnsi="Times New Roman" w:cs="Times New Roman"/>
          <w:sz w:val="24"/>
          <w:szCs w:val="24"/>
        </w:rPr>
        <w:t xml:space="preserve"> are Postgraduates, and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possess Professional Qualifications. Undergraduate respondents form the largest group.</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Pr="001F0C1F" w:rsidRDefault="00CD25F1"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lastRenderedPageBreak/>
        <w:t xml:space="preserve">Table 4.5 </w:t>
      </w:r>
    </w:p>
    <w:p w:rsidR="006A7E2C" w:rsidRPr="00726ED9"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t>Shows the Purpose of Visiting India</w:t>
      </w:r>
    </w:p>
    <w:tbl>
      <w:tblPr>
        <w:tblStyle w:val="TableGrid"/>
        <w:tblW w:w="0" w:type="auto"/>
        <w:jc w:val="center"/>
        <w:tblLook w:val="04A0" w:firstRow="1" w:lastRow="0" w:firstColumn="1" w:lastColumn="0" w:noHBand="0" w:noVBand="1"/>
      </w:tblPr>
      <w:tblGrid>
        <w:gridCol w:w="2868"/>
        <w:gridCol w:w="2116"/>
        <w:gridCol w:w="2099"/>
      </w:tblGrid>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Purpose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2099"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General Medical Treatment</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31</w:t>
            </w:r>
          </w:p>
        </w:tc>
        <w:tc>
          <w:tcPr>
            <w:tcW w:w="2099"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29.81</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Specialized Surgery</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28</w:t>
            </w:r>
          </w:p>
        </w:tc>
        <w:tc>
          <w:tcPr>
            <w:tcW w:w="2099"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26.92</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Cosmetic Treatment</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14</w:t>
            </w:r>
          </w:p>
        </w:tc>
        <w:tc>
          <w:tcPr>
            <w:tcW w:w="2099"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13.46</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Fertility Treatment</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17</w:t>
            </w:r>
          </w:p>
        </w:tc>
        <w:tc>
          <w:tcPr>
            <w:tcW w:w="2099"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16.35</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Other Medical Treatment</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14</w:t>
            </w:r>
          </w:p>
        </w:tc>
        <w:tc>
          <w:tcPr>
            <w:tcW w:w="2099"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13.46</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2099"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Fonts w:ascii="Times New Roman" w:hAnsi="Times New Roman" w:cs="Times New Roman"/>
          <w:b/>
          <w:bCs/>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Fonts w:ascii="Times New Roman" w:hAnsi="Times New Roman" w:cs="Times New Roman"/>
          <w:b/>
          <w:bCs/>
          <w:sz w:val="24"/>
          <w:szCs w:val="24"/>
        </w:rPr>
        <w:t xml:space="preserve">4.5 </w:t>
      </w:r>
    </w:p>
    <w:p w:rsidR="006A7E2C" w:rsidRPr="00726ED9" w:rsidRDefault="006A7E2C" w:rsidP="006A7E2C">
      <w:pPr>
        <w:pStyle w:val="NoSpacing"/>
        <w:spacing w:line="360" w:lineRule="auto"/>
        <w:jc w:val="center"/>
        <w:rPr>
          <w:rFonts w:ascii="Times New Roman" w:hAnsi="Times New Roman" w:cs="Times New Roman"/>
          <w:b/>
          <w:bCs/>
          <w:sz w:val="24"/>
          <w:szCs w:val="24"/>
        </w:rPr>
      </w:pPr>
      <w:r w:rsidRPr="00726ED9">
        <w:rPr>
          <w:rFonts w:ascii="Times New Roman" w:hAnsi="Times New Roman" w:cs="Times New Roman"/>
          <w:b/>
          <w:bCs/>
          <w:sz w:val="24"/>
          <w:szCs w:val="24"/>
        </w:rPr>
        <w:t>Shows the Purpose of Visiting India</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349346DC" wp14:editId="61CD11E0">
            <wp:extent cx="4572000" cy="27432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4.5 shows the purpose of visiting India. </w:t>
      </w:r>
      <w:r w:rsidRPr="001F0C1F">
        <w:rPr>
          <w:rStyle w:val="Strong"/>
          <w:rFonts w:ascii="Times New Roman" w:hAnsi="Times New Roman" w:cs="Times New Roman"/>
          <w:b w:val="0"/>
          <w:bCs w:val="0"/>
          <w:sz w:val="24"/>
          <w:szCs w:val="24"/>
        </w:rPr>
        <w:t>29.81%</w:t>
      </w:r>
      <w:r w:rsidRPr="001F0C1F">
        <w:rPr>
          <w:rFonts w:ascii="Times New Roman" w:hAnsi="Times New Roman" w:cs="Times New Roman"/>
          <w:sz w:val="24"/>
          <w:szCs w:val="24"/>
        </w:rPr>
        <w:t xml:space="preserve"> of the respondents visited for General Medical Treatment, </w:t>
      </w:r>
      <w:r w:rsidRPr="001F0C1F">
        <w:rPr>
          <w:rStyle w:val="Strong"/>
          <w:rFonts w:ascii="Times New Roman" w:hAnsi="Times New Roman" w:cs="Times New Roman"/>
          <w:b w:val="0"/>
          <w:bCs w:val="0"/>
          <w:sz w:val="24"/>
          <w:szCs w:val="24"/>
        </w:rPr>
        <w:t>26.92%</w:t>
      </w:r>
      <w:r w:rsidRPr="001F0C1F">
        <w:rPr>
          <w:rFonts w:ascii="Times New Roman" w:hAnsi="Times New Roman" w:cs="Times New Roman"/>
          <w:sz w:val="24"/>
          <w:szCs w:val="24"/>
        </w:rPr>
        <w:t xml:space="preserve"> for Specialized Surgery, </w:t>
      </w:r>
      <w:r w:rsidRPr="001F0C1F">
        <w:rPr>
          <w:rStyle w:val="Strong"/>
          <w:rFonts w:ascii="Times New Roman" w:hAnsi="Times New Roman" w:cs="Times New Roman"/>
          <w:b w:val="0"/>
          <w:bCs w:val="0"/>
          <w:sz w:val="24"/>
          <w:szCs w:val="24"/>
        </w:rPr>
        <w:t>13.46%</w:t>
      </w:r>
      <w:r w:rsidRPr="001F0C1F">
        <w:rPr>
          <w:rFonts w:ascii="Times New Roman" w:hAnsi="Times New Roman" w:cs="Times New Roman"/>
          <w:sz w:val="24"/>
          <w:szCs w:val="24"/>
        </w:rPr>
        <w:t xml:space="preserve"> for Cosmetic Treatment, </w:t>
      </w:r>
      <w:r w:rsidRPr="001F0C1F">
        <w:rPr>
          <w:rStyle w:val="Strong"/>
          <w:rFonts w:ascii="Times New Roman" w:hAnsi="Times New Roman" w:cs="Times New Roman"/>
          <w:b w:val="0"/>
          <w:bCs w:val="0"/>
          <w:sz w:val="24"/>
          <w:szCs w:val="24"/>
        </w:rPr>
        <w:t>16.35%</w:t>
      </w:r>
      <w:r w:rsidRPr="001F0C1F">
        <w:rPr>
          <w:rFonts w:ascii="Times New Roman" w:hAnsi="Times New Roman" w:cs="Times New Roman"/>
          <w:sz w:val="24"/>
          <w:szCs w:val="24"/>
        </w:rPr>
        <w:t xml:space="preserve"> for Fertility Treatment, and </w:t>
      </w:r>
      <w:r w:rsidRPr="001F0C1F">
        <w:rPr>
          <w:rStyle w:val="Strong"/>
          <w:rFonts w:ascii="Times New Roman" w:hAnsi="Times New Roman" w:cs="Times New Roman"/>
          <w:b w:val="0"/>
          <w:bCs w:val="0"/>
          <w:sz w:val="24"/>
          <w:szCs w:val="24"/>
        </w:rPr>
        <w:t>13.46%</w:t>
      </w:r>
      <w:r w:rsidRPr="001F0C1F">
        <w:rPr>
          <w:rFonts w:ascii="Times New Roman" w:hAnsi="Times New Roman" w:cs="Times New Roman"/>
          <w:sz w:val="24"/>
          <w:szCs w:val="24"/>
        </w:rPr>
        <w:t xml:space="preserve"> for Other Medical Treatment. General Medical Treatment is the most common reason for visiting India.</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Pr="001F0C1F" w:rsidRDefault="00CD25F1"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4.6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 xml:space="preserve">Shows How Respondents First Learned About Expert </w:t>
      </w:r>
      <w:proofErr w:type="spellStart"/>
      <w:r w:rsidRPr="00726ED9">
        <w:rPr>
          <w:rStyle w:val="Strong"/>
          <w:rFonts w:ascii="Times New Roman" w:hAnsi="Times New Roman" w:cs="Times New Roman"/>
          <w:sz w:val="24"/>
          <w:szCs w:val="24"/>
        </w:rPr>
        <w:t>Chikitsa</w:t>
      </w:r>
      <w:proofErr w:type="spellEnd"/>
    </w:p>
    <w:tbl>
      <w:tblPr>
        <w:tblStyle w:val="TableGrid"/>
        <w:tblW w:w="0" w:type="auto"/>
        <w:jc w:val="center"/>
        <w:tblLook w:val="04A0" w:firstRow="1" w:lastRow="0" w:firstColumn="1" w:lastColumn="0" w:noHBand="0" w:noVBand="1"/>
      </w:tblPr>
      <w:tblGrid>
        <w:gridCol w:w="2349"/>
        <w:gridCol w:w="2466"/>
        <w:gridCol w:w="2268"/>
      </w:tblGrid>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Source of Information</w:t>
            </w:r>
          </w:p>
        </w:tc>
        <w:tc>
          <w:tcPr>
            <w:tcW w:w="2466"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226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Social Media</w:t>
            </w:r>
          </w:p>
        </w:tc>
        <w:tc>
          <w:tcPr>
            <w:tcW w:w="2466"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29</w:t>
            </w:r>
          </w:p>
        </w:tc>
        <w:tc>
          <w:tcPr>
            <w:tcW w:w="226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27.88</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Hospital Referral</w:t>
            </w:r>
          </w:p>
        </w:tc>
        <w:tc>
          <w:tcPr>
            <w:tcW w:w="2466"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24</w:t>
            </w:r>
          </w:p>
        </w:tc>
        <w:tc>
          <w:tcPr>
            <w:tcW w:w="226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23.08</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Friends/Relatives</w:t>
            </w:r>
          </w:p>
        </w:tc>
        <w:tc>
          <w:tcPr>
            <w:tcW w:w="2466"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20</w:t>
            </w:r>
          </w:p>
        </w:tc>
        <w:tc>
          <w:tcPr>
            <w:tcW w:w="226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19.23</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Website</w:t>
            </w:r>
          </w:p>
        </w:tc>
        <w:tc>
          <w:tcPr>
            <w:tcW w:w="2466"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18</w:t>
            </w:r>
          </w:p>
        </w:tc>
        <w:tc>
          <w:tcPr>
            <w:tcW w:w="226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17.31</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Medical Consultant</w:t>
            </w:r>
          </w:p>
        </w:tc>
        <w:tc>
          <w:tcPr>
            <w:tcW w:w="2466"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13</w:t>
            </w:r>
          </w:p>
        </w:tc>
        <w:tc>
          <w:tcPr>
            <w:tcW w:w="226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12.50</w:t>
            </w:r>
          </w:p>
        </w:tc>
      </w:tr>
      <w:tr w:rsidR="006A7E2C" w:rsidRPr="001F0C1F" w:rsidTr="00E7315E">
        <w:trPr>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2466"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2268" w:type="dxa"/>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Style w:val="Strong"/>
          <w:rFonts w:ascii="Times New Roman" w:hAnsi="Times New Roman" w:cs="Times New Roman"/>
          <w:sz w:val="24"/>
          <w:szCs w:val="24"/>
        </w:rPr>
        <w:t xml:space="preserve">4.6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 xml:space="preserve">Shows How Respondents First Learned About Expert </w:t>
      </w:r>
      <w:proofErr w:type="spellStart"/>
      <w:r w:rsidRPr="00726ED9">
        <w:rPr>
          <w:rStyle w:val="Strong"/>
          <w:rFonts w:ascii="Times New Roman" w:hAnsi="Times New Roman" w:cs="Times New Roman"/>
          <w:sz w:val="24"/>
          <w:szCs w:val="24"/>
        </w:rPr>
        <w:t>Chikitsa</w:t>
      </w:r>
      <w:proofErr w:type="spellEnd"/>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057DDDFF" wp14:editId="59606344">
            <wp:extent cx="4572000" cy="27432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4.6 shows how respondents first learned about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w:t>
      </w:r>
      <w:r w:rsidRPr="001F0C1F">
        <w:rPr>
          <w:rStyle w:val="Strong"/>
          <w:rFonts w:ascii="Times New Roman" w:hAnsi="Times New Roman" w:cs="Times New Roman"/>
          <w:b w:val="0"/>
          <w:bCs w:val="0"/>
          <w:sz w:val="24"/>
          <w:szCs w:val="24"/>
        </w:rPr>
        <w:t>27.88%</w:t>
      </w:r>
      <w:r w:rsidRPr="001F0C1F">
        <w:rPr>
          <w:rFonts w:ascii="Times New Roman" w:hAnsi="Times New Roman" w:cs="Times New Roman"/>
          <w:sz w:val="24"/>
          <w:szCs w:val="24"/>
        </w:rPr>
        <w:t xml:space="preserve"> of the respondents came to know through Social Media, </w:t>
      </w:r>
      <w:r w:rsidRPr="001F0C1F">
        <w:rPr>
          <w:rStyle w:val="Strong"/>
          <w:rFonts w:ascii="Times New Roman" w:hAnsi="Times New Roman" w:cs="Times New Roman"/>
          <w:b w:val="0"/>
          <w:bCs w:val="0"/>
          <w:sz w:val="24"/>
          <w:szCs w:val="24"/>
        </w:rPr>
        <w:t>23.08%</w:t>
      </w:r>
      <w:r w:rsidRPr="001F0C1F">
        <w:rPr>
          <w:rFonts w:ascii="Times New Roman" w:hAnsi="Times New Roman" w:cs="Times New Roman"/>
          <w:sz w:val="24"/>
          <w:szCs w:val="24"/>
        </w:rPr>
        <w:t xml:space="preserve"> through Hospital Referral, </w:t>
      </w:r>
      <w:r w:rsidRPr="001F0C1F">
        <w:rPr>
          <w:rStyle w:val="Strong"/>
          <w:rFonts w:ascii="Times New Roman" w:hAnsi="Times New Roman" w:cs="Times New Roman"/>
          <w:b w:val="0"/>
          <w:bCs w:val="0"/>
          <w:sz w:val="24"/>
          <w:szCs w:val="24"/>
        </w:rPr>
        <w:t>19.23%</w:t>
      </w:r>
      <w:r w:rsidRPr="001F0C1F">
        <w:rPr>
          <w:rFonts w:ascii="Times New Roman" w:hAnsi="Times New Roman" w:cs="Times New Roman"/>
          <w:sz w:val="24"/>
          <w:szCs w:val="24"/>
        </w:rPr>
        <w:t xml:space="preserve"> through Friends/Relatives, </w:t>
      </w:r>
      <w:r w:rsidRPr="001F0C1F">
        <w:rPr>
          <w:rStyle w:val="Strong"/>
          <w:rFonts w:ascii="Times New Roman" w:hAnsi="Times New Roman" w:cs="Times New Roman"/>
          <w:b w:val="0"/>
          <w:bCs w:val="0"/>
          <w:sz w:val="24"/>
          <w:szCs w:val="24"/>
        </w:rPr>
        <w:t>17.31%</w:t>
      </w:r>
      <w:r w:rsidRPr="001F0C1F">
        <w:rPr>
          <w:rFonts w:ascii="Times New Roman" w:hAnsi="Times New Roman" w:cs="Times New Roman"/>
          <w:sz w:val="24"/>
          <w:szCs w:val="24"/>
        </w:rPr>
        <w:t xml:space="preserve"> through the Website, and </w:t>
      </w:r>
      <w:r w:rsidRPr="001F0C1F">
        <w:rPr>
          <w:rStyle w:val="Strong"/>
          <w:rFonts w:ascii="Times New Roman" w:hAnsi="Times New Roman" w:cs="Times New Roman"/>
          <w:b w:val="0"/>
          <w:bCs w:val="0"/>
          <w:sz w:val="24"/>
          <w:szCs w:val="24"/>
        </w:rPr>
        <w:t>12.50%</w:t>
      </w:r>
      <w:r w:rsidRPr="001F0C1F">
        <w:rPr>
          <w:rFonts w:ascii="Times New Roman" w:hAnsi="Times New Roman" w:cs="Times New Roman"/>
          <w:sz w:val="24"/>
          <w:szCs w:val="24"/>
        </w:rPr>
        <w:t xml:space="preserve"> through Medical Consultants.</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6A7E2C" w:rsidRPr="001F0C1F"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4.7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 xml:space="preserve">Shows the Ease of Contacting Expert </w:t>
      </w:r>
      <w:proofErr w:type="spellStart"/>
      <w:r w:rsidRPr="00726ED9">
        <w:rPr>
          <w:rStyle w:val="Strong"/>
          <w:rFonts w:ascii="Times New Roman" w:hAnsi="Times New Roman" w:cs="Times New Roman"/>
          <w:sz w:val="24"/>
          <w:szCs w:val="24"/>
        </w:rPr>
        <w:t>Chikitsa</w:t>
      </w:r>
      <w:proofErr w:type="spellEnd"/>
      <w:r w:rsidRPr="00726ED9">
        <w:rPr>
          <w:rStyle w:val="Strong"/>
          <w:rFonts w:ascii="Times New Roman" w:hAnsi="Times New Roman" w:cs="Times New Roman"/>
          <w:sz w:val="24"/>
          <w:szCs w:val="24"/>
        </w:rPr>
        <w:t xml:space="preserve"> for the First Time</w:t>
      </w:r>
    </w:p>
    <w:tbl>
      <w:tblPr>
        <w:tblStyle w:val="TableGrid"/>
        <w:tblW w:w="6945" w:type="dxa"/>
        <w:jc w:val="center"/>
        <w:tblLook w:val="04A0" w:firstRow="1" w:lastRow="0" w:firstColumn="1" w:lastColumn="0" w:noHBand="0" w:noVBand="1"/>
      </w:tblPr>
      <w:tblGrid>
        <w:gridCol w:w="2213"/>
        <w:gridCol w:w="2958"/>
        <w:gridCol w:w="1774"/>
      </w:tblGrid>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Very Easy</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37</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35.58</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Easy</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32.69</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Moderate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18</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17.31</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Difficult</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Very Difficult</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4.80</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Style w:val="Strong"/>
          <w:rFonts w:ascii="Times New Roman" w:hAnsi="Times New Roman" w:cs="Times New Roman"/>
          <w:sz w:val="24"/>
          <w:szCs w:val="24"/>
        </w:rPr>
        <w:t xml:space="preserve">4.7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 xml:space="preserve">Shows the Ease of Contacting Expert </w:t>
      </w:r>
      <w:proofErr w:type="spellStart"/>
      <w:r w:rsidRPr="00726ED9">
        <w:rPr>
          <w:rStyle w:val="Strong"/>
          <w:rFonts w:ascii="Times New Roman" w:hAnsi="Times New Roman" w:cs="Times New Roman"/>
          <w:sz w:val="24"/>
          <w:szCs w:val="24"/>
        </w:rPr>
        <w:t>Chikitsa</w:t>
      </w:r>
      <w:proofErr w:type="spellEnd"/>
      <w:r w:rsidRPr="00726ED9">
        <w:rPr>
          <w:rStyle w:val="Strong"/>
          <w:rFonts w:ascii="Times New Roman" w:hAnsi="Times New Roman" w:cs="Times New Roman"/>
          <w:sz w:val="24"/>
          <w:szCs w:val="24"/>
        </w:rPr>
        <w:t xml:space="preserve"> for the First Time</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2AD76ABE" wp14:editId="4DF55F93">
            <wp:extent cx="4572000" cy="2743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4.7 shows the ease of contacting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for the first time. </w:t>
      </w:r>
      <w:r w:rsidRPr="001F0C1F">
        <w:rPr>
          <w:rStyle w:val="Strong"/>
          <w:rFonts w:ascii="Times New Roman" w:hAnsi="Times New Roman" w:cs="Times New Roman"/>
          <w:b w:val="0"/>
          <w:bCs w:val="0"/>
          <w:sz w:val="24"/>
          <w:szCs w:val="24"/>
        </w:rPr>
        <w:t>35.58%</w:t>
      </w:r>
      <w:r w:rsidRPr="001F0C1F">
        <w:rPr>
          <w:rFonts w:ascii="Times New Roman" w:hAnsi="Times New Roman" w:cs="Times New Roman"/>
          <w:sz w:val="24"/>
          <w:szCs w:val="24"/>
        </w:rPr>
        <w:t xml:space="preserve"> of the respondents found it very easy, </w:t>
      </w:r>
      <w:r w:rsidRPr="001F0C1F">
        <w:rPr>
          <w:rStyle w:val="Strong"/>
          <w:rFonts w:ascii="Times New Roman" w:hAnsi="Times New Roman" w:cs="Times New Roman"/>
          <w:b w:val="0"/>
          <w:bCs w:val="0"/>
          <w:sz w:val="24"/>
          <w:szCs w:val="24"/>
        </w:rPr>
        <w:t>32.69%</w:t>
      </w:r>
      <w:r w:rsidRPr="001F0C1F">
        <w:rPr>
          <w:rFonts w:ascii="Times New Roman" w:hAnsi="Times New Roman" w:cs="Times New Roman"/>
          <w:sz w:val="24"/>
          <w:szCs w:val="24"/>
        </w:rPr>
        <w:t xml:space="preserve"> found it easy, </w:t>
      </w:r>
      <w:r w:rsidRPr="001F0C1F">
        <w:rPr>
          <w:rStyle w:val="Strong"/>
          <w:rFonts w:ascii="Times New Roman" w:hAnsi="Times New Roman" w:cs="Times New Roman"/>
          <w:b w:val="0"/>
          <w:bCs w:val="0"/>
          <w:sz w:val="24"/>
          <w:szCs w:val="24"/>
        </w:rPr>
        <w:t>17.31%</w:t>
      </w:r>
      <w:r w:rsidRPr="001F0C1F">
        <w:rPr>
          <w:rFonts w:ascii="Times New Roman" w:hAnsi="Times New Roman" w:cs="Times New Roman"/>
          <w:sz w:val="24"/>
          <w:szCs w:val="24"/>
        </w:rPr>
        <w:t xml:space="preserve"> rated it as moderate,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considered it difficult, and </w:t>
      </w:r>
      <w:r w:rsidRPr="001F0C1F">
        <w:rPr>
          <w:rStyle w:val="Strong"/>
          <w:rFonts w:ascii="Times New Roman" w:hAnsi="Times New Roman" w:cs="Times New Roman"/>
          <w:b w:val="0"/>
          <w:bCs w:val="0"/>
          <w:sz w:val="24"/>
          <w:szCs w:val="24"/>
        </w:rPr>
        <w:t>4.80%</w:t>
      </w:r>
      <w:r w:rsidRPr="001F0C1F">
        <w:rPr>
          <w:rFonts w:ascii="Times New Roman" w:hAnsi="Times New Roman" w:cs="Times New Roman"/>
          <w:sz w:val="24"/>
          <w:szCs w:val="24"/>
        </w:rPr>
        <w:t xml:space="preserve"> found it very difficult.</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6A7E2C" w:rsidRPr="001F0C1F"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4.8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the Response Time to Enquiries</w:t>
      </w:r>
    </w:p>
    <w:tbl>
      <w:tblPr>
        <w:tblStyle w:val="TableGrid"/>
        <w:tblW w:w="7141" w:type="dxa"/>
        <w:jc w:val="center"/>
        <w:tblLook w:val="04A0" w:firstRow="1" w:lastRow="0" w:firstColumn="1" w:lastColumn="0" w:noHBand="0" w:noVBand="1"/>
      </w:tblPr>
      <w:tblGrid>
        <w:gridCol w:w="2529"/>
        <w:gridCol w:w="2883"/>
        <w:gridCol w:w="1729"/>
      </w:tblGrid>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 Time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Immediately</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35</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33.65</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Within 24 Hours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32</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30.77</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Within 2–3 Days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19</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18.27</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After 3 Days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11</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10.58</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Very Late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7</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6.73</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Style w:val="Strong"/>
          <w:rFonts w:ascii="Times New Roman" w:hAnsi="Times New Roman" w:cs="Times New Roman"/>
          <w:sz w:val="24"/>
          <w:szCs w:val="24"/>
        </w:rPr>
        <w:t xml:space="preserve">4.8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the Response Time to Enquiries</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5B8D8D4E" wp14:editId="21F1A28A">
            <wp:extent cx="4572000" cy="27432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 Table 4.8 shows the response time to enquiries. </w:t>
      </w:r>
      <w:r w:rsidRPr="001F0C1F">
        <w:rPr>
          <w:rStyle w:val="Strong"/>
          <w:rFonts w:ascii="Times New Roman" w:hAnsi="Times New Roman" w:cs="Times New Roman"/>
          <w:b w:val="0"/>
          <w:bCs w:val="0"/>
          <w:sz w:val="24"/>
          <w:szCs w:val="24"/>
        </w:rPr>
        <w:t>33.65%</w:t>
      </w:r>
      <w:r w:rsidRPr="001F0C1F">
        <w:rPr>
          <w:rFonts w:ascii="Times New Roman" w:hAnsi="Times New Roman" w:cs="Times New Roman"/>
          <w:sz w:val="24"/>
          <w:szCs w:val="24"/>
        </w:rPr>
        <w:t xml:space="preserve"> of the respondents received responses immediately, </w:t>
      </w:r>
      <w:r w:rsidRPr="001F0C1F">
        <w:rPr>
          <w:rStyle w:val="Strong"/>
          <w:rFonts w:ascii="Times New Roman" w:hAnsi="Times New Roman" w:cs="Times New Roman"/>
          <w:b w:val="0"/>
          <w:bCs w:val="0"/>
          <w:sz w:val="24"/>
          <w:szCs w:val="24"/>
        </w:rPr>
        <w:t>30.77%</w:t>
      </w:r>
      <w:r w:rsidRPr="001F0C1F">
        <w:rPr>
          <w:rFonts w:ascii="Times New Roman" w:hAnsi="Times New Roman" w:cs="Times New Roman"/>
          <w:sz w:val="24"/>
          <w:szCs w:val="24"/>
        </w:rPr>
        <w:t xml:space="preserve"> within 24 hours, </w:t>
      </w:r>
      <w:r w:rsidRPr="001F0C1F">
        <w:rPr>
          <w:rStyle w:val="Strong"/>
          <w:rFonts w:ascii="Times New Roman" w:hAnsi="Times New Roman" w:cs="Times New Roman"/>
          <w:b w:val="0"/>
          <w:bCs w:val="0"/>
          <w:sz w:val="24"/>
          <w:szCs w:val="24"/>
        </w:rPr>
        <w:t>18.27%</w:t>
      </w:r>
      <w:r w:rsidRPr="001F0C1F">
        <w:rPr>
          <w:rFonts w:ascii="Times New Roman" w:hAnsi="Times New Roman" w:cs="Times New Roman"/>
          <w:sz w:val="24"/>
          <w:szCs w:val="24"/>
        </w:rPr>
        <w:t xml:space="preserve"> within 2–3 days, </w:t>
      </w:r>
      <w:r w:rsidRPr="001F0C1F">
        <w:rPr>
          <w:rStyle w:val="Strong"/>
          <w:rFonts w:ascii="Times New Roman" w:hAnsi="Times New Roman" w:cs="Times New Roman"/>
          <w:b w:val="0"/>
          <w:bCs w:val="0"/>
          <w:sz w:val="24"/>
          <w:szCs w:val="24"/>
        </w:rPr>
        <w:t>10.58%</w:t>
      </w:r>
      <w:r w:rsidRPr="001F0C1F">
        <w:rPr>
          <w:rFonts w:ascii="Times New Roman" w:hAnsi="Times New Roman" w:cs="Times New Roman"/>
          <w:sz w:val="24"/>
          <w:szCs w:val="24"/>
        </w:rPr>
        <w:t xml:space="preserve"> after 3 days, and </w:t>
      </w:r>
      <w:r w:rsidRPr="001F0C1F">
        <w:rPr>
          <w:rStyle w:val="Strong"/>
          <w:rFonts w:ascii="Times New Roman" w:hAnsi="Times New Roman" w:cs="Times New Roman"/>
          <w:b w:val="0"/>
          <w:bCs w:val="0"/>
          <w:sz w:val="24"/>
          <w:szCs w:val="24"/>
        </w:rPr>
        <w:t>6.73%</w:t>
      </w:r>
      <w:r w:rsidRPr="001F0C1F">
        <w:rPr>
          <w:rFonts w:ascii="Times New Roman" w:hAnsi="Times New Roman" w:cs="Times New Roman"/>
          <w:sz w:val="24"/>
          <w:szCs w:val="24"/>
        </w:rPr>
        <w:t xml:space="preserve"> experienced very late responses.</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Pr="001F0C1F" w:rsidRDefault="00CD25F1"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4.9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the Clarity of Information Provided Before Treatment</w:t>
      </w:r>
    </w:p>
    <w:tbl>
      <w:tblPr>
        <w:tblStyle w:val="TableGrid"/>
        <w:tblW w:w="7114" w:type="dxa"/>
        <w:jc w:val="center"/>
        <w:tblLook w:val="04A0" w:firstRow="1" w:lastRow="0" w:firstColumn="1" w:lastColumn="0" w:noHBand="0" w:noVBand="1"/>
      </w:tblPr>
      <w:tblGrid>
        <w:gridCol w:w="1873"/>
        <w:gridCol w:w="3276"/>
        <w:gridCol w:w="1965"/>
      </w:tblGrid>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Rating</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Excellent</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34.62</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Good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33</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31.73</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Average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19.23</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Poor</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8.65</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Very Poor</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Style w:val="Strong"/>
          <w:rFonts w:ascii="Times New Roman" w:hAnsi="Times New Roman" w:cs="Times New Roman"/>
          <w:sz w:val="24"/>
          <w:szCs w:val="24"/>
        </w:rPr>
        <w:t xml:space="preserve">4.9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the Clarity of Information Provided Before Treatment</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2DF5A42D" wp14:editId="1C271231">
            <wp:extent cx="4572000" cy="274320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 Table 4.9 shows the clarity of information provided before treatment. </w:t>
      </w:r>
      <w:r w:rsidRPr="001F0C1F">
        <w:rPr>
          <w:rStyle w:val="Strong"/>
          <w:rFonts w:ascii="Times New Roman" w:hAnsi="Times New Roman" w:cs="Times New Roman"/>
          <w:b w:val="0"/>
          <w:bCs w:val="0"/>
          <w:sz w:val="24"/>
          <w:szCs w:val="24"/>
        </w:rPr>
        <w:t>34.62%</w:t>
      </w:r>
      <w:r w:rsidRPr="001F0C1F">
        <w:rPr>
          <w:rFonts w:ascii="Times New Roman" w:hAnsi="Times New Roman" w:cs="Times New Roman"/>
          <w:sz w:val="24"/>
          <w:szCs w:val="24"/>
        </w:rPr>
        <w:t xml:space="preserve"> of the respondents rated it as excellent, </w:t>
      </w:r>
      <w:r w:rsidRPr="001F0C1F">
        <w:rPr>
          <w:rStyle w:val="Strong"/>
          <w:rFonts w:ascii="Times New Roman" w:hAnsi="Times New Roman" w:cs="Times New Roman"/>
          <w:b w:val="0"/>
          <w:bCs w:val="0"/>
          <w:sz w:val="24"/>
          <w:szCs w:val="24"/>
        </w:rPr>
        <w:t>31.73%</w:t>
      </w:r>
      <w:r w:rsidRPr="001F0C1F">
        <w:rPr>
          <w:rFonts w:ascii="Times New Roman" w:hAnsi="Times New Roman" w:cs="Times New Roman"/>
          <w:sz w:val="24"/>
          <w:szCs w:val="24"/>
        </w:rPr>
        <w:t xml:space="preserve"> as good, </w:t>
      </w:r>
      <w:r w:rsidRPr="001F0C1F">
        <w:rPr>
          <w:rStyle w:val="Strong"/>
          <w:rFonts w:ascii="Times New Roman" w:hAnsi="Times New Roman" w:cs="Times New Roman"/>
          <w:b w:val="0"/>
          <w:bCs w:val="0"/>
          <w:sz w:val="24"/>
          <w:szCs w:val="24"/>
        </w:rPr>
        <w:t>19.23%</w:t>
      </w:r>
      <w:r w:rsidRPr="001F0C1F">
        <w:rPr>
          <w:rFonts w:ascii="Times New Roman" w:hAnsi="Times New Roman" w:cs="Times New Roman"/>
          <w:sz w:val="24"/>
          <w:szCs w:val="24"/>
        </w:rPr>
        <w:t xml:space="preserve"> as average, </w:t>
      </w:r>
      <w:r w:rsidRPr="001F0C1F">
        <w:rPr>
          <w:rStyle w:val="Strong"/>
          <w:rFonts w:ascii="Times New Roman" w:hAnsi="Times New Roman" w:cs="Times New Roman"/>
          <w:b w:val="0"/>
          <w:bCs w:val="0"/>
          <w:sz w:val="24"/>
          <w:szCs w:val="24"/>
        </w:rPr>
        <w:t>8.65%</w:t>
      </w:r>
      <w:r w:rsidRPr="001F0C1F">
        <w:rPr>
          <w:rFonts w:ascii="Times New Roman" w:hAnsi="Times New Roman" w:cs="Times New Roman"/>
          <w:sz w:val="24"/>
          <w:szCs w:val="24"/>
        </w:rPr>
        <w:t xml:space="preserve"> as poor,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as very poor.</w:t>
      </w:r>
    </w:p>
    <w:p w:rsidR="006A7E2C" w:rsidRDefault="006A7E2C" w:rsidP="006A7E2C">
      <w:pPr>
        <w:pStyle w:val="NoSpacing"/>
        <w:spacing w:line="360" w:lineRule="auto"/>
        <w:jc w:val="center"/>
        <w:rPr>
          <w:rFonts w:ascii="Times New Roman" w:hAnsi="Times New Roman" w:cs="Times New Roman"/>
          <w:sz w:val="24"/>
          <w:szCs w:val="24"/>
        </w:rPr>
      </w:pPr>
    </w:p>
    <w:p w:rsidR="006A7E2C" w:rsidRDefault="006A7E2C" w:rsidP="006A7E2C">
      <w:pPr>
        <w:pStyle w:val="NoSpacing"/>
        <w:spacing w:line="360" w:lineRule="auto"/>
        <w:jc w:val="center"/>
        <w:rPr>
          <w:rFonts w:ascii="Times New Roman" w:hAnsi="Times New Roman" w:cs="Times New Roman"/>
          <w:sz w:val="24"/>
          <w:szCs w:val="24"/>
        </w:rPr>
      </w:pPr>
    </w:p>
    <w:p w:rsidR="006A7E2C" w:rsidRDefault="006A7E2C" w:rsidP="006A7E2C">
      <w:pPr>
        <w:pStyle w:val="NoSpacing"/>
        <w:spacing w:line="360" w:lineRule="auto"/>
        <w:jc w:val="center"/>
        <w:rPr>
          <w:rFonts w:ascii="Times New Roman" w:hAnsi="Times New Roman" w:cs="Times New Roman"/>
          <w:sz w:val="24"/>
          <w:szCs w:val="24"/>
        </w:rPr>
      </w:pPr>
    </w:p>
    <w:p w:rsidR="00CD25F1" w:rsidRDefault="00CD25F1" w:rsidP="006A7E2C">
      <w:pPr>
        <w:pStyle w:val="NoSpacing"/>
        <w:spacing w:line="360" w:lineRule="auto"/>
        <w:jc w:val="center"/>
        <w:rPr>
          <w:rFonts w:ascii="Times New Roman" w:hAnsi="Times New Roman" w:cs="Times New Roman"/>
          <w:sz w:val="24"/>
          <w:szCs w:val="24"/>
        </w:rPr>
      </w:pPr>
    </w:p>
    <w:p w:rsidR="00CD25F1" w:rsidRDefault="00CD25F1" w:rsidP="006A7E2C">
      <w:pPr>
        <w:pStyle w:val="NoSpacing"/>
        <w:spacing w:line="360" w:lineRule="auto"/>
        <w:jc w:val="center"/>
        <w:rPr>
          <w:rFonts w:ascii="Times New Roman" w:hAnsi="Times New Roman" w:cs="Times New Roman"/>
          <w:sz w:val="24"/>
          <w:szCs w:val="24"/>
        </w:rPr>
      </w:pPr>
    </w:p>
    <w:p w:rsidR="00CD25F1" w:rsidRDefault="00CD25F1" w:rsidP="006A7E2C">
      <w:pPr>
        <w:pStyle w:val="NoSpacing"/>
        <w:spacing w:line="360" w:lineRule="auto"/>
        <w:jc w:val="center"/>
        <w:rPr>
          <w:rFonts w:ascii="Times New Roman" w:hAnsi="Times New Roman" w:cs="Times New Roman"/>
          <w:sz w:val="24"/>
          <w:szCs w:val="24"/>
        </w:rPr>
      </w:pPr>
    </w:p>
    <w:p w:rsidR="006A7E2C" w:rsidRPr="001F0C1F" w:rsidRDefault="006A7E2C" w:rsidP="006A7E2C">
      <w:pPr>
        <w:pStyle w:val="NoSpacing"/>
        <w:spacing w:line="360" w:lineRule="auto"/>
        <w:jc w:val="center"/>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4.10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Satisfaction with Visa and Travel Assistance</w:t>
      </w:r>
    </w:p>
    <w:tbl>
      <w:tblPr>
        <w:tblStyle w:val="TableGrid"/>
        <w:tblW w:w="7087" w:type="dxa"/>
        <w:jc w:val="center"/>
        <w:tblLook w:val="04A0" w:firstRow="1" w:lastRow="0" w:firstColumn="1" w:lastColumn="0" w:noHBand="0" w:noVBand="1"/>
      </w:tblPr>
      <w:tblGrid>
        <w:gridCol w:w="2694"/>
        <w:gridCol w:w="2746"/>
        <w:gridCol w:w="1647"/>
      </w:tblGrid>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Satisfaction Level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Highly Satisfied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32.69</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Satisfied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34.62</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18</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17.31</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Dissatisfied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9.61</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Highly Dissatisfied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Style w:val="Strong"/>
          <w:rFonts w:ascii="Times New Roman" w:hAnsi="Times New Roman" w:cs="Times New Roman"/>
          <w:sz w:val="24"/>
          <w:szCs w:val="24"/>
        </w:rPr>
        <w:t xml:space="preserve">4.10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Satisfaction with Visa and Travel Assistance</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238C17F1" wp14:editId="5AD0ED29">
            <wp:extent cx="4572000" cy="274320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 Table 4.10 shows respondents' satisfaction with visa and travel assistance. </w:t>
      </w:r>
      <w:r w:rsidRPr="001F0C1F">
        <w:rPr>
          <w:rStyle w:val="Strong"/>
          <w:rFonts w:ascii="Times New Roman" w:hAnsi="Times New Roman" w:cs="Times New Roman"/>
          <w:b w:val="0"/>
          <w:bCs w:val="0"/>
          <w:sz w:val="24"/>
          <w:szCs w:val="24"/>
        </w:rPr>
        <w:t>32.69%</w:t>
      </w:r>
      <w:r w:rsidRPr="001F0C1F">
        <w:rPr>
          <w:rFonts w:ascii="Times New Roman" w:hAnsi="Times New Roman" w:cs="Times New Roman"/>
          <w:sz w:val="24"/>
          <w:szCs w:val="24"/>
        </w:rPr>
        <w:t xml:space="preserve"> of the respondents are highly satisfied, </w:t>
      </w:r>
      <w:r w:rsidRPr="001F0C1F">
        <w:rPr>
          <w:rStyle w:val="Strong"/>
          <w:rFonts w:ascii="Times New Roman" w:hAnsi="Times New Roman" w:cs="Times New Roman"/>
          <w:b w:val="0"/>
          <w:bCs w:val="0"/>
          <w:sz w:val="24"/>
          <w:szCs w:val="24"/>
        </w:rPr>
        <w:t>34.62%</w:t>
      </w:r>
      <w:r w:rsidRPr="001F0C1F">
        <w:rPr>
          <w:rFonts w:ascii="Times New Roman" w:hAnsi="Times New Roman" w:cs="Times New Roman"/>
          <w:sz w:val="24"/>
          <w:szCs w:val="24"/>
        </w:rPr>
        <w:t xml:space="preserve"> are satisfied, </w:t>
      </w:r>
      <w:r w:rsidRPr="001F0C1F">
        <w:rPr>
          <w:rStyle w:val="Strong"/>
          <w:rFonts w:ascii="Times New Roman" w:hAnsi="Times New Roman" w:cs="Times New Roman"/>
          <w:b w:val="0"/>
          <w:bCs w:val="0"/>
          <w:sz w:val="24"/>
          <w:szCs w:val="24"/>
        </w:rPr>
        <w:t>17.31%</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9.61%</w:t>
      </w:r>
      <w:r w:rsidRPr="001F0C1F">
        <w:rPr>
          <w:rFonts w:ascii="Times New Roman" w:hAnsi="Times New Roman" w:cs="Times New Roman"/>
          <w:sz w:val="24"/>
          <w:szCs w:val="24"/>
        </w:rPr>
        <w:t xml:space="preserve"> are dissatisfied,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are highly dissatisfied.</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6A7E2C" w:rsidRPr="001F0C1F"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4.11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the Effectiveness of the Appointment Scheduling Process</w:t>
      </w:r>
    </w:p>
    <w:tbl>
      <w:tblPr>
        <w:tblStyle w:val="TableGrid"/>
        <w:tblW w:w="6992" w:type="dxa"/>
        <w:jc w:val="center"/>
        <w:tblLook w:val="04A0" w:firstRow="1" w:lastRow="0" w:firstColumn="1" w:lastColumn="0" w:noHBand="0" w:noVBand="1"/>
      </w:tblPr>
      <w:tblGrid>
        <w:gridCol w:w="2423"/>
        <w:gridCol w:w="2856"/>
        <w:gridCol w:w="1713"/>
      </w:tblGrid>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Very Effective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38</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36.54</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Effective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31</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29.81</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18</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17.31</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Ineffective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11</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10.58</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Very Ineffective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Style w:val="Strong"/>
          <w:rFonts w:ascii="Times New Roman" w:hAnsi="Times New Roman" w:cs="Times New Roman"/>
          <w:sz w:val="24"/>
          <w:szCs w:val="24"/>
        </w:rPr>
        <w:t xml:space="preserve">4.11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the Effectiveness of the Appointment Scheduling Process</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3D4F719B" wp14:editId="7FD6498F">
            <wp:extent cx="4572000" cy="27432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 Table 4.11 shows the effectiveness of the appointment scheduling process. </w:t>
      </w:r>
      <w:r w:rsidRPr="001F0C1F">
        <w:rPr>
          <w:rStyle w:val="Strong"/>
          <w:rFonts w:ascii="Times New Roman" w:hAnsi="Times New Roman" w:cs="Times New Roman"/>
          <w:b w:val="0"/>
          <w:bCs w:val="0"/>
          <w:sz w:val="24"/>
          <w:szCs w:val="24"/>
        </w:rPr>
        <w:t>36.54%</w:t>
      </w:r>
      <w:r w:rsidRPr="001F0C1F">
        <w:rPr>
          <w:rFonts w:ascii="Times New Roman" w:hAnsi="Times New Roman" w:cs="Times New Roman"/>
          <w:sz w:val="24"/>
          <w:szCs w:val="24"/>
        </w:rPr>
        <w:t xml:space="preserve"> of the respondents rated it as very effective, </w:t>
      </w:r>
      <w:r w:rsidRPr="001F0C1F">
        <w:rPr>
          <w:rStyle w:val="Strong"/>
          <w:rFonts w:ascii="Times New Roman" w:hAnsi="Times New Roman" w:cs="Times New Roman"/>
          <w:b w:val="0"/>
          <w:bCs w:val="0"/>
          <w:sz w:val="24"/>
          <w:szCs w:val="24"/>
        </w:rPr>
        <w:t>29.81%</w:t>
      </w:r>
      <w:r w:rsidRPr="001F0C1F">
        <w:rPr>
          <w:rFonts w:ascii="Times New Roman" w:hAnsi="Times New Roman" w:cs="Times New Roman"/>
          <w:sz w:val="24"/>
          <w:szCs w:val="24"/>
        </w:rPr>
        <w:t xml:space="preserve"> as effective, </w:t>
      </w:r>
      <w:r w:rsidRPr="001F0C1F">
        <w:rPr>
          <w:rStyle w:val="Strong"/>
          <w:rFonts w:ascii="Times New Roman" w:hAnsi="Times New Roman" w:cs="Times New Roman"/>
          <w:b w:val="0"/>
          <w:bCs w:val="0"/>
          <w:sz w:val="24"/>
          <w:szCs w:val="24"/>
        </w:rPr>
        <w:t>17.31%</w:t>
      </w:r>
      <w:r w:rsidRPr="001F0C1F">
        <w:rPr>
          <w:rFonts w:ascii="Times New Roman" w:hAnsi="Times New Roman" w:cs="Times New Roman"/>
          <w:sz w:val="24"/>
          <w:szCs w:val="24"/>
        </w:rPr>
        <w:t xml:space="preserve"> as neutral, </w:t>
      </w:r>
      <w:r w:rsidRPr="001F0C1F">
        <w:rPr>
          <w:rStyle w:val="Strong"/>
          <w:rFonts w:ascii="Times New Roman" w:hAnsi="Times New Roman" w:cs="Times New Roman"/>
          <w:b w:val="0"/>
          <w:bCs w:val="0"/>
          <w:sz w:val="24"/>
          <w:szCs w:val="24"/>
        </w:rPr>
        <w:t>10.58%</w:t>
      </w:r>
      <w:r w:rsidRPr="001F0C1F">
        <w:rPr>
          <w:rFonts w:ascii="Times New Roman" w:hAnsi="Times New Roman" w:cs="Times New Roman"/>
          <w:sz w:val="24"/>
          <w:szCs w:val="24"/>
        </w:rPr>
        <w:t xml:space="preserve"> as ineffective,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as very ineffective.</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4.12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Communication by Coordinators During Treatment</w:t>
      </w:r>
    </w:p>
    <w:tbl>
      <w:tblPr>
        <w:tblStyle w:val="TableGrid"/>
        <w:tblW w:w="7021" w:type="dxa"/>
        <w:jc w:val="center"/>
        <w:tblLook w:val="04A0" w:firstRow="1" w:lastRow="0" w:firstColumn="1" w:lastColumn="0" w:noHBand="0" w:noVBand="1"/>
      </w:tblPr>
      <w:tblGrid>
        <w:gridCol w:w="1849"/>
        <w:gridCol w:w="3233"/>
        <w:gridCol w:w="1939"/>
      </w:tblGrid>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Rating</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Excellent</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35</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33.65</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Good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32.69</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Average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19</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18.27</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Poor</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Very Poor</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Style w:val="Strong"/>
          <w:rFonts w:ascii="Times New Roman" w:hAnsi="Times New Roman" w:cs="Times New Roman"/>
          <w:sz w:val="24"/>
          <w:szCs w:val="24"/>
        </w:rPr>
        <w:t xml:space="preserve">4.12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Communication by Coordinators During Treatment</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6C6DEF67" wp14:editId="0293EC20">
            <wp:extent cx="4572000" cy="27432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4.12 shows communication by coordinators during treatment. </w:t>
      </w:r>
      <w:r w:rsidRPr="001F0C1F">
        <w:rPr>
          <w:rStyle w:val="Strong"/>
          <w:rFonts w:ascii="Times New Roman" w:hAnsi="Times New Roman" w:cs="Times New Roman"/>
          <w:b w:val="0"/>
          <w:bCs w:val="0"/>
          <w:sz w:val="24"/>
          <w:szCs w:val="24"/>
        </w:rPr>
        <w:t>33.65%</w:t>
      </w:r>
      <w:r w:rsidRPr="001F0C1F">
        <w:rPr>
          <w:rFonts w:ascii="Times New Roman" w:hAnsi="Times New Roman" w:cs="Times New Roman"/>
          <w:sz w:val="24"/>
          <w:szCs w:val="24"/>
        </w:rPr>
        <w:t xml:space="preserve"> of the respondents rated the communication as excellent, </w:t>
      </w:r>
      <w:r w:rsidRPr="001F0C1F">
        <w:rPr>
          <w:rStyle w:val="Strong"/>
          <w:rFonts w:ascii="Times New Roman" w:hAnsi="Times New Roman" w:cs="Times New Roman"/>
          <w:b w:val="0"/>
          <w:bCs w:val="0"/>
          <w:sz w:val="24"/>
          <w:szCs w:val="24"/>
        </w:rPr>
        <w:t>32.69%</w:t>
      </w:r>
      <w:r w:rsidRPr="001F0C1F">
        <w:rPr>
          <w:rFonts w:ascii="Times New Roman" w:hAnsi="Times New Roman" w:cs="Times New Roman"/>
          <w:sz w:val="24"/>
          <w:szCs w:val="24"/>
        </w:rPr>
        <w:t xml:space="preserve"> as good, </w:t>
      </w:r>
      <w:r w:rsidRPr="001F0C1F">
        <w:rPr>
          <w:rStyle w:val="Strong"/>
          <w:rFonts w:ascii="Times New Roman" w:hAnsi="Times New Roman" w:cs="Times New Roman"/>
          <w:b w:val="0"/>
          <w:bCs w:val="0"/>
          <w:sz w:val="24"/>
          <w:szCs w:val="24"/>
        </w:rPr>
        <w:t>18.27%</w:t>
      </w:r>
      <w:r w:rsidRPr="001F0C1F">
        <w:rPr>
          <w:rFonts w:ascii="Times New Roman" w:hAnsi="Times New Roman" w:cs="Times New Roman"/>
          <w:sz w:val="24"/>
          <w:szCs w:val="24"/>
        </w:rPr>
        <w:t xml:space="preserve"> as average,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as poor,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as very poor.</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6A7E2C" w:rsidRPr="001F0C1F"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4.13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Satisfaction with Language Support Services</w:t>
      </w:r>
    </w:p>
    <w:tbl>
      <w:tblPr>
        <w:tblStyle w:val="TableGrid"/>
        <w:tblW w:w="7105" w:type="dxa"/>
        <w:jc w:val="center"/>
        <w:tblLook w:val="04A0" w:firstRow="1" w:lastRow="0" w:firstColumn="1" w:lastColumn="0" w:noHBand="0" w:noVBand="1"/>
      </w:tblPr>
      <w:tblGrid>
        <w:gridCol w:w="2701"/>
        <w:gridCol w:w="2753"/>
        <w:gridCol w:w="1651"/>
      </w:tblGrid>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Satisfaction Level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Highly Satisfied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37</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35.58</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Satisfied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33</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31.73</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18</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17.31</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Dissatisfied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Highly Dissatisfied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Style w:val="Strong"/>
          <w:rFonts w:ascii="Times New Roman" w:hAnsi="Times New Roman" w:cs="Times New Roman"/>
          <w:sz w:val="24"/>
          <w:szCs w:val="24"/>
        </w:rPr>
        <w:t xml:space="preserve">4.13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Satisfaction with Language Support Services</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489CEC2F" wp14:editId="13CEE0D4">
            <wp:extent cx="4572000" cy="2743200"/>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4.13 shows satisfaction with language support services. </w:t>
      </w:r>
      <w:r w:rsidRPr="001F0C1F">
        <w:rPr>
          <w:rStyle w:val="Strong"/>
          <w:rFonts w:ascii="Times New Roman" w:hAnsi="Times New Roman" w:cs="Times New Roman"/>
          <w:b w:val="0"/>
          <w:bCs w:val="0"/>
          <w:sz w:val="24"/>
          <w:szCs w:val="24"/>
        </w:rPr>
        <w:t>35.58%</w:t>
      </w:r>
      <w:r w:rsidRPr="001F0C1F">
        <w:rPr>
          <w:rFonts w:ascii="Times New Roman" w:hAnsi="Times New Roman" w:cs="Times New Roman"/>
          <w:sz w:val="24"/>
          <w:szCs w:val="24"/>
        </w:rPr>
        <w:t xml:space="preserve"> of the respondents are highly satisfied, </w:t>
      </w:r>
      <w:r w:rsidRPr="001F0C1F">
        <w:rPr>
          <w:rStyle w:val="Strong"/>
          <w:rFonts w:ascii="Times New Roman" w:hAnsi="Times New Roman" w:cs="Times New Roman"/>
          <w:b w:val="0"/>
          <w:bCs w:val="0"/>
          <w:sz w:val="24"/>
          <w:szCs w:val="24"/>
        </w:rPr>
        <w:t>31.73%</w:t>
      </w:r>
      <w:r w:rsidRPr="001F0C1F">
        <w:rPr>
          <w:rFonts w:ascii="Times New Roman" w:hAnsi="Times New Roman" w:cs="Times New Roman"/>
          <w:sz w:val="24"/>
          <w:szCs w:val="24"/>
        </w:rPr>
        <w:t xml:space="preserve"> are satisfied, </w:t>
      </w:r>
      <w:r w:rsidRPr="001F0C1F">
        <w:rPr>
          <w:rStyle w:val="Strong"/>
          <w:rFonts w:ascii="Times New Roman" w:hAnsi="Times New Roman" w:cs="Times New Roman"/>
          <w:b w:val="0"/>
          <w:bCs w:val="0"/>
          <w:sz w:val="24"/>
          <w:szCs w:val="24"/>
        </w:rPr>
        <w:t>17.31%</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are dissatisfied,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are highly dissatisfied.</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6A7E2C" w:rsidRPr="001F0C1F"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Table 4.14</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How Well Medical Concerns Were Understood</w:t>
      </w:r>
    </w:p>
    <w:tbl>
      <w:tblPr>
        <w:tblStyle w:val="TableGrid"/>
        <w:tblW w:w="7144" w:type="dxa"/>
        <w:jc w:val="center"/>
        <w:tblLook w:val="04A0" w:firstRow="1" w:lastRow="0" w:firstColumn="1" w:lastColumn="0" w:noHBand="0" w:noVBand="1"/>
      </w:tblPr>
      <w:tblGrid>
        <w:gridCol w:w="2022"/>
        <w:gridCol w:w="3202"/>
        <w:gridCol w:w="1920"/>
      </w:tblGrid>
      <w:tr w:rsidR="006A7E2C" w:rsidRPr="001F0C1F" w:rsidTr="00E7315E">
        <w:trPr>
          <w:trHeight w:val="39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75"/>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Completely</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39</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37.50</w:t>
            </w:r>
          </w:p>
        </w:tc>
      </w:tr>
      <w:tr w:rsidR="006A7E2C" w:rsidRPr="001F0C1F" w:rsidTr="00E7315E">
        <w:trPr>
          <w:trHeight w:val="39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Mostly</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31</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29.81</w:t>
            </w:r>
          </w:p>
        </w:tc>
      </w:tr>
      <w:tr w:rsidR="006A7E2C" w:rsidRPr="001F0C1F" w:rsidTr="00E7315E">
        <w:trPr>
          <w:trHeight w:val="39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Moderately</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18</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17.31</w:t>
            </w:r>
          </w:p>
        </w:tc>
      </w:tr>
      <w:tr w:rsidR="006A7E2C" w:rsidRPr="001F0C1F" w:rsidTr="00E7315E">
        <w:trPr>
          <w:trHeight w:val="375"/>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Slightly</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E7315E">
        <w:trPr>
          <w:trHeight w:val="39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Not at All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E7315E">
        <w:trPr>
          <w:trHeight w:val="375"/>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Style w:val="Strong"/>
          <w:rFonts w:ascii="Times New Roman" w:hAnsi="Times New Roman" w:cs="Times New Roman"/>
          <w:sz w:val="24"/>
          <w:szCs w:val="24"/>
        </w:rPr>
        <w:t>4.14</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How Well Medical Concerns Were Understood</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54F576B9" wp14:editId="5EFC6581">
            <wp:extent cx="4572000" cy="274320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 Table 4.14 shows how well medical concerns were understood. </w:t>
      </w:r>
      <w:r w:rsidRPr="001F0C1F">
        <w:rPr>
          <w:rStyle w:val="Strong"/>
          <w:rFonts w:ascii="Times New Roman" w:hAnsi="Times New Roman" w:cs="Times New Roman"/>
          <w:b w:val="0"/>
          <w:bCs w:val="0"/>
          <w:sz w:val="24"/>
          <w:szCs w:val="24"/>
        </w:rPr>
        <w:t>37.50%</w:t>
      </w:r>
      <w:r w:rsidRPr="001F0C1F">
        <w:rPr>
          <w:rFonts w:ascii="Times New Roman" w:hAnsi="Times New Roman" w:cs="Times New Roman"/>
          <w:sz w:val="24"/>
          <w:szCs w:val="24"/>
        </w:rPr>
        <w:t xml:space="preserve"> of the respondents stated that their concerns were completely understood, </w:t>
      </w:r>
      <w:r w:rsidRPr="001F0C1F">
        <w:rPr>
          <w:rStyle w:val="Strong"/>
          <w:rFonts w:ascii="Times New Roman" w:hAnsi="Times New Roman" w:cs="Times New Roman"/>
          <w:b w:val="0"/>
          <w:bCs w:val="0"/>
          <w:sz w:val="24"/>
          <w:szCs w:val="24"/>
        </w:rPr>
        <w:t>29.81%</w:t>
      </w:r>
      <w:r w:rsidRPr="001F0C1F">
        <w:rPr>
          <w:rFonts w:ascii="Times New Roman" w:hAnsi="Times New Roman" w:cs="Times New Roman"/>
          <w:sz w:val="24"/>
          <w:szCs w:val="24"/>
        </w:rPr>
        <w:t xml:space="preserve"> reported mostly, </w:t>
      </w:r>
      <w:r w:rsidRPr="001F0C1F">
        <w:rPr>
          <w:rStyle w:val="Strong"/>
          <w:rFonts w:ascii="Times New Roman" w:hAnsi="Times New Roman" w:cs="Times New Roman"/>
          <w:b w:val="0"/>
          <w:bCs w:val="0"/>
          <w:sz w:val="24"/>
          <w:szCs w:val="24"/>
        </w:rPr>
        <w:t>17.31%</w:t>
      </w:r>
      <w:r w:rsidRPr="001F0C1F">
        <w:rPr>
          <w:rFonts w:ascii="Times New Roman" w:hAnsi="Times New Roman" w:cs="Times New Roman"/>
          <w:sz w:val="24"/>
          <w:szCs w:val="24"/>
        </w:rPr>
        <w:t xml:space="preserve"> moderately,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slightly,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not at all.</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4.15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 xml:space="preserve">Shows Satisfaction with Coordination Between Hospitals and Expert </w:t>
      </w:r>
      <w:proofErr w:type="spellStart"/>
      <w:r w:rsidRPr="00726ED9">
        <w:rPr>
          <w:rStyle w:val="Strong"/>
          <w:rFonts w:ascii="Times New Roman" w:hAnsi="Times New Roman" w:cs="Times New Roman"/>
          <w:sz w:val="24"/>
          <w:szCs w:val="24"/>
        </w:rPr>
        <w:t>Chikitsa</w:t>
      </w:r>
      <w:proofErr w:type="spellEnd"/>
    </w:p>
    <w:tbl>
      <w:tblPr>
        <w:tblStyle w:val="TableGrid"/>
        <w:tblW w:w="7030" w:type="dxa"/>
        <w:jc w:val="center"/>
        <w:tblLook w:val="04A0" w:firstRow="1" w:lastRow="0" w:firstColumn="1" w:lastColumn="0" w:noHBand="0" w:noVBand="1"/>
      </w:tblPr>
      <w:tblGrid>
        <w:gridCol w:w="2672"/>
        <w:gridCol w:w="2724"/>
        <w:gridCol w:w="1634"/>
      </w:tblGrid>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Satisfaction Level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Highly Satisfied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34.62</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Satisfied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32.69</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18</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17.31</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Dissatisfied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Highly Dissatisfied</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4.15</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 xml:space="preserve">Shows Satisfaction with Coordination Between Hospitals and Expert </w:t>
      </w:r>
      <w:proofErr w:type="spellStart"/>
      <w:r w:rsidRPr="00726ED9">
        <w:rPr>
          <w:rStyle w:val="Strong"/>
          <w:rFonts w:ascii="Times New Roman" w:hAnsi="Times New Roman" w:cs="Times New Roman"/>
          <w:sz w:val="24"/>
          <w:szCs w:val="24"/>
        </w:rPr>
        <w:t>Chikitsa</w:t>
      </w:r>
      <w:proofErr w:type="spellEnd"/>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7921A0BD" wp14:editId="368D1F74">
            <wp:extent cx="4572000" cy="27432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4.15 shows satisfaction with the coordination between hospitals and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w:t>
      </w:r>
      <w:r w:rsidRPr="001F0C1F">
        <w:rPr>
          <w:rStyle w:val="Strong"/>
          <w:rFonts w:ascii="Times New Roman" w:hAnsi="Times New Roman" w:cs="Times New Roman"/>
          <w:b w:val="0"/>
          <w:bCs w:val="0"/>
          <w:sz w:val="24"/>
          <w:szCs w:val="24"/>
        </w:rPr>
        <w:t>34.62%</w:t>
      </w:r>
      <w:r w:rsidRPr="001F0C1F">
        <w:rPr>
          <w:rFonts w:ascii="Times New Roman" w:hAnsi="Times New Roman" w:cs="Times New Roman"/>
          <w:sz w:val="24"/>
          <w:szCs w:val="24"/>
        </w:rPr>
        <w:t xml:space="preserve"> of the respondents are highly satisfied, </w:t>
      </w:r>
      <w:r w:rsidRPr="001F0C1F">
        <w:rPr>
          <w:rStyle w:val="Strong"/>
          <w:rFonts w:ascii="Times New Roman" w:hAnsi="Times New Roman" w:cs="Times New Roman"/>
          <w:b w:val="0"/>
          <w:bCs w:val="0"/>
          <w:sz w:val="24"/>
          <w:szCs w:val="24"/>
        </w:rPr>
        <w:t>32.69%</w:t>
      </w:r>
      <w:r w:rsidRPr="001F0C1F">
        <w:rPr>
          <w:rFonts w:ascii="Times New Roman" w:hAnsi="Times New Roman" w:cs="Times New Roman"/>
          <w:sz w:val="24"/>
          <w:szCs w:val="24"/>
        </w:rPr>
        <w:t xml:space="preserve"> are satisfied, </w:t>
      </w:r>
      <w:r w:rsidRPr="001F0C1F">
        <w:rPr>
          <w:rStyle w:val="Strong"/>
          <w:rFonts w:ascii="Times New Roman" w:hAnsi="Times New Roman" w:cs="Times New Roman"/>
          <w:b w:val="0"/>
          <w:bCs w:val="0"/>
          <w:sz w:val="24"/>
          <w:szCs w:val="24"/>
        </w:rPr>
        <w:t>17.31%</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are dissatisfied,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are highly dissatisfied.</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6A7E2C" w:rsidRPr="001F0C1F"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4.16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Prompt Responses to Patient Enquiries</w:t>
      </w:r>
    </w:p>
    <w:tbl>
      <w:tblPr>
        <w:tblStyle w:val="TableGrid"/>
        <w:tblW w:w="7020" w:type="dxa"/>
        <w:jc w:val="center"/>
        <w:tblLook w:val="04A0" w:firstRow="1" w:lastRow="0" w:firstColumn="1" w:lastColumn="0" w:noHBand="0" w:noVBand="1"/>
      </w:tblPr>
      <w:tblGrid>
        <w:gridCol w:w="2571"/>
        <w:gridCol w:w="2781"/>
        <w:gridCol w:w="1668"/>
      </w:tblGrid>
      <w:tr w:rsidR="006A7E2C" w:rsidRPr="001F0C1F" w:rsidTr="00E7315E">
        <w:trPr>
          <w:trHeight w:val="405"/>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87"/>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40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38.46</w:t>
            </w:r>
          </w:p>
        </w:tc>
      </w:tr>
      <w:tr w:rsidR="006A7E2C" w:rsidRPr="001F0C1F" w:rsidTr="00E7315E">
        <w:trPr>
          <w:trHeight w:val="405"/>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32</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30.77</w:t>
            </w:r>
          </w:p>
        </w:tc>
      </w:tr>
      <w:tr w:rsidR="006A7E2C" w:rsidRPr="001F0C1F" w:rsidTr="00E7315E">
        <w:trPr>
          <w:trHeight w:val="405"/>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17</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16.35</w:t>
            </w:r>
          </w:p>
        </w:tc>
      </w:tr>
      <w:tr w:rsidR="006A7E2C" w:rsidRPr="001F0C1F" w:rsidTr="00E7315E">
        <w:trPr>
          <w:trHeight w:val="387"/>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E7315E">
        <w:trPr>
          <w:trHeight w:val="405"/>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4.80</w:t>
            </w:r>
          </w:p>
        </w:tc>
      </w:tr>
      <w:tr w:rsidR="006A7E2C" w:rsidRPr="001F0C1F" w:rsidTr="00E7315E">
        <w:trPr>
          <w:trHeight w:val="387"/>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Style w:val="Strong"/>
          <w:rFonts w:ascii="Times New Roman" w:hAnsi="Times New Roman" w:cs="Times New Roman"/>
          <w:sz w:val="24"/>
          <w:szCs w:val="24"/>
        </w:rPr>
        <w:t xml:space="preserve">4.16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Prompt Responses to Patient Enquiries</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69174323" wp14:editId="68FFC09C">
            <wp:extent cx="4572000" cy="274320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4.16 shows respondents' opinion on prompt responses to patient enquiries. </w:t>
      </w:r>
      <w:r w:rsidRPr="001F0C1F">
        <w:rPr>
          <w:rStyle w:val="Strong"/>
          <w:rFonts w:ascii="Times New Roman" w:hAnsi="Times New Roman" w:cs="Times New Roman"/>
          <w:b w:val="0"/>
          <w:bCs w:val="0"/>
          <w:sz w:val="24"/>
          <w:szCs w:val="24"/>
        </w:rPr>
        <w:t>38.46%</w:t>
      </w:r>
      <w:r w:rsidRPr="001F0C1F">
        <w:rPr>
          <w:rFonts w:ascii="Times New Roman" w:hAnsi="Times New Roman" w:cs="Times New Roman"/>
          <w:sz w:val="24"/>
          <w:szCs w:val="24"/>
        </w:rPr>
        <w:t xml:space="preserve"> of the respondents strongly agree, </w:t>
      </w:r>
      <w:r w:rsidRPr="001F0C1F">
        <w:rPr>
          <w:rStyle w:val="Strong"/>
          <w:rFonts w:ascii="Times New Roman" w:hAnsi="Times New Roman" w:cs="Times New Roman"/>
          <w:b w:val="0"/>
          <w:bCs w:val="0"/>
          <w:sz w:val="24"/>
          <w:szCs w:val="24"/>
        </w:rPr>
        <w:t>30.77%</w:t>
      </w:r>
      <w:r w:rsidRPr="001F0C1F">
        <w:rPr>
          <w:rFonts w:ascii="Times New Roman" w:hAnsi="Times New Roman" w:cs="Times New Roman"/>
          <w:sz w:val="24"/>
          <w:szCs w:val="24"/>
        </w:rPr>
        <w:t xml:space="preserve"> agree, </w:t>
      </w:r>
      <w:r w:rsidRPr="001F0C1F">
        <w:rPr>
          <w:rStyle w:val="Strong"/>
          <w:rFonts w:ascii="Times New Roman" w:hAnsi="Times New Roman" w:cs="Times New Roman"/>
          <w:b w:val="0"/>
          <w:bCs w:val="0"/>
          <w:sz w:val="24"/>
          <w:szCs w:val="24"/>
        </w:rPr>
        <w:t>16.35%</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disagree, and </w:t>
      </w:r>
      <w:r w:rsidRPr="001F0C1F">
        <w:rPr>
          <w:rStyle w:val="Strong"/>
          <w:rFonts w:ascii="Times New Roman" w:hAnsi="Times New Roman" w:cs="Times New Roman"/>
          <w:b w:val="0"/>
          <w:bCs w:val="0"/>
          <w:sz w:val="24"/>
          <w:szCs w:val="24"/>
        </w:rPr>
        <w:t>4.80%</w:t>
      </w:r>
      <w:r w:rsidRPr="001F0C1F">
        <w:rPr>
          <w:rFonts w:ascii="Times New Roman" w:hAnsi="Times New Roman" w:cs="Times New Roman"/>
          <w:sz w:val="24"/>
          <w:szCs w:val="24"/>
        </w:rPr>
        <w:t xml:space="preserve"> strongly disagree.</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Pr="001F0C1F" w:rsidRDefault="00CD25F1" w:rsidP="006A7E2C">
      <w:pPr>
        <w:pStyle w:val="NoSpacing"/>
        <w:spacing w:line="360" w:lineRule="auto"/>
        <w:jc w:val="both"/>
        <w:rPr>
          <w:rFonts w:ascii="Times New Roman" w:hAnsi="Times New Roman" w:cs="Times New Roman"/>
          <w:sz w:val="24"/>
          <w:szCs w:val="24"/>
        </w:rPr>
      </w:pPr>
    </w:p>
    <w:p w:rsidR="006A7E2C" w:rsidRPr="001F0C1F"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4.17 </w:t>
      </w:r>
    </w:p>
    <w:p w:rsidR="006A7E2C" w:rsidRPr="001F0C1F"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the CRM System Maintaining Effective</w:t>
      </w:r>
      <w:r w:rsidRPr="001F0C1F">
        <w:rPr>
          <w:rStyle w:val="Strong"/>
          <w:rFonts w:ascii="Times New Roman" w:hAnsi="Times New Roman" w:cs="Times New Roman"/>
          <w:b w:val="0"/>
          <w:bCs w:val="0"/>
          <w:sz w:val="24"/>
          <w:szCs w:val="24"/>
        </w:rPr>
        <w:t xml:space="preserve"> </w:t>
      </w:r>
      <w:r w:rsidRPr="004407B1">
        <w:rPr>
          <w:rStyle w:val="Strong"/>
          <w:rFonts w:ascii="Times New Roman" w:hAnsi="Times New Roman" w:cs="Times New Roman"/>
          <w:bCs w:val="0"/>
          <w:sz w:val="24"/>
          <w:szCs w:val="24"/>
        </w:rPr>
        <w:t>Communication</w:t>
      </w:r>
    </w:p>
    <w:tbl>
      <w:tblPr>
        <w:tblStyle w:val="TableGrid"/>
        <w:tblW w:w="6983" w:type="dxa"/>
        <w:jc w:val="center"/>
        <w:tblLook w:val="04A0" w:firstRow="1" w:lastRow="0" w:firstColumn="1" w:lastColumn="0" w:noHBand="0" w:noVBand="1"/>
      </w:tblPr>
      <w:tblGrid>
        <w:gridCol w:w="2557"/>
        <w:gridCol w:w="2767"/>
        <w:gridCol w:w="1659"/>
      </w:tblGrid>
      <w:tr w:rsidR="006A7E2C" w:rsidRPr="001F0C1F" w:rsidTr="00E7315E">
        <w:trPr>
          <w:trHeight w:val="387"/>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70"/>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38</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36.54</w:t>
            </w:r>
          </w:p>
        </w:tc>
      </w:tr>
      <w:tr w:rsidR="006A7E2C" w:rsidRPr="001F0C1F" w:rsidTr="00E7315E">
        <w:trPr>
          <w:trHeight w:val="387"/>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32.69</w:t>
            </w:r>
          </w:p>
        </w:tc>
      </w:tr>
      <w:tr w:rsidR="006A7E2C" w:rsidRPr="001F0C1F" w:rsidTr="00E7315E">
        <w:trPr>
          <w:trHeight w:val="387"/>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17</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16.35</w:t>
            </w:r>
          </w:p>
        </w:tc>
      </w:tr>
      <w:tr w:rsidR="006A7E2C" w:rsidRPr="001F0C1F" w:rsidTr="00E7315E">
        <w:trPr>
          <w:trHeight w:val="370"/>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E7315E">
        <w:trPr>
          <w:trHeight w:val="387"/>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4.80</w:t>
            </w:r>
          </w:p>
        </w:tc>
      </w:tr>
      <w:tr w:rsidR="006A7E2C" w:rsidRPr="001F0C1F" w:rsidTr="00E7315E">
        <w:trPr>
          <w:trHeight w:val="370"/>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Style w:val="Strong"/>
          <w:rFonts w:ascii="Times New Roman" w:hAnsi="Times New Roman" w:cs="Times New Roman"/>
          <w:sz w:val="24"/>
          <w:szCs w:val="24"/>
        </w:rPr>
        <w:t xml:space="preserve">4.17 </w:t>
      </w:r>
    </w:p>
    <w:p w:rsidR="006A7E2C" w:rsidRPr="001F0C1F"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the CRM System Maintaining Effective</w:t>
      </w:r>
      <w:r w:rsidRPr="001F0C1F">
        <w:rPr>
          <w:rStyle w:val="Strong"/>
          <w:rFonts w:ascii="Times New Roman" w:hAnsi="Times New Roman" w:cs="Times New Roman"/>
          <w:b w:val="0"/>
          <w:bCs w:val="0"/>
          <w:sz w:val="24"/>
          <w:szCs w:val="24"/>
        </w:rPr>
        <w:t xml:space="preserve"> </w:t>
      </w:r>
      <w:r w:rsidRPr="004407B1">
        <w:rPr>
          <w:rStyle w:val="Strong"/>
          <w:rFonts w:ascii="Times New Roman" w:hAnsi="Times New Roman" w:cs="Times New Roman"/>
          <w:bCs w:val="0"/>
          <w:sz w:val="24"/>
          <w:szCs w:val="24"/>
        </w:rPr>
        <w:t>Communication</w:t>
      </w:r>
    </w:p>
    <w:p w:rsidR="006A7E2C"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5088E385" wp14:editId="2D747D82">
            <wp:extent cx="4572000" cy="274320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4.17 shows respondents' opinion on the CRM system maintaining effective communication with international patients. </w:t>
      </w:r>
      <w:r w:rsidRPr="001F0C1F">
        <w:rPr>
          <w:rStyle w:val="Strong"/>
          <w:rFonts w:ascii="Times New Roman" w:hAnsi="Times New Roman" w:cs="Times New Roman"/>
          <w:b w:val="0"/>
          <w:bCs w:val="0"/>
          <w:sz w:val="24"/>
          <w:szCs w:val="24"/>
        </w:rPr>
        <w:t>36.54%</w:t>
      </w:r>
      <w:r w:rsidRPr="001F0C1F">
        <w:rPr>
          <w:rFonts w:ascii="Times New Roman" w:hAnsi="Times New Roman" w:cs="Times New Roman"/>
          <w:sz w:val="24"/>
          <w:szCs w:val="24"/>
        </w:rPr>
        <w:t xml:space="preserve"> of the respondents strongly agree, </w:t>
      </w:r>
      <w:r w:rsidRPr="001F0C1F">
        <w:rPr>
          <w:rStyle w:val="Strong"/>
          <w:rFonts w:ascii="Times New Roman" w:hAnsi="Times New Roman" w:cs="Times New Roman"/>
          <w:b w:val="0"/>
          <w:bCs w:val="0"/>
          <w:sz w:val="24"/>
          <w:szCs w:val="24"/>
        </w:rPr>
        <w:t>32.69%</w:t>
      </w:r>
      <w:r w:rsidRPr="001F0C1F">
        <w:rPr>
          <w:rFonts w:ascii="Times New Roman" w:hAnsi="Times New Roman" w:cs="Times New Roman"/>
          <w:sz w:val="24"/>
          <w:szCs w:val="24"/>
        </w:rPr>
        <w:t xml:space="preserve"> agree, </w:t>
      </w:r>
      <w:r w:rsidRPr="001F0C1F">
        <w:rPr>
          <w:rStyle w:val="Strong"/>
          <w:rFonts w:ascii="Times New Roman" w:hAnsi="Times New Roman" w:cs="Times New Roman"/>
          <w:b w:val="0"/>
          <w:bCs w:val="0"/>
          <w:sz w:val="24"/>
          <w:szCs w:val="24"/>
        </w:rPr>
        <w:t>16.35%</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disagree, and </w:t>
      </w:r>
      <w:r w:rsidRPr="001F0C1F">
        <w:rPr>
          <w:rStyle w:val="Strong"/>
          <w:rFonts w:ascii="Times New Roman" w:hAnsi="Times New Roman" w:cs="Times New Roman"/>
          <w:b w:val="0"/>
          <w:bCs w:val="0"/>
          <w:sz w:val="24"/>
          <w:szCs w:val="24"/>
        </w:rPr>
        <w:t>4.80%</w:t>
      </w:r>
      <w:r w:rsidRPr="001F0C1F">
        <w:rPr>
          <w:rFonts w:ascii="Times New Roman" w:hAnsi="Times New Roman" w:cs="Times New Roman"/>
          <w:sz w:val="24"/>
          <w:szCs w:val="24"/>
        </w:rPr>
        <w:t xml:space="preserve"> strongly disagree.</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Table 4.18</w:t>
      </w:r>
    </w:p>
    <w:p w:rsidR="006A7E2C" w:rsidRPr="001F0C1F"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 xml:space="preserve"> Shows Respondents' Opinion on Personalized Attention by Patient</w:t>
      </w:r>
      <w:r w:rsidRPr="001F0C1F">
        <w:rPr>
          <w:rStyle w:val="Strong"/>
          <w:rFonts w:ascii="Times New Roman" w:hAnsi="Times New Roman" w:cs="Times New Roman"/>
          <w:b w:val="0"/>
          <w:bCs w:val="0"/>
          <w:sz w:val="24"/>
          <w:szCs w:val="24"/>
        </w:rPr>
        <w:t xml:space="preserve"> </w:t>
      </w:r>
      <w:r w:rsidRPr="00954D76">
        <w:rPr>
          <w:rStyle w:val="Strong"/>
          <w:rFonts w:ascii="Times New Roman" w:hAnsi="Times New Roman" w:cs="Times New Roman"/>
          <w:bCs w:val="0"/>
          <w:sz w:val="24"/>
          <w:szCs w:val="24"/>
        </w:rPr>
        <w:t>Coordinators</w:t>
      </w:r>
    </w:p>
    <w:tbl>
      <w:tblPr>
        <w:tblStyle w:val="TableGrid"/>
        <w:tblW w:w="7039" w:type="dxa"/>
        <w:jc w:val="center"/>
        <w:tblLook w:val="04A0" w:firstRow="1" w:lastRow="0" w:firstColumn="1" w:lastColumn="0" w:noHBand="0" w:noVBand="1"/>
      </w:tblPr>
      <w:tblGrid>
        <w:gridCol w:w="2578"/>
        <w:gridCol w:w="2789"/>
        <w:gridCol w:w="1672"/>
      </w:tblGrid>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37</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35.58</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35</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33.65</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15.38</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11</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10.58</w:t>
            </w:r>
          </w:p>
        </w:tc>
      </w:tr>
      <w:tr w:rsidR="006A7E2C" w:rsidRPr="001F0C1F" w:rsidTr="00E7315E">
        <w:trPr>
          <w:trHeight w:val="386"/>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4.81</w:t>
            </w:r>
          </w:p>
        </w:tc>
      </w:tr>
      <w:tr w:rsidR="006A7E2C" w:rsidRPr="001F0C1F" w:rsidTr="00E7315E">
        <w:trPr>
          <w:trHeight w:val="36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6A7E2C"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Pr>
          <w:rStyle w:val="Strong"/>
          <w:rFonts w:ascii="Times New Roman" w:hAnsi="Times New Roman" w:cs="Times New Roman"/>
          <w:sz w:val="24"/>
          <w:szCs w:val="24"/>
        </w:rPr>
        <w:t xml:space="preserve"> </w:t>
      </w:r>
      <w:r w:rsidRPr="00726ED9">
        <w:rPr>
          <w:rStyle w:val="Strong"/>
          <w:rFonts w:ascii="Times New Roman" w:hAnsi="Times New Roman" w:cs="Times New Roman"/>
          <w:sz w:val="24"/>
          <w:szCs w:val="24"/>
        </w:rPr>
        <w:t>4.18</w:t>
      </w:r>
    </w:p>
    <w:p w:rsidR="006A7E2C" w:rsidRPr="001F0C1F"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 xml:space="preserve"> Shows Respondents' Opinion on Personalized Attention by Patient</w:t>
      </w:r>
      <w:r w:rsidRPr="001F0C1F">
        <w:rPr>
          <w:rStyle w:val="Strong"/>
          <w:rFonts w:ascii="Times New Roman" w:hAnsi="Times New Roman" w:cs="Times New Roman"/>
          <w:b w:val="0"/>
          <w:bCs w:val="0"/>
          <w:sz w:val="24"/>
          <w:szCs w:val="24"/>
        </w:rPr>
        <w:t xml:space="preserve"> </w:t>
      </w:r>
      <w:r w:rsidRPr="00954D76">
        <w:rPr>
          <w:rStyle w:val="Strong"/>
          <w:rFonts w:ascii="Times New Roman" w:hAnsi="Times New Roman" w:cs="Times New Roman"/>
          <w:bCs w:val="0"/>
          <w:sz w:val="24"/>
          <w:szCs w:val="24"/>
        </w:rPr>
        <w:t>Coordinators</w:t>
      </w:r>
    </w:p>
    <w:p w:rsidR="006A7E2C" w:rsidRPr="00600047" w:rsidRDefault="006A7E2C"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7C9A093E" wp14:editId="0432D726">
            <wp:extent cx="4572000" cy="274320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4.18 shows respondents' opinion on personalized attention provided by patient coordinators throughout the treatment process. </w:t>
      </w:r>
      <w:r w:rsidRPr="001F0C1F">
        <w:rPr>
          <w:rStyle w:val="Strong"/>
          <w:rFonts w:ascii="Times New Roman" w:hAnsi="Times New Roman" w:cs="Times New Roman"/>
          <w:b w:val="0"/>
          <w:bCs w:val="0"/>
          <w:sz w:val="24"/>
          <w:szCs w:val="24"/>
        </w:rPr>
        <w:t>35.58%</w:t>
      </w:r>
      <w:r w:rsidRPr="001F0C1F">
        <w:rPr>
          <w:rFonts w:ascii="Times New Roman" w:hAnsi="Times New Roman" w:cs="Times New Roman"/>
          <w:sz w:val="24"/>
          <w:szCs w:val="24"/>
        </w:rPr>
        <w:t xml:space="preserve"> of the respondents strongly agree, </w:t>
      </w:r>
      <w:r w:rsidRPr="001F0C1F">
        <w:rPr>
          <w:rStyle w:val="Strong"/>
          <w:rFonts w:ascii="Times New Roman" w:hAnsi="Times New Roman" w:cs="Times New Roman"/>
          <w:b w:val="0"/>
          <w:bCs w:val="0"/>
          <w:sz w:val="24"/>
          <w:szCs w:val="24"/>
        </w:rPr>
        <w:t>33.65%</w:t>
      </w:r>
      <w:r w:rsidRPr="001F0C1F">
        <w:rPr>
          <w:rFonts w:ascii="Times New Roman" w:hAnsi="Times New Roman" w:cs="Times New Roman"/>
          <w:sz w:val="24"/>
          <w:szCs w:val="24"/>
        </w:rPr>
        <w:t xml:space="preserve"> agree, </w:t>
      </w:r>
      <w:r w:rsidRPr="001F0C1F">
        <w:rPr>
          <w:rStyle w:val="Strong"/>
          <w:rFonts w:ascii="Times New Roman" w:hAnsi="Times New Roman" w:cs="Times New Roman"/>
          <w:b w:val="0"/>
          <w:bCs w:val="0"/>
          <w:sz w:val="24"/>
          <w:szCs w:val="24"/>
        </w:rPr>
        <w:t>15.38%</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10.58%</w:t>
      </w:r>
      <w:r w:rsidRPr="001F0C1F">
        <w:rPr>
          <w:rFonts w:ascii="Times New Roman" w:hAnsi="Times New Roman" w:cs="Times New Roman"/>
          <w:sz w:val="24"/>
          <w:szCs w:val="24"/>
        </w:rPr>
        <w:t xml:space="preserve"> disagree, and </w:t>
      </w:r>
      <w:r w:rsidRPr="001F0C1F">
        <w:rPr>
          <w:rStyle w:val="Strong"/>
          <w:rFonts w:ascii="Times New Roman" w:hAnsi="Times New Roman" w:cs="Times New Roman"/>
          <w:b w:val="0"/>
          <w:bCs w:val="0"/>
          <w:sz w:val="24"/>
          <w:szCs w:val="24"/>
        </w:rPr>
        <w:t>4.81%</w:t>
      </w:r>
      <w:r w:rsidRPr="001F0C1F">
        <w:rPr>
          <w:rFonts w:ascii="Times New Roman" w:hAnsi="Times New Roman" w:cs="Times New Roman"/>
          <w:sz w:val="24"/>
          <w:szCs w:val="24"/>
        </w:rPr>
        <w:t xml:space="preserve"> strongly disagree.</w:t>
      </w: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6A7E2C" w:rsidRPr="001F0C1F" w:rsidRDefault="006A7E2C" w:rsidP="006A7E2C">
      <w:pPr>
        <w:pStyle w:val="NoSpacing"/>
        <w:spacing w:line="360" w:lineRule="auto"/>
        <w:jc w:val="both"/>
        <w:rPr>
          <w:rFonts w:ascii="Times New Roman" w:hAnsi="Times New Roman" w:cs="Times New Roman"/>
          <w:sz w:val="24"/>
          <w:szCs w:val="24"/>
        </w:rPr>
      </w:pPr>
    </w:p>
    <w:p w:rsidR="00CD25F1"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Table 4.19</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Accurate and Timely Information</w:t>
      </w:r>
    </w:p>
    <w:tbl>
      <w:tblPr>
        <w:tblStyle w:val="TableGrid"/>
        <w:tblW w:w="7327" w:type="dxa"/>
        <w:jc w:val="center"/>
        <w:tblLook w:val="04A0" w:firstRow="1" w:lastRow="0" w:firstColumn="1" w:lastColumn="0" w:noHBand="0" w:noVBand="1"/>
      </w:tblPr>
      <w:tblGrid>
        <w:gridCol w:w="2683"/>
        <w:gridCol w:w="2903"/>
        <w:gridCol w:w="1741"/>
      </w:tblGrid>
      <w:tr w:rsidR="006A7E2C" w:rsidRPr="001F0C1F" w:rsidTr="00CD25F1">
        <w:trPr>
          <w:trHeight w:val="40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CD25F1">
        <w:trPr>
          <w:trHeight w:val="40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39</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37.50</w:t>
            </w:r>
          </w:p>
        </w:tc>
      </w:tr>
      <w:tr w:rsidR="006A7E2C" w:rsidRPr="001F0C1F" w:rsidTr="00CD25F1">
        <w:trPr>
          <w:trHeight w:val="40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33</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31.73</w:t>
            </w:r>
          </w:p>
        </w:tc>
      </w:tr>
      <w:tr w:rsidR="006A7E2C" w:rsidRPr="001F0C1F" w:rsidTr="00CD25F1">
        <w:trPr>
          <w:trHeight w:val="40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15.38</w:t>
            </w:r>
          </w:p>
        </w:tc>
      </w:tr>
      <w:tr w:rsidR="006A7E2C" w:rsidRPr="001F0C1F" w:rsidTr="00CD25F1">
        <w:trPr>
          <w:trHeight w:val="40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CD25F1">
        <w:trPr>
          <w:trHeight w:val="40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CD25F1">
        <w:trPr>
          <w:trHeight w:val="433"/>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CD25F1" w:rsidRDefault="006A7E2C" w:rsidP="00CD25F1">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sidR="00CD25F1">
        <w:rPr>
          <w:rStyle w:val="Strong"/>
          <w:rFonts w:ascii="Times New Roman" w:hAnsi="Times New Roman" w:cs="Times New Roman"/>
          <w:sz w:val="24"/>
          <w:szCs w:val="24"/>
        </w:rPr>
        <w:t xml:space="preserve"> </w:t>
      </w:r>
      <w:r w:rsidR="00CD25F1" w:rsidRPr="00726ED9">
        <w:rPr>
          <w:rStyle w:val="Strong"/>
          <w:rFonts w:ascii="Times New Roman" w:hAnsi="Times New Roman" w:cs="Times New Roman"/>
          <w:sz w:val="24"/>
          <w:szCs w:val="24"/>
        </w:rPr>
        <w:t>4.19</w:t>
      </w:r>
    </w:p>
    <w:p w:rsidR="00CD25F1" w:rsidRPr="00726ED9" w:rsidRDefault="00CD25F1" w:rsidP="00CD25F1">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Accurate and Timely Information</w:t>
      </w:r>
    </w:p>
    <w:p w:rsidR="006A7E2C" w:rsidRPr="00600047" w:rsidRDefault="00CD25F1"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0B03C412" wp14:editId="6585F9B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4.19 shows respondents' opinion on the organization providing accurate and timely information at every stage of treatment. </w:t>
      </w:r>
      <w:r w:rsidRPr="001F0C1F">
        <w:rPr>
          <w:rStyle w:val="Strong"/>
          <w:rFonts w:ascii="Times New Roman" w:hAnsi="Times New Roman" w:cs="Times New Roman"/>
          <w:b w:val="0"/>
          <w:bCs w:val="0"/>
          <w:sz w:val="24"/>
          <w:szCs w:val="24"/>
        </w:rPr>
        <w:t>37.50%</w:t>
      </w:r>
      <w:r w:rsidRPr="001F0C1F">
        <w:rPr>
          <w:rFonts w:ascii="Times New Roman" w:hAnsi="Times New Roman" w:cs="Times New Roman"/>
          <w:sz w:val="24"/>
          <w:szCs w:val="24"/>
        </w:rPr>
        <w:t xml:space="preserve"> of the respondents strongly agree, </w:t>
      </w:r>
      <w:r w:rsidRPr="001F0C1F">
        <w:rPr>
          <w:rStyle w:val="Strong"/>
          <w:rFonts w:ascii="Times New Roman" w:hAnsi="Times New Roman" w:cs="Times New Roman"/>
          <w:b w:val="0"/>
          <w:bCs w:val="0"/>
          <w:sz w:val="24"/>
          <w:szCs w:val="24"/>
        </w:rPr>
        <w:t>31.73%</w:t>
      </w:r>
      <w:r w:rsidRPr="001F0C1F">
        <w:rPr>
          <w:rFonts w:ascii="Times New Roman" w:hAnsi="Times New Roman" w:cs="Times New Roman"/>
          <w:sz w:val="24"/>
          <w:szCs w:val="24"/>
        </w:rPr>
        <w:t xml:space="preserve"> agree, </w:t>
      </w:r>
      <w:r w:rsidRPr="001F0C1F">
        <w:rPr>
          <w:rStyle w:val="Strong"/>
          <w:rFonts w:ascii="Times New Roman" w:hAnsi="Times New Roman" w:cs="Times New Roman"/>
          <w:b w:val="0"/>
          <w:bCs w:val="0"/>
          <w:sz w:val="24"/>
          <w:szCs w:val="24"/>
        </w:rPr>
        <w:t>15.38%</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disagree,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strongly disagree.</w:t>
      </w:r>
    </w:p>
    <w:p w:rsidR="006A7E2C" w:rsidRDefault="006A7E2C"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Default="00CD25F1" w:rsidP="006A7E2C">
      <w:pPr>
        <w:pStyle w:val="NoSpacing"/>
        <w:spacing w:line="360" w:lineRule="auto"/>
        <w:jc w:val="both"/>
        <w:rPr>
          <w:rFonts w:ascii="Times New Roman" w:hAnsi="Times New Roman" w:cs="Times New Roman"/>
          <w:sz w:val="24"/>
          <w:szCs w:val="24"/>
        </w:rPr>
      </w:pPr>
    </w:p>
    <w:p w:rsidR="00CD25F1" w:rsidRPr="001F0C1F" w:rsidRDefault="00CD25F1" w:rsidP="006A7E2C">
      <w:pPr>
        <w:pStyle w:val="NoSpacing"/>
        <w:spacing w:line="360" w:lineRule="auto"/>
        <w:jc w:val="both"/>
        <w:rPr>
          <w:rFonts w:ascii="Times New Roman" w:hAnsi="Times New Roman" w:cs="Times New Roman"/>
          <w:sz w:val="24"/>
          <w:szCs w:val="24"/>
        </w:rPr>
      </w:pPr>
    </w:p>
    <w:p w:rsidR="00CD25F1"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4.20 </w:t>
      </w:r>
    </w:p>
    <w:p w:rsidR="006A7E2C" w:rsidRPr="001F0C1F"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Effective Follow-up Services After</w:t>
      </w:r>
      <w:r w:rsidRPr="001F0C1F">
        <w:rPr>
          <w:rStyle w:val="Strong"/>
          <w:rFonts w:ascii="Times New Roman" w:hAnsi="Times New Roman" w:cs="Times New Roman"/>
          <w:b w:val="0"/>
          <w:bCs w:val="0"/>
          <w:sz w:val="24"/>
          <w:szCs w:val="24"/>
        </w:rPr>
        <w:t xml:space="preserve"> </w:t>
      </w:r>
      <w:r w:rsidRPr="00CD25F1">
        <w:rPr>
          <w:rStyle w:val="Strong"/>
          <w:rFonts w:ascii="Times New Roman" w:hAnsi="Times New Roman" w:cs="Times New Roman"/>
          <w:bCs w:val="0"/>
          <w:sz w:val="24"/>
          <w:szCs w:val="24"/>
        </w:rPr>
        <w:t>Treatment</w:t>
      </w:r>
    </w:p>
    <w:tbl>
      <w:tblPr>
        <w:tblStyle w:val="TableGrid"/>
        <w:tblW w:w="7401" w:type="dxa"/>
        <w:jc w:val="center"/>
        <w:tblLook w:val="04A0" w:firstRow="1" w:lastRow="0" w:firstColumn="1" w:lastColumn="0" w:noHBand="0" w:noVBand="1"/>
      </w:tblPr>
      <w:tblGrid>
        <w:gridCol w:w="2711"/>
        <w:gridCol w:w="2932"/>
        <w:gridCol w:w="1758"/>
      </w:tblGrid>
      <w:tr w:rsidR="006A7E2C" w:rsidRPr="001F0C1F" w:rsidTr="00CD25F1">
        <w:trPr>
          <w:trHeight w:val="43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CD25F1">
        <w:trPr>
          <w:trHeight w:val="43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34.62</w:t>
            </w:r>
          </w:p>
        </w:tc>
      </w:tr>
      <w:tr w:rsidR="006A7E2C" w:rsidRPr="001F0C1F" w:rsidTr="00CD25F1">
        <w:trPr>
          <w:trHeight w:val="43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35</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33.65</w:t>
            </w:r>
          </w:p>
        </w:tc>
      </w:tr>
      <w:tr w:rsidR="006A7E2C" w:rsidRPr="001F0C1F" w:rsidTr="00CD25F1">
        <w:trPr>
          <w:trHeight w:val="43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17</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16.35</w:t>
            </w:r>
          </w:p>
        </w:tc>
      </w:tr>
      <w:tr w:rsidR="006A7E2C" w:rsidRPr="001F0C1F" w:rsidTr="00CD25F1">
        <w:trPr>
          <w:trHeight w:val="43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9.61</w:t>
            </w:r>
          </w:p>
        </w:tc>
      </w:tr>
      <w:tr w:rsidR="006A7E2C" w:rsidRPr="001F0C1F" w:rsidTr="00CD25F1">
        <w:trPr>
          <w:trHeight w:val="43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CD25F1">
        <w:trPr>
          <w:trHeight w:val="458"/>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CD25F1" w:rsidRDefault="006A7E2C" w:rsidP="006A7E2C">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sidR="00CD25F1">
        <w:rPr>
          <w:rStyle w:val="Strong"/>
          <w:rFonts w:ascii="Times New Roman" w:hAnsi="Times New Roman" w:cs="Times New Roman"/>
          <w:sz w:val="24"/>
          <w:szCs w:val="24"/>
        </w:rPr>
        <w:t xml:space="preserve"> 4.20</w:t>
      </w:r>
    </w:p>
    <w:p w:rsidR="006A7E2C" w:rsidRDefault="00CD25F1" w:rsidP="006A7E2C">
      <w:pPr>
        <w:pStyle w:val="NoSpacing"/>
        <w:spacing w:line="360" w:lineRule="auto"/>
        <w:jc w:val="center"/>
        <w:rPr>
          <w:rStyle w:val="Strong"/>
          <w:rFonts w:ascii="Times New Roman" w:hAnsi="Times New Roman" w:cs="Times New Roman"/>
          <w:bCs w:val="0"/>
          <w:sz w:val="24"/>
          <w:szCs w:val="24"/>
        </w:rPr>
      </w:pPr>
      <w:r w:rsidRPr="00726ED9">
        <w:rPr>
          <w:rStyle w:val="Strong"/>
          <w:rFonts w:ascii="Times New Roman" w:hAnsi="Times New Roman" w:cs="Times New Roman"/>
          <w:sz w:val="24"/>
          <w:szCs w:val="24"/>
        </w:rPr>
        <w:t>Shows Respondents' Opinion on Effective Follow-up Services After</w:t>
      </w:r>
      <w:r w:rsidRPr="001F0C1F">
        <w:rPr>
          <w:rStyle w:val="Strong"/>
          <w:rFonts w:ascii="Times New Roman" w:hAnsi="Times New Roman" w:cs="Times New Roman"/>
          <w:b w:val="0"/>
          <w:bCs w:val="0"/>
          <w:sz w:val="24"/>
          <w:szCs w:val="24"/>
        </w:rPr>
        <w:t xml:space="preserve"> </w:t>
      </w:r>
      <w:r w:rsidRPr="00CD25F1">
        <w:rPr>
          <w:rStyle w:val="Strong"/>
          <w:rFonts w:ascii="Times New Roman" w:hAnsi="Times New Roman" w:cs="Times New Roman"/>
          <w:bCs w:val="0"/>
          <w:sz w:val="24"/>
          <w:szCs w:val="24"/>
        </w:rPr>
        <w:t>Treatment</w:t>
      </w:r>
    </w:p>
    <w:p w:rsidR="00CD25F1" w:rsidRPr="00600047" w:rsidRDefault="00CD25F1"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6B9026B1" wp14:editId="0E4B8541">
            <wp:extent cx="4572000" cy="2743200"/>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4.20 shows respondents' opinion on effective follow-up services after treatment. </w:t>
      </w:r>
      <w:r w:rsidRPr="001F0C1F">
        <w:rPr>
          <w:rStyle w:val="Strong"/>
          <w:rFonts w:ascii="Times New Roman" w:hAnsi="Times New Roman" w:cs="Times New Roman"/>
          <w:b w:val="0"/>
          <w:bCs w:val="0"/>
          <w:sz w:val="24"/>
          <w:szCs w:val="24"/>
        </w:rPr>
        <w:t>34.62%</w:t>
      </w:r>
      <w:r w:rsidRPr="001F0C1F">
        <w:rPr>
          <w:rFonts w:ascii="Times New Roman" w:hAnsi="Times New Roman" w:cs="Times New Roman"/>
          <w:sz w:val="24"/>
          <w:szCs w:val="24"/>
        </w:rPr>
        <w:t xml:space="preserve"> of the respondents strongly agree, </w:t>
      </w:r>
      <w:r w:rsidRPr="001F0C1F">
        <w:rPr>
          <w:rStyle w:val="Strong"/>
          <w:rFonts w:ascii="Times New Roman" w:hAnsi="Times New Roman" w:cs="Times New Roman"/>
          <w:b w:val="0"/>
          <w:bCs w:val="0"/>
          <w:sz w:val="24"/>
          <w:szCs w:val="24"/>
        </w:rPr>
        <w:t>33.65%</w:t>
      </w:r>
      <w:r w:rsidRPr="001F0C1F">
        <w:rPr>
          <w:rFonts w:ascii="Times New Roman" w:hAnsi="Times New Roman" w:cs="Times New Roman"/>
          <w:sz w:val="24"/>
          <w:szCs w:val="24"/>
        </w:rPr>
        <w:t xml:space="preserve"> agree, </w:t>
      </w:r>
      <w:r w:rsidRPr="001F0C1F">
        <w:rPr>
          <w:rStyle w:val="Strong"/>
          <w:rFonts w:ascii="Times New Roman" w:hAnsi="Times New Roman" w:cs="Times New Roman"/>
          <w:b w:val="0"/>
          <w:bCs w:val="0"/>
          <w:sz w:val="24"/>
          <w:szCs w:val="24"/>
        </w:rPr>
        <w:t>16.35%</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9.61%</w:t>
      </w:r>
      <w:r w:rsidRPr="001F0C1F">
        <w:rPr>
          <w:rFonts w:ascii="Times New Roman" w:hAnsi="Times New Roman" w:cs="Times New Roman"/>
          <w:sz w:val="24"/>
          <w:szCs w:val="24"/>
        </w:rPr>
        <w:t xml:space="preserve"> disagree,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strongly disagree.</w:t>
      </w: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4.21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CRM Practices Improving Overall Quality of International Patient Coordination Services</w:t>
      </w:r>
    </w:p>
    <w:tbl>
      <w:tblPr>
        <w:tblStyle w:val="TableGrid"/>
        <w:tblW w:w="7401" w:type="dxa"/>
        <w:jc w:val="center"/>
        <w:tblLook w:val="04A0" w:firstRow="1" w:lastRow="0" w:firstColumn="1" w:lastColumn="0" w:noHBand="0" w:noVBand="1"/>
      </w:tblPr>
      <w:tblGrid>
        <w:gridCol w:w="2711"/>
        <w:gridCol w:w="2932"/>
        <w:gridCol w:w="1758"/>
      </w:tblGrid>
      <w:tr w:rsidR="006A7E2C" w:rsidRPr="001F0C1F" w:rsidTr="009056B2">
        <w:trPr>
          <w:trHeight w:val="40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9056B2">
        <w:trPr>
          <w:trHeight w:val="40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39</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37.50</w:t>
            </w:r>
          </w:p>
        </w:tc>
      </w:tr>
      <w:tr w:rsidR="006A7E2C" w:rsidRPr="001F0C1F" w:rsidTr="009056B2">
        <w:trPr>
          <w:trHeight w:val="40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32.69</w:t>
            </w:r>
          </w:p>
        </w:tc>
      </w:tr>
      <w:tr w:rsidR="006A7E2C" w:rsidRPr="001F0C1F" w:rsidTr="009056B2">
        <w:trPr>
          <w:trHeight w:val="40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15</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14.42</w:t>
            </w:r>
          </w:p>
        </w:tc>
      </w:tr>
      <w:tr w:rsidR="006A7E2C" w:rsidRPr="001F0C1F" w:rsidTr="009056B2">
        <w:trPr>
          <w:trHeight w:val="40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9056B2">
        <w:trPr>
          <w:trHeight w:val="40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9056B2">
        <w:trPr>
          <w:trHeight w:val="433"/>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9056B2" w:rsidRDefault="006A7E2C" w:rsidP="009056B2">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sidR="009056B2">
        <w:rPr>
          <w:rStyle w:val="Strong"/>
          <w:rFonts w:ascii="Times New Roman" w:hAnsi="Times New Roman" w:cs="Times New Roman"/>
          <w:sz w:val="24"/>
          <w:szCs w:val="24"/>
        </w:rPr>
        <w:t xml:space="preserve"> </w:t>
      </w:r>
      <w:r w:rsidR="009056B2" w:rsidRPr="00726ED9">
        <w:rPr>
          <w:rStyle w:val="Strong"/>
          <w:rFonts w:ascii="Times New Roman" w:hAnsi="Times New Roman" w:cs="Times New Roman"/>
          <w:sz w:val="24"/>
          <w:szCs w:val="24"/>
        </w:rPr>
        <w:t xml:space="preserve">4.21 </w:t>
      </w:r>
    </w:p>
    <w:p w:rsidR="009056B2" w:rsidRPr="00726ED9" w:rsidRDefault="009056B2" w:rsidP="009056B2">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CRM Practices Improving Overall Quality of International Patient Coordination Services</w:t>
      </w:r>
    </w:p>
    <w:p w:rsidR="006A7E2C" w:rsidRPr="00600047" w:rsidRDefault="009056B2"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2EA993F5" wp14:editId="56208ED5">
            <wp:extent cx="4572000" cy="2743200"/>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 Table 4.21 shows respondents' opinion on CRM practices improving the overall quality of international patient coordination services. </w:t>
      </w:r>
      <w:r w:rsidRPr="001F0C1F">
        <w:rPr>
          <w:rStyle w:val="Strong"/>
          <w:rFonts w:ascii="Times New Roman" w:hAnsi="Times New Roman" w:cs="Times New Roman"/>
          <w:b w:val="0"/>
          <w:bCs w:val="0"/>
          <w:sz w:val="24"/>
          <w:szCs w:val="24"/>
        </w:rPr>
        <w:t>37.50%</w:t>
      </w:r>
      <w:r w:rsidRPr="001F0C1F">
        <w:rPr>
          <w:rFonts w:ascii="Times New Roman" w:hAnsi="Times New Roman" w:cs="Times New Roman"/>
          <w:sz w:val="24"/>
          <w:szCs w:val="24"/>
        </w:rPr>
        <w:t xml:space="preserve"> of the respondents strongly agree, </w:t>
      </w:r>
      <w:r w:rsidRPr="001F0C1F">
        <w:rPr>
          <w:rStyle w:val="Strong"/>
          <w:rFonts w:ascii="Times New Roman" w:hAnsi="Times New Roman" w:cs="Times New Roman"/>
          <w:b w:val="0"/>
          <w:bCs w:val="0"/>
          <w:sz w:val="24"/>
          <w:szCs w:val="24"/>
        </w:rPr>
        <w:t>32.69%</w:t>
      </w:r>
      <w:r w:rsidRPr="001F0C1F">
        <w:rPr>
          <w:rFonts w:ascii="Times New Roman" w:hAnsi="Times New Roman" w:cs="Times New Roman"/>
          <w:sz w:val="24"/>
          <w:szCs w:val="24"/>
        </w:rPr>
        <w:t xml:space="preserve"> agree, </w:t>
      </w:r>
      <w:r w:rsidRPr="001F0C1F">
        <w:rPr>
          <w:rStyle w:val="Strong"/>
          <w:rFonts w:ascii="Times New Roman" w:hAnsi="Times New Roman" w:cs="Times New Roman"/>
          <w:b w:val="0"/>
          <w:bCs w:val="0"/>
          <w:sz w:val="24"/>
          <w:szCs w:val="24"/>
        </w:rPr>
        <w:t>14.42%</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disagree,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strongly disagree.</w:t>
      </w:r>
    </w:p>
    <w:p w:rsidR="006A7E2C" w:rsidRDefault="006A7E2C"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Pr="001F0C1F" w:rsidRDefault="009056B2" w:rsidP="006A7E2C">
      <w:pPr>
        <w:pStyle w:val="NoSpacing"/>
        <w:spacing w:line="360" w:lineRule="auto"/>
        <w:jc w:val="both"/>
        <w:rPr>
          <w:rFonts w:ascii="Times New Roman" w:hAnsi="Times New Roman" w:cs="Times New Roman"/>
          <w:sz w:val="24"/>
          <w:szCs w:val="24"/>
        </w:rPr>
      </w:pPr>
    </w:p>
    <w:p w:rsidR="009056B2"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4.22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Efficient Resolution of Patient Complaints and Issues</w:t>
      </w:r>
    </w:p>
    <w:tbl>
      <w:tblPr>
        <w:tblStyle w:val="TableGrid"/>
        <w:tblW w:w="7451" w:type="dxa"/>
        <w:jc w:val="center"/>
        <w:tblLook w:val="04A0" w:firstRow="1" w:lastRow="0" w:firstColumn="1" w:lastColumn="0" w:noHBand="0" w:noVBand="1"/>
      </w:tblPr>
      <w:tblGrid>
        <w:gridCol w:w="2729"/>
        <w:gridCol w:w="2952"/>
        <w:gridCol w:w="1770"/>
      </w:tblGrid>
      <w:tr w:rsidR="006A7E2C" w:rsidRPr="001F0C1F" w:rsidTr="009056B2">
        <w:trPr>
          <w:trHeight w:val="43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9056B2">
        <w:trPr>
          <w:trHeight w:val="43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37</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35.58</w:t>
            </w:r>
          </w:p>
        </w:tc>
      </w:tr>
      <w:tr w:rsidR="006A7E2C" w:rsidRPr="001F0C1F" w:rsidTr="009056B2">
        <w:trPr>
          <w:trHeight w:val="43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35</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33.65</w:t>
            </w:r>
          </w:p>
        </w:tc>
      </w:tr>
      <w:tr w:rsidR="006A7E2C" w:rsidRPr="001F0C1F" w:rsidTr="009056B2">
        <w:trPr>
          <w:trHeight w:val="43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15.38</w:t>
            </w:r>
          </w:p>
        </w:tc>
      </w:tr>
      <w:tr w:rsidR="006A7E2C" w:rsidRPr="001F0C1F" w:rsidTr="009056B2">
        <w:trPr>
          <w:trHeight w:val="43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9056B2">
        <w:trPr>
          <w:trHeight w:val="432"/>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9056B2">
        <w:trPr>
          <w:trHeight w:val="458"/>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9056B2" w:rsidRDefault="006A7E2C" w:rsidP="009056B2">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sidR="009056B2">
        <w:rPr>
          <w:rStyle w:val="Strong"/>
          <w:rFonts w:ascii="Times New Roman" w:hAnsi="Times New Roman" w:cs="Times New Roman"/>
          <w:sz w:val="24"/>
          <w:szCs w:val="24"/>
        </w:rPr>
        <w:t xml:space="preserve"> </w:t>
      </w:r>
      <w:r w:rsidR="009056B2" w:rsidRPr="00726ED9">
        <w:rPr>
          <w:rStyle w:val="Strong"/>
          <w:rFonts w:ascii="Times New Roman" w:hAnsi="Times New Roman" w:cs="Times New Roman"/>
          <w:sz w:val="24"/>
          <w:szCs w:val="24"/>
        </w:rPr>
        <w:t xml:space="preserve">4.22 </w:t>
      </w:r>
    </w:p>
    <w:p w:rsidR="009056B2" w:rsidRPr="00726ED9" w:rsidRDefault="009056B2" w:rsidP="009056B2">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Efficient Resolution of Patient Complaints and Issues</w:t>
      </w:r>
    </w:p>
    <w:p w:rsidR="006A7E2C" w:rsidRPr="00600047" w:rsidRDefault="009056B2"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3662E8AA" wp14:editId="7635D213">
            <wp:extent cx="4572000" cy="2743200"/>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 Table 4.22 shows respondents' opinion on the efficient resolution of patient complaints and issues. </w:t>
      </w:r>
      <w:r w:rsidRPr="001F0C1F">
        <w:rPr>
          <w:rStyle w:val="Strong"/>
          <w:rFonts w:ascii="Times New Roman" w:hAnsi="Times New Roman" w:cs="Times New Roman"/>
          <w:b w:val="0"/>
          <w:bCs w:val="0"/>
          <w:sz w:val="24"/>
          <w:szCs w:val="24"/>
        </w:rPr>
        <w:t>35.58%</w:t>
      </w:r>
      <w:r w:rsidRPr="001F0C1F">
        <w:rPr>
          <w:rFonts w:ascii="Times New Roman" w:hAnsi="Times New Roman" w:cs="Times New Roman"/>
          <w:sz w:val="24"/>
          <w:szCs w:val="24"/>
        </w:rPr>
        <w:t xml:space="preserve"> of the respondents strongly agree, </w:t>
      </w:r>
      <w:r w:rsidRPr="001F0C1F">
        <w:rPr>
          <w:rStyle w:val="Strong"/>
          <w:rFonts w:ascii="Times New Roman" w:hAnsi="Times New Roman" w:cs="Times New Roman"/>
          <w:b w:val="0"/>
          <w:bCs w:val="0"/>
          <w:sz w:val="24"/>
          <w:szCs w:val="24"/>
        </w:rPr>
        <w:t>33.65%</w:t>
      </w:r>
      <w:r w:rsidRPr="001F0C1F">
        <w:rPr>
          <w:rFonts w:ascii="Times New Roman" w:hAnsi="Times New Roman" w:cs="Times New Roman"/>
          <w:sz w:val="24"/>
          <w:szCs w:val="24"/>
        </w:rPr>
        <w:t xml:space="preserve"> agree, </w:t>
      </w:r>
      <w:r w:rsidRPr="001F0C1F">
        <w:rPr>
          <w:rStyle w:val="Strong"/>
          <w:rFonts w:ascii="Times New Roman" w:hAnsi="Times New Roman" w:cs="Times New Roman"/>
          <w:b w:val="0"/>
          <w:bCs w:val="0"/>
          <w:sz w:val="24"/>
          <w:szCs w:val="24"/>
        </w:rPr>
        <w:t>15.38%</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disagree,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strongly disagree.</w:t>
      </w:r>
    </w:p>
    <w:p w:rsidR="006A7E2C" w:rsidRDefault="006A7E2C"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Pr="001F0C1F" w:rsidRDefault="009056B2" w:rsidP="006A7E2C">
      <w:pPr>
        <w:pStyle w:val="NoSpacing"/>
        <w:spacing w:line="360" w:lineRule="auto"/>
        <w:jc w:val="both"/>
        <w:rPr>
          <w:rFonts w:ascii="Times New Roman" w:hAnsi="Times New Roman" w:cs="Times New Roman"/>
          <w:sz w:val="24"/>
          <w:szCs w:val="24"/>
        </w:rPr>
      </w:pPr>
    </w:p>
    <w:p w:rsidR="009056B2"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4.23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 xml:space="preserve">Shows Respondents' Trust in Expert </w:t>
      </w:r>
      <w:proofErr w:type="spellStart"/>
      <w:r w:rsidRPr="00726ED9">
        <w:rPr>
          <w:rStyle w:val="Strong"/>
          <w:rFonts w:ascii="Times New Roman" w:hAnsi="Times New Roman" w:cs="Times New Roman"/>
          <w:sz w:val="24"/>
          <w:szCs w:val="24"/>
        </w:rPr>
        <w:t>Chikitsa</w:t>
      </w:r>
      <w:proofErr w:type="spellEnd"/>
      <w:r w:rsidRPr="00726ED9">
        <w:rPr>
          <w:rStyle w:val="Strong"/>
          <w:rFonts w:ascii="Times New Roman" w:hAnsi="Times New Roman" w:cs="Times New Roman"/>
          <w:sz w:val="24"/>
          <w:szCs w:val="24"/>
        </w:rPr>
        <w:t xml:space="preserve"> Due to Professional Communication and Coordination</w:t>
      </w:r>
    </w:p>
    <w:tbl>
      <w:tblPr>
        <w:tblStyle w:val="TableGrid"/>
        <w:tblW w:w="7501" w:type="dxa"/>
        <w:jc w:val="center"/>
        <w:tblLook w:val="04A0" w:firstRow="1" w:lastRow="0" w:firstColumn="1" w:lastColumn="0" w:noHBand="0" w:noVBand="1"/>
      </w:tblPr>
      <w:tblGrid>
        <w:gridCol w:w="2747"/>
        <w:gridCol w:w="2972"/>
        <w:gridCol w:w="1782"/>
      </w:tblGrid>
      <w:tr w:rsidR="006A7E2C" w:rsidRPr="001F0C1F" w:rsidTr="009056B2">
        <w:trPr>
          <w:trHeight w:val="42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9056B2">
        <w:trPr>
          <w:trHeight w:val="42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40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38.46</w:t>
            </w:r>
          </w:p>
        </w:tc>
      </w:tr>
      <w:tr w:rsidR="006A7E2C" w:rsidRPr="001F0C1F" w:rsidTr="009056B2">
        <w:trPr>
          <w:trHeight w:val="42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33</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31.73</w:t>
            </w:r>
          </w:p>
        </w:tc>
      </w:tr>
      <w:tr w:rsidR="006A7E2C" w:rsidRPr="001F0C1F" w:rsidTr="009056B2">
        <w:trPr>
          <w:trHeight w:val="42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15</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14.42</w:t>
            </w:r>
          </w:p>
        </w:tc>
      </w:tr>
      <w:tr w:rsidR="006A7E2C" w:rsidRPr="001F0C1F" w:rsidTr="009056B2">
        <w:trPr>
          <w:trHeight w:val="42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9056B2">
        <w:trPr>
          <w:trHeight w:val="42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9056B2">
        <w:trPr>
          <w:trHeight w:val="454"/>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9056B2" w:rsidRDefault="006A7E2C" w:rsidP="009056B2">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sidR="009056B2">
        <w:rPr>
          <w:rStyle w:val="Strong"/>
          <w:rFonts w:ascii="Times New Roman" w:hAnsi="Times New Roman" w:cs="Times New Roman"/>
          <w:sz w:val="24"/>
          <w:szCs w:val="24"/>
        </w:rPr>
        <w:t xml:space="preserve"> </w:t>
      </w:r>
      <w:r w:rsidR="009056B2" w:rsidRPr="00726ED9">
        <w:rPr>
          <w:rStyle w:val="Strong"/>
          <w:rFonts w:ascii="Times New Roman" w:hAnsi="Times New Roman" w:cs="Times New Roman"/>
          <w:sz w:val="24"/>
          <w:szCs w:val="24"/>
        </w:rPr>
        <w:t xml:space="preserve">4.23 </w:t>
      </w:r>
    </w:p>
    <w:p w:rsidR="009056B2" w:rsidRPr="00726ED9" w:rsidRDefault="009056B2" w:rsidP="009056B2">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 xml:space="preserve">Shows Respondents' Trust in Expert </w:t>
      </w:r>
      <w:proofErr w:type="spellStart"/>
      <w:r w:rsidRPr="00726ED9">
        <w:rPr>
          <w:rStyle w:val="Strong"/>
          <w:rFonts w:ascii="Times New Roman" w:hAnsi="Times New Roman" w:cs="Times New Roman"/>
          <w:sz w:val="24"/>
          <w:szCs w:val="24"/>
        </w:rPr>
        <w:t>Chikitsa</w:t>
      </w:r>
      <w:proofErr w:type="spellEnd"/>
      <w:r w:rsidRPr="00726ED9">
        <w:rPr>
          <w:rStyle w:val="Strong"/>
          <w:rFonts w:ascii="Times New Roman" w:hAnsi="Times New Roman" w:cs="Times New Roman"/>
          <w:sz w:val="24"/>
          <w:szCs w:val="24"/>
        </w:rPr>
        <w:t xml:space="preserve"> Due to Professional Communication and Coordination</w:t>
      </w:r>
    </w:p>
    <w:p w:rsidR="006A7E2C" w:rsidRPr="00600047" w:rsidRDefault="009056B2"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14D11605" wp14:editId="0DE536E1">
            <wp:extent cx="4572000" cy="2743200"/>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4.23 shows respondents' trust in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due to professional communication and coordination. </w:t>
      </w:r>
      <w:r w:rsidRPr="001F0C1F">
        <w:rPr>
          <w:rStyle w:val="Strong"/>
          <w:rFonts w:ascii="Times New Roman" w:hAnsi="Times New Roman" w:cs="Times New Roman"/>
          <w:b w:val="0"/>
          <w:bCs w:val="0"/>
          <w:sz w:val="24"/>
          <w:szCs w:val="24"/>
        </w:rPr>
        <w:t>38.46%</w:t>
      </w:r>
      <w:r w:rsidRPr="001F0C1F">
        <w:rPr>
          <w:rFonts w:ascii="Times New Roman" w:hAnsi="Times New Roman" w:cs="Times New Roman"/>
          <w:sz w:val="24"/>
          <w:szCs w:val="24"/>
        </w:rPr>
        <w:t xml:space="preserve"> of the respondents strongly agree, </w:t>
      </w:r>
      <w:r w:rsidRPr="001F0C1F">
        <w:rPr>
          <w:rStyle w:val="Strong"/>
          <w:rFonts w:ascii="Times New Roman" w:hAnsi="Times New Roman" w:cs="Times New Roman"/>
          <w:b w:val="0"/>
          <w:bCs w:val="0"/>
          <w:sz w:val="24"/>
          <w:szCs w:val="24"/>
        </w:rPr>
        <w:t>31.73%</w:t>
      </w:r>
      <w:r w:rsidRPr="001F0C1F">
        <w:rPr>
          <w:rFonts w:ascii="Times New Roman" w:hAnsi="Times New Roman" w:cs="Times New Roman"/>
          <w:sz w:val="24"/>
          <w:szCs w:val="24"/>
        </w:rPr>
        <w:t xml:space="preserve"> agree, </w:t>
      </w:r>
      <w:r w:rsidRPr="001F0C1F">
        <w:rPr>
          <w:rStyle w:val="Strong"/>
          <w:rFonts w:ascii="Times New Roman" w:hAnsi="Times New Roman" w:cs="Times New Roman"/>
          <w:b w:val="0"/>
          <w:bCs w:val="0"/>
          <w:sz w:val="24"/>
          <w:szCs w:val="24"/>
        </w:rPr>
        <w:t>14.42%</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disagree,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strongly disagree.</w:t>
      </w: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Pr="001F0C1F" w:rsidRDefault="009056B2" w:rsidP="006A7E2C">
      <w:pPr>
        <w:pStyle w:val="NoSpacing"/>
        <w:spacing w:line="360" w:lineRule="auto"/>
        <w:jc w:val="both"/>
        <w:rPr>
          <w:rFonts w:ascii="Times New Roman" w:hAnsi="Times New Roman" w:cs="Times New Roman"/>
          <w:sz w:val="24"/>
          <w:szCs w:val="24"/>
        </w:rPr>
      </w:pPr>
    </w:p>
    <w:p w:rsidR="006A7E2C" w:rsidRPr="001F0C1F" w:rsidRDefault="006A7E2C" w:rsidP="006A7E2C">
      <w:pPr>
        <w:pStyle w:val="NoSpacing"/>
        <w:spacing w:line="360" w:lineRule="auto"/>
        <w:jc w:val="both"/>
        <w:rPr>
          <w:rFonts w:ascii="Times New Roman" w:hAnsi="Times New Roman" w:cs="Times New Roman"/>
          <w:sz w:val="24"/>
          <w:szCs w:val="24"/>
        </w:rPr>
      </w:pPr>
    </w:p>
    <w:p w:rsidR="009056B2"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4.24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Services Meeting Their Expectations Throughout the Treatment Journey</w:t>
      </w:r>
    </w:p>
    <w:tbl>
      <w:tblPr>
        <w:tblStyle w:val="TableGrid"/>
        <w:tblW w:w="7675" w:type="dxa"/>
        <w:jc w:val="center"/>
        <w:tblLook w:val="04A0" w:firstRow="1" w:lastRow="0" w:firstColumn="1" w:lastColumn="0" w:noHBand="0" w:noVBand="1"/>
      </w:tblPr>
      <w:tblGrid>
        <w:gridCol w:w="2810"/>
        <w:gridCol w:w="3041"/>
        <w:gridCol w:w="1824"/>
      </w:tblGrid>
      <w:tr w:rsidR="006A7E2C" w:rsidRPr="001F0C1F" w:rsidTr="009056B2">
        <w:trPr>
          <w:trHeight w:val="418"/>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9056B2">
        <w:trPr>
          <w:trHeight w:val="418"/>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38</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36.54</w:t>
            </w:r>
          </w:p>
        </w:tc>
      </w:tr>
      <w:tr w:rsidR="006A7E2C" w:rsidRPr="001F0C1F" w:rsidTr="009056B2">
        <w:trPr>
          <w:trHeight w:val="418"/>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32.69</w:t>
            </w:r>
          </w:p>
        </w:tc>
      </w:tr>
      <w:tr w:rsidR="006A7E2C" w:rsidRPr="001F0C1F" w:rsidTr="009056B2">
        <w:trPr>
          <w:trHeight w:val="418"/>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15.38</w:t>
            </w:r>
          </w:p>
        </w:tc>
      </w:tr>
      <w:tr w:rsidR="006A7E2C" w:rsidRPr="001F0C1F" w:rsidTr="009056B2">
        <w:trPr>
          <w:trHeight w:val="418"/>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9056B2">
        <w:trPr>
          <w:trHeight w:val="418"/>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9056B2">
        <w:trPr>
          <w:trHeight w:val="443"/>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9056B2" w:rsidRDefault="006A7E2C" w:rsidP="009056B2">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sidR="009056B2">
        <w:rPr>
          <w:rStyle w:val="Strong"/>
          <w:rFonts w:ascii="Times New Roman" w:hAnsi="Times New Roman" w:cs="Times New Roman"/>
          <w:sz w:val="24"/>
          <w:szCs w:val="24"/>
        </w:rPr>
        <w:t xml:space="preserve"> </w:t>
      </w:r>
      <w:r w:rsidR="009056B2" w:rsidRPr="00726ED9">
        <w:rPr>
          <w:rStyle w:val="Strong"/>
          <w:rFonts w:ascii="Times New Roman" w:hAnsi="Times New Roman" w:cs="Times New Roman"/>
          <w:sz w:val="24"/>
          <w:szCs w:val="24"/>
        </w:rPr>
        <w:t xml:space="preserve">4.24 </w:t>
      </w:r>
    </w:p>
    <w:p w:rsidR="009056B2" w:rsidRPr="00726ED9" w:rsidRDefault="009056B2" w:rsidP="009056B2">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Shows Respondents' Opinion on Services Meeting Their Expectations Throughout the Treatment Journey</w:t>
      </w:r>
    </w:p>
    <w:p w:rsidR="006A7E2C" w:rsidRPr="00600047" w:rsidRDefault="009056B2"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6E684B5B" wp14:editId="0C493550">
            <wp:extent cx="4572000" cy="2743200"/>
            <wp:effectExtent l="0" t="0" r="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Pr="001F0C1F"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 Table 4.24 shows respondents' opinion on the services meeting their expectations throughout the treatment journey. </w:t>
      </w:r>
      <w:r w:rsidRPr="001F0C1F">
        <w:rPr>
          <w:rStyle w:val="Strong"/>
          <w:rFonts w:ascii="Times New Roman" w:hAnsi="Times New Roman" w:cs="Times New Roman"/>
          <w:b w:val="0"/>
          <w:bCs w:val="0"/>
          <w:sz w:val="24"/>
          <w:szCs w:val="24"/>
        </w:rPr>
        <w:t>36.54%</w:t>
      </w:r>
      <w:r w:rsidRPr="001F0C1F">
        <w:rPr>
          <w:rFonts w:ascii="Times New Roman" w:hAnsi="Times New Roman" w:cs="Times New Roman"/>
          <w:sz w:val="24"/>
          <w:szCs w:val="24"/>
        </w:rPr>
        <w:t xml:space="preserve"> of the respondents strongly agree, </w:t>
      </w:r>
      <w:r w:rsidRPr="001F0C1F">
        <w:rPr>
          <w:rStyle w:val="Strong"/>
          <w:rFonts w:ascii="Times New Roman" w:hAnsi="Times New Roman" w:cs="Times New Roman"/>
          <w:b w:val="0"/>
          <w:bCs w:val="0"/>
          <w:sz w:val="24"/>
          <w:szCs w:val="24"/>
        </w:rPr>
        <w:t>32.69%</w:t>
      </w:r>
      <w:r w:rsidRPr="001F0C1F">
        <w:rPr>
          <w:rFonts w:ascii="Times New Roman" w:hAnsi="Times New Roman" w:cs="Times New Roman"/>
          <w:sz w:val="24"/>
          <w:szCs w:val="24"/>
        </w:rPr>
        <w:t xml:space="preserve"> agree, </w:t>
      </w:r>
      <w:r w:rsidRPr="001F0C1F">
        <w:rPr>
          <w:rStyle w:val="Strong"/>
          <w:rFonts w:ascii="Times New Roman" w:hAnsi="Times New Roman" w:cs="Times New Roman"/>
          <w:b w:val="0"/>
          <w:bCs w:val="0"/>
          <w:sz w:val="24"/>
          <w:szCs w:val="24"/>
        </w:rPr>
        <w:t>15.38%</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disagree,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strongly disagree.</w:t>
      </w:r>
    </w:p>
    <w:p w:rsidR="006A7E2C" w:rsidRDefault="006A7E2C"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Pr="001F0C1F" w:rsidRDefault="009056B2" w:rsidP="006A7E2C">
      <w:pPr>
        <w:pStyle w:val="NoSpacing"/>
        <w:spacing w:line="360" w:lineRule="auto"/>
        <w:jc w:val="both"/>
        <w:rPr>
          <w:rFonts w:ascii="Times New Roman" w:hAnsi="Times New Roman" w:cs="Times New Roman"/>
          <w:sz w:val="24"/>
          <w:szCs w:val="24"/>
        </w:rPr>
      </w:pPr>
    </w:p>
    <w:p w:rsidR="009056B2" w:rsidRDefault="006A7E2C" w:rsidP="006A7E2C">
      <w:pPr>
        <w:pStyle w:val="NoSpacing"/>
        <w:spacing w:line="360" w:lineRule="auto"/>
        <w:jc w:val="center"/>
        <w:rPr>
          <w:rStyle w:val="Strong"/>
          <w:rFonts w:ascii="Times New Roman" w:hAnsi="Times New Roman" w:cs="Times New Roman"/>
          <w:sz w:val="24"/>
          <w:szCs w:val="24"/>
        </w:rPr>
      </w:pPr>
      <w:r w:rsidRPr="00726ED9">
        <w:rPr>
          <w:rStyle w:val="Strong"/>
          <w:rFonts w:ascii="Times New Roman" w:hAnsi="Times New Roman" w:cs="Times New Roman"/>
          <w:sz w:val="24"/>
          <w:szCs w:val="24"/>
        </w:rPr>
        <w:lastRenderedPageBreak/>
        <w:t xml:space="preserve">Table 4.25 </w:t>
      </w:r>
    </w:p>
    <w:p w:rsidR="006A7E2C" w:rsidRPr="00726ED9" w:rsidRDefault="006A7E2C" w:rsidP="006A7E2C">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 xml:space="preserve">Shows Respondents' Willingness to Recommend Expert </w:t>
      </w:r>
      <w:proofErr w:type="spellStart"/>
      <w:r w:rsidRPr="00726ED9">
        <w:rPr>
          <w:rStyle w:val="Strong"/>
          <w:rFonts w:ascii="Times New Roman" w:hAnsi="Times New Roman" w:cs="Times New Roman"/>
          <w:sz w:val="24"/>
          <w:szCs w:val="24"/>
        </w:rPr>
        <w:t>Chikitsa</w:t>
      </w:r>
      <w:proofErr w:type="spellEnd"/>
      <w:r w:rsidRPr="00726ED9">
        <w:rPr>
          <w:rStyle w:val="Strong"/>
          <w:rFonts w:ascii="Times New Roman" w:hAnsi="Times New Roman" w:cs="Times New Roman"/>
          <w:sz w:val="24"/>
          <w:szCs w:val="24"/>
        </w:rPr>
        <w:t xml:space="preserve"> to Other International Patients</w:t>
      </w:r>
    </w:p>
    <w:tbl>
      <w:tblPr>
        <w:tblStyle w:val="TableGrid"/>
        <w:tblW w:w="7476" w:type="dxa"/>
        <w:jc w:val="center"/>
        <w:tblLook w:val="04A0" w:firstRow="1" w:lastRow="0" w:firstColumn="1" w:lastColumn="0" w:noHBand="0" w:noVBand="1"/>
      </w:tblPr>
      <w:tblGrid>
        <w:gridCol w:w="2738"/>
        <w:gridCol w:w="2962"/>
        <w:gridCol w:w="1776"/>
      </w:tblGrid>
      <w:tr w:rsidR="006A7E2C" w:rsidRPr="001F0C1F" w:rsidTr="009056B2">
        <w:trPr>
          <w:trHeight w:val="42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Response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No. of Respondents</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Percentage</w:t>
            </w:r>
          </w:p>
        </w:tc>
      </w:tr>
      <w:tr w:rsidR="006A7E2C" w:rsidRPr="001F0C1F" w:rsidTr="009056B2">
        <w:trPr>
          <w:trHeight w:val="42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41</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39.42</w:t>
            </w:r>
          </w:p>
        </w:tc>
      </w:tr>
      <w:tr w:rsidR="006A7E2C" w:rsidRPr="001F0C1F" w:rsidTr="009056B2">
        <w:trPr>
          <w:trHeight w:val="42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32</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30.77</w:t>
            </w:r>
          </w:p>
        </w:tc>
      </w:tr>
      <w:tr w:rsidR="006A7E2C" w:rsidRPr="001F0C1F" w:rsidTr="009056B2">
        <w:trPr>
          <w:trHeight w:val="42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Neutral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15</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14.42</w:t>
            </w:r>
          </w:p>
        </w:tc>
      </w:tr>
      <w:tr w:rsidR="006A7E2C" w:rsidRPr="001F0C1F" w:rsidTr="009056B2">
        <w:trPr>
          <w:trHeight w:val="42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10</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9.62</w:t>
            </w:r>
          </w:p>
        </w:tc>
      </w:tr>
      <w:tr w:rsidR="006A7E2C" w:rsidRPr="001F0C1F" w:rsidTr="009056B2">
        <w:trPr>
          <w:trHeight w:val="429"/>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Strongly Disagree</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6</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Fonts w:ascii="Times New Roman" w:hAnsi="Times New Roman" w:cs="Times New Roman"/>
                <w:sz w:val="24"/>
                <w:szCs w:val="24"/>
              </w:rPr>
              <w:t>5.77</w:t>
            </w:r>
          </w:p>
        </w:tc>
      </w:tr>
      <w:tr w:rsidR="006A7E2C" w:rsidRPr="001F0C1F" w:rsidTr="009056B2">
        <w:trPr>
          <w:trHeight w:val="454"/>
          <w:jc w:val="center"/>
        </w:trPr>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Total</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104</w:t>
            </w:r>
          </w:p>
        </w:tc>
        <w:tc>
          <w:tcPr>
            <w:tcW w:w="0" w:type="auto"/>
            <w:hideMark/>
          </w:tcPr>
          <w:p w:rsidR="006A7E2C" w:rsidRPr="001F0C1F" w:rsidRDefault="006A7E2C" w:rsidP="00E7315E">
            <w:pPr>
              <w:pStyle w:val="NoSpacing"/>
              <w:spacing w:line="360" w:lineRule="auto"/>
              <w:jc w:val="center"/>
              <w:rPr>
                <w:rFonts w:ascii="Times New Roman" w:hAnsi="Times New Roman" w:cs="Times New Roman"/>
                <w:sz w:val="24"/>
                <w:szCs w:val="24"/>
              </w:rPr>
            </w:pPr>
            <w:r w:rsidRPr="001F0C1F">
              <w:rPr>
                <w:rStyle w:val="Strong"/>
                <w:rFonts w:ascii="Times New Roman" w:hAnsi="Times New Roman" w:cs="Times New Roman"/>
                <w:b w:val="0"/>
                <w:bCs w:val="0"/>
                <w:sz w:val="24"/>
                <w:szCs w:val="24"/>
              </w:rPr>
              <w:t>100.00</w:t>
            </w:r>
          </w:p>
        </w:tc>
      </w:tr>
    </w:tbl>
    <w:p w:rsidR="006A7E2C" w:rsidRPr="00600047" w:rsidRDefault="006A7E2C" w:rsidP="006A7E2C">
      <w:pPr>
        <w:pStyle w:val="NoSpacing"/>
        <w:spacing w:line="360" w:lineRule="auto"/>
        <w:ind w:firstLine="720"/>
        <w:jc w:val="both"/>
        <w:rPr>
          <w:rFonts w:ascii="Times New Roman" w:hAnsi="Times New Roman" w:cs="Times New Roman"/>
          <w:sz w:val="24"/>
          <w:szCs w:val="24"/>
        </w:rPr>
      </w:pPr>
      <w:r w:rsidRPr="00600047">
        <w:rPr>
          <w:rStyle w:val="Strong"/>
          <w:rFonts w:ascii="Times New Roman" w:hAnsi="Times New Roman" w:cs="Times New Roman"/>
          <w:sz w:val="24"/>
          <w:szCs w:val="24"/>
        </w:rPr>
        <w:t>Source:</w:t>
      </w:r>
      <w:r w:rsidRPr="00600047">
        <w:rPr>
          <w:rFonts w:ascii="Times New Roman" w:hAnsi="Times New Roman" w:cs="Times New Roman"/>
          <w:b/>
          <w:bCs/>
          <w:sz w:val="24"/>
          <w:szCs w:val="24"/>
        </w:rPr>
        <w:t xml:space="preserve"> Primary Data</w:t>
      </w:r>
    </w:p>
    <w:p w:rsidR="009056B2" w:rsidRDefault="006A7E2C" w:rsidP="009056B2">
      <w:pPr>
        <w:pStyle w:val="NoSpacing"/>
        <w:spacing w:line="360" w:lineRule="auto"/>
        <w:jc w:val="center"/>
        <w:rPr>
          <w:rStyle w:val="Strong"/>
          <w:rFonts w:ascii="Times New Roman" w:hAnsi="Times New Roman" w:cs="Times New Roman"/>
          <w:sz w:val="24"/>
          <w:szCs w:val="24"/>
        </w:rPr>
      </w:pPr>
      <w:r w:rsidRPr="00600047">
        <w:rPr>
          <w:rStyle w:val="Strong"/>
          <w:rFonts w:ascii="Times New Roman" w:hAnsi="Times New Roman" w:cs="Times New Roman"/>
          <w:sz w:val="24"/>
          <w:szCs w:val="24"/>
        </w:rPr>
        <w:t>Chart</w:t>
      </w:r>
      <w:r w:rsidR="009056B2">
        <w:rPr>
          <w:rStyle w:val="Strong"/>
          <w:rFonts w:ascii="Times New Roman" w:hAnsi="Times New Roman" w:cs="Times New Roman"/>
          <w:sz w:val="24"/>
          <w:szCs w:val="24"/>
        </w:rPr>
        <w:t xml:space="preserve"> </w:t>
      </w:r>
      <w:r w:rsidR="009056B2" w:rsidRPr="00726ED9">
        <w:rPr>
          <w:rStyle w:val="Strong"/>
          <w:rFonts w:ascii="Times New Roman" w:hAnsi="Times New Roman" w:cs="Times New Roman"/>
          <w:sz w:val="24"/>
          <w:szCs w:val="24"/>
        </w:rPr>
        <w:t xml:space="preserve">4.25 </w:t>
      </w:r>
    </w:p>
    <w:p w:rsidR="009056B2" w:rsidRPr="00726ED9" w:rsidRDefault="009056B2" w:rsidP="009056B2">
      <w:pPr>
        <w:pStyle w:val="NoSpacing"/>
        <w:spacing w:line="360" w:lineRule="auto"/>
        <w:jc w:val="center"/>
        <w:rPr>
          <w:rFonts w:ascii="Times New Roman" w:hAnsi="Times New Roman" w:cs="Times New Roman"/>
          <w:sz w:val="24"/>
          <w:szCs w:val="24"/>
        </w:rPr>
      </w:pPr>
      <w:r w:rsidRPr="00726ED9">
        <w:rPr>
          <w:rStyle w:val="Strong"/>
          <w:rFonts w:ascii="Times New Roman" w:hAnsi="Times New Roman" w:cs="Times New Roman"/>
          <w:sz w:val="24"/>
          <w:szCs w:val="24"/>
        </w:rPr>
        <w:t xml:space="preserve">Shows Respondents' Willingness to Recommend Expert </w:t>
      </w:r>
      <w:proofErr w:type="spellStart"/>
      <w:r w:rsidRPr="00726ED9">
        <w:rPr>
          <w:rStyle w:val="Strong"/>
          <w:rFonts w:ascii="Times New Roman" w:hAnsi="Times New Roman" w:cs="Times New Roman"/>
          <w:sz w:val="24"/>
          <w:szCs w:val="24"/>
        </w:rPr>
        <w:t>Chikitsa</w:t>
      </w:r>
      <w:proofErr w:type="spellEnd"/>
      <w:r w:rsidRPr="00726ED9">
        <w:rPr>
          <w:rStyle w:val="Strong"/>
          <w:rFonts w:ascii="Times New Roman" w:hAnsi="Times New Roman" w:cs="Times New Roman"/>
          <w:sz w:val="24"/>
          <w:szCs w:val="24"/>
        </w:rPr>
        <w:t xml:space="preserve"> to Other International Patients</w:t>
      </w:r>
    </w:p>
    <w:p w:rsidR="006A7E2C" w:rsidRPr="00600047" w:rsidRDefault="009056B2" w:rsidP="006A7E2C">
      <w:pPr>
        <w:pStyle w:val="NoSpacing"/>
        <w:spacing w:line="360" w:lineRule="auto"/>
        <w:jc w:val="center"/>
        <w:rPr>
          <w:rStyle w:val="Strong"/>
          <w:rFonts w:ascii="Times New Roman" w:hAnsi="Times New Roman" w:cs="Times New Roman"/>
          <w:sz w:val="24"/>
          <w:szCs w:val="24"/>
        </w:rPr>
      </w:pPr>
      <w:r>
        <w:rPr>
          <w:noProof/>
          <w:lang w:val="en-IN" w:eastAsia="en-IN"/>
        </w:rPr>
        <w:drawing>
          <wp:inline distT="0" distB="0" distL="0" distR="0" wp14:anchorId="467BA566" wp14:editId="5A11841D">
            <wp:extent cx="4572000" cy="274320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A7E2C" w:rsidRPr="00600047" w:rsidRDefault="006A7E2C" w:rsidP="006A7E2C">
      <w:pPr>
        <w:pStyle w:val="NoSpacing"/>
        <w:spacing w:line="360" w:lineRule="auto"/>
        <w:jc w:val="both"/>
        <w:rPr>
          <w:rFonts w:ascii="Times New Roman" w:hAnsi="Times New Roman" w:cs="Times New Roman"/>
          <w:sz w:val="24"/>
          <w:szCs w:val="24"/>
        </w:rPr>
      </w:pPr>
      <w:r w:rsidRPr="00600047">
        <w:rPr>
          <w:rStyle w:val="Strong"/>
          <w:rFonts w:ascii="Times New Roman" w:hAnsi="Times New Roman" w:cs="Times New Roman"/>
          <w:sz w:val="24"/>
          <w:szCs w:val="24"/>
        </w:rPr>
        <w:t>Interpretation:</w:t>
      </w:r>
      <w:r w:rsidRPr="00600047">
        <w:rPr>
          <w:rFonts w:ascii="Times New Roman" w:hAnsi="Times New Roman" w:cs="Times New Roman"/>
          <w:sz w:val="24"/>
          <w:szCs w:val="24"/>
        </w:rPr>
        <w:t xml:space="preserve"> </w:t>
      </w:r>
    </w:p>
    <w:p w:rsidR="006A7E2C" w:rsidRDefault="006A7E2C" w:rsidP="006A7E2C">
      <w:pPr>
        <w:pStyle w:val="NoSpacing"/>
        <w:spacing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Table 4.25 shows respondents' willingness to recommend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to other international patients based on their experience. </w:t>
      </w:r>
      <w:r w:rsidRPr="001F0C1F">
        <w:rPr>
          <w:rStyle w:val="Strong"/>
          <w:rFonts w:ascii="Times New Roman" w:hAnsi="Times New Roman" w:cs="Times New Roman"/>
          <w:b w:val="0"/>
          <w:bCs w:val="0"/>
          <w:sz w:val="24"/>
          <w:szCs w:val="24"/>
        </w:rPr>
        <w:t>39.42%</w:t>
      </w:r>
      <w:r w:rsidRPr="001F0C1F">
        <w:rPr>
          <w:rFonts w:ascii="Times New Roman" w:hAnsi="Times New Roman" w:cs="Times New Roman"/>
          <w:sz w:val="24"/>
          <w:szCs w:val="24"/>
        </w:rPr>
        <w:t xml:space="preserve"> of the respondents strongly agree, </w:t>
      </w:r>
      <w:r w:rsidRPr="001F0C1F">
        <w:rPr>
          <w:rStyle w:val="Strong"/>
          <w:rFonts w:ascii="Times New Roman" w:hAnsi="Times New Roman" w:cs="Times New Roman"/>
          <w:b w:val="0"/>
          <w:bCs w:val="0"/>
          <w:sz w:val="24"/>
          <w:szCs w:val="24"/>
        </w:rPr>
        <w:t>30.77%</w:t>
      </w:r>
      <w:r w:rsidRPr="001F0C1F">
        <w:rPr>
          <w:rFonts w:ascii="Times New Roman" w:hAnsi="Times New Roman" w:cs="Times New Roman"/>
          <w:sz w:val="24"/>
          <w:szCs w:val="24"/>
        </w:rPr>
        <w:t xml:space="preserve"> agree, </w:t>
      </w:r>
      <w:r w:rsidRPr="001F0C1F">
        <w:rPr>
          <w:rStyle w:val="Strong"/>
          <w:rFonts w:ascii="Times New Roman" w:hAnsi="Times New Roman" w:cs="Times New Roman"/>
          <w:b w:val="0"/>
          <w:bCs w:val="0"/>
          <w:sz w:val="24"/>
          <w:szCs w:val="24"/>
        </w:rPr>
        <w:t>14.42%</w:t>
      </w:r>
      <w:r w:rsidRPr="001F0C1F">
        <w:rPr>
          <w:rFonts w:ascii="Times New Roman" w:hAnsi="Times New Roman" w:cs="Times New Roman"/>
          <w:sz w:val="24"/>
          <w:szCs w:val="24"/>
        </w:rPr>
        <w:t xml:space="preserve"> are neutral, </w:t>
      </w:r>
      <w:r w:rsidRPr="001F0C1F">
        <w:rPr>
          <w:rStyle w:val="Strong"/>
          <w:rFonts w:ascii="Times New Roman" w:hAnsi="Times New Roman" w:cs="Times New Roman"/>
          <w:b w:val="0"/>
          <w:bCs w:val="0"/>
          <w:sz w:val="24"/>
          <w:szCs w:val="24"/>
        </w:rPr>
        <w:t>9.62%</w:t>
      </w:r>
      <w:r w:rsidRPr="001F0C1F">
        <w:rPr>
          <w:rFonts w:ascii="Times New Roman" w:hAnsi="Times New Roman" w:cs="Times New Roman"/>
          <w:sz w:val="24"/>
          <w:szCs w:val="24"/>
        </w:rPr>
        <w:t xml:space="preserve"> disagree, and </w:t>
      </w:r>
      <w:r w:rsidRPr="001F0C1F">
        <w:rPr>
          <w:rStyle w:val="Strong"/>
          <w:rFonts w:ascii="Times New Roman" w:hAnsi="Times New Roman" w:cs="Times New Roman"/>
          <w:b w:val="0"/>
          <w:bCs w:val="0"/>
          <w:sz w:val="24"/>
          <w:szCs w:val="24"/>
        </w:rPr>
        <w:t>5.77%</w:t>
      </w:r>
      <w:r w:rsidRPr="001F0C1F">
        <w:rPr>
          <w:rFonts w:ascii="Times New Roman" w:hAnsi="Times New Roman" w:cs="Times New Roman"/>
          <w:sz w:val="24"/>
          <w:szCs w:val="24"/>
        </w:rPr>
        <w:t xml:space="preserve"> strongly disagree.</w:t>
      </w: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Default="009056B2" w:rsidP="006A7E2C">
      <w:pPr>
        <w:pStyle w:val="NoSpacing"/>
        <w:spacing w:line="360" w:lineRule="auto"/>
        <w:jc w:val="both"/>
        <w:rPr>
          <w:rFonts w:ascii="Times New Roman" w:hAnsi="Times New Roman" w:cs="Times New Roman"/>
          <w:sz w:val="24"/>
          <w:szCs w:val="24"/>
        </w:rPr>
      </w:pPr>
    </w:p>
    <w:p w:rsidR="009056B2" w:rsidRPr="001F0C1F" w:rsidRDefault="009056B2" w:rsidP="006A7E2C">
      <w:pPr>
        <w:pStyle w:val="NoSpacing"/>
        <w:spacing w:line="360" w:lineRule="auto"/>
        <w:jc w:val="both"/>
        <w:rPr>
          <w:rFonts w:ascii="Times New Roman" w:hAnsi="Times New Roman" w:cs="Times New Roman"/>
          <w:sz w:val="24"/>
          <w:szCs w:val="24"/>
        </w:rPr>
      </w:pPr>
    </w:p>
    <w:p w:rsidR="00F6171F" w:rsidRPr="00113517" w:rsidRDefault="00F6171F" w:rsidP="006674D6">
      <w:pPr>
        <w:pStyle w:val="NoSpacing"/>
        <w:spacing w:after="240" w:line="360" w:lineRule="auto"/>
        <w:jc w:val="both"/>
        <w:rPr>
          <w:rFonts w:ascii="Times New Roman" w:hAnsi="Times New Roman" w:cs="Times New Roman"/>
          <w:b/>
          <w:sz w:val="28"/>
          <w:szCs w:val="28"/>
        </w:rPr>
      </w:pPr>
      <w:r w:rsidRPr="00113517">
        <w:rPr>
          <w:rFonts w:ascii="Times New Roman" w:hAnsi="Times New Roman" w:cs="Times New Roman"/>
          <w:b/>
          <w:sz w:val="28"/>
          <w:szCs w:val="28"/>
        </w:rPr>
        <w:lastRenderedPageBreak/>
        <w:t>5.1 SUMMARY OF FINDINGS</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The highest proportion of respondents (</w:t>
      </w:r>
      <w:r w:rsidRPr="001F0C1F">
        <w:rPr>
          <w:rStyle w:val="Strong"/>
          <w:rFonts w:ascii="Times New Roman" w:hAnsi="Times New Roman" w:cs="Times New Roman"/>
          <w:b w:val="0"/>
          <w:bCs w:val="0"/>
          <w:sz w:val="24"/>
          <w:szCs w:val="24"/>
        </w:rPr>
        <w:t>32.69%</w:t>
      </w:r>
      <w:r w:rsidRPr="001F0C1F">
        <w:rPr>
          <w:rFonts w:ascii="Times New Roman" w:hAnsi="Times New Roman" w:cs="Times New Roman"/>
          <w:sz w:val="24"/>
          <w:szCs w:val="24"/>
        </w:rPr>
        <w:t xml:space="preserve">) belongs to the </w:t>
      </w:r>
      <w:r w:rsidRPr="001F0C1F">
        <w:rPr>
          <w:rStyle w:val="Strong"/>
          <w:rFonts w:ascii="Times New Roman" w:hAnsi="Times New Roman" w:cs="Times New Roman"/>
          <w:b w:val="0"/>
          <w:bCs w:val="0"/>
          <w:sz w:val="24"/>
          <w:szCs w:val="24"/>
        </w:rPr>
        <w:t xml:space="preserve">25–34 </w:t>
      </w:r>
      <w:proofErr w:type="gramStart"/>
      <w:r w:rsidRPr="001F0C1F">
        <w:rPr>
          <w:rStyle w:val="Strong"/>
          <w:rFonts w:ascii="Times New Roman" w:hAnsi="Times New Roman" w:cs="Times New Roman"/>
          <w:b w:val="0"/>
          <w:bCs w:val="0"/>
          <w:sz w:val="24"/>
          <w:szCs w:val="24"/>
        </w:rPr>
        <w:t>years</w:t>
      </w:r>
      <w:proofErr w:type="gramEnd"/>
      <w:r w:rsidRPr="001F0C1F">
        <w:rPr>
          <w:rFonts w:ascii="Times New Roman" w:hAnsi="Times New Roman" w:cs="Times New Roman"/>
          <w:sz w:val="24"/>
          <w:szCs w:val="24"/>
        </w:rPr>
        <w:t xml:space="preserve"> age group.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55.77%</w:t>
      </w:r>
      <w:r w:rsidRPr="001F0C1F">
        <w:rPr>
          <w:rFonts w:ascii="Times New Roman" w:hAnsi="Times New Roman" w:cs="Times New Roman"/>
          <w:sz w:val="24"/>
          <w:szCs w:val="24"/>
        </w:rPr>
        <w:t xml:space="preserve"> of the respondents are </w:t>
      </w:r>
      <w:r w:rsidRPr="001F0C1F">
        <w:rPr>
          <w:rStyle w:val="Strong"/>
          <w:rFonts w:ascii="Times New Roman" w:hAnsi="Times New Roman" w:cs="Times New Roman"/>
          <w:b w:val="0"/>
          <w:bCs w:val="0"/>
          <w:sz w:val="24"/>
          <w:szCs w:val="24"/>
        </w:rPr>
        <w:t>male</w:t>
      </w:r>
      <w:r w:rsidRPr="001F0C1F">
        <w:rPr>
          <w:rFonts w:ascii="Times New Roman" w:hAnsi="Times New Roman" w:cs="Times New Roman"/>
          <w:sz w:val="24"/>
          <w:szCs w:val="24"/>
        </w:rPr>
        <w:t xml:space="preserve">, indicating higher participation by male patients.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The largest share of respondents (</w:t>
      </w:r>
      <w:r w:rsidRPr="001F0C1F">
        <w:rPr>
          <w:rStyle w:val="Strong"/>
          <w:rFonts w:ascii="Times New Roman" w:hAnsi="Times New Roman" w:cs="Times New Roman"/>
          <w:b w:val="0"/>
          <w:bCs w:val="0"/>
          <w:sz w:val="24"/>
          <w:szCs w:val="24"/>
        </w:rPr>
        <w:t>37.50%</w:t>
      </w:r>
      <w:r w:rsidRPr="001F0C1F">
        <w:rPr>
          <w:rFonts w:ascii="Times New Roman" w:hAnsi="Times New Roman" w:cs="Times New Roman"/>
          <w:sz w:val="24"/>
          <w:szCs w:val="24"/>
        </w:rPr>
        <w:t xml:space="preserve">) is from the </w:t>
      </w:r>
      <w:r w:rsidRPr="001F0C1F">
        <w:rPr>
          <w:rStyle w:val="Strong"/>
          <w:rFonts w:ascii="Times New Roman" w:hAnsi="Times New Roman" w:cs="Times New Roman"/>
          <w:b w:val="0"/>
          <w:bCs w:val="0"/>
          <w:sz w:val="24"/>
          <w:szCs w:val="24"/>
        </w:rPr>
        <w:t>Middle East</w:t>
      </w:r>
      <w:r w:rsidRPr="001F0C1F">
        <w:rPr>
          <w:rFonts w:ascii="Times New Roman" w:hAnsi="Times New Roman" w:cs="Times New Roman"/>
          <w:sz w:val="24"/>
          <w:szCs w:val="24"/>
        </w:rPr>
        <w:t xml:space="preserve">.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Most respondents (</w:t>
      </w:r>
      <w:r w:rsidRPr="001F0C1F">
        <w:rPr>
          <w:rStyle w:val="Strong"/>
          <w:rFonts w:ascii="Times New Roman" w:hAnsi="Times New Roman" w:cs="Times New Roman"/>
          <w:b w:val="0"/>
          <w:bCs w:val="0"/>
          <w:sz w:val="24"/>
          <w:szCs w:val="24"/>
        </w:rPr>
        <w:t>33.65%</w:t>
      </w:r>
      <w:r w:rsidRPr="001F0C1F">
        <w:rPr>
          <w:rFonts w:ascii="Times New Roman" w:hAnsi="Times New Roman" w:cs="Times New Roman"/>
          <w:sz w:val="24"/>
          <w:szCs w:val="24"/>
        </w:rPr>
        <w:t xml:space="preserve">) have an </w:t>
      </w:r>
      <w:r w:rsidRPr="001F0C1F">
        <w:rPr>
          <w:rStyle w:val="Strong"/>
          <w:rFonts w:ascii="Times New Roman" w:hAnsi="Times New Roman" w:cs="Times New Roman"/>
          <w:b w:val="0"/>
          <w:bCs w:val="0"/>
          <w:sz w:val="24"/>
          <w:szCs w:val="24"/>
        </w:rPr>
        <w:t>undergraduate</w:t>
      </w:r>
      <w:r w:rsidRPr="001F0C1F">
        <w:rPr>
          <w:rFonts w:ascii="Times New Roman" w:hAnsi="Times New Roman" w:cs="Times New Roman"/>
          <w:sz w:val="24"/>
          <w:szCs w:val="24"/>
        </w:rPr>
        <w:t xml:space="preserve"> educational qualification.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29.81%</w:t>
      </w:r>
      <w:r w:rsidRPr="001F0C1F">
        <w:rPr>
          <w:rFonts w:ascii="Times New Roman" w:hAnsi="Times New Roman" w:cs="Times New Roman"/>
          <w:sz w:val="24"/>
          <w:szCs w:val="24"/>
        </w:rPr>
        <w:t xml:space="preserve"> of the respondents visited India for </w:t>
      </w:r>
      <w:r w:rsidRPr="001F0C1F">
        <w:rPr>
          <w:rStyle w:val="Strong"/>
          <w:rFonts w:ascii="Times New Roman" w:hAnsi="Times New Roman" w:cs="Times New Roman"/>
          <w:b w:val="0"/>
          <w:bCs w:val="0"/>
          <w:sz w:val="24"/>
          <w:szCs w:val="24"/>
        </w:rPr>
        <w:t>general medical treatment</w:t>
      </w:r>
      <w:r w:rsidRPr="001F0C1F">
        <w:rPr>
          <w:rFonts w:ascii="Times New Roman" w:hAnsi="Times New Roman" w:cs="Times New Roman"/>
          <w:sz w:val="24"/>
          <w:szCs w:val="24"/>
        </w:rPr>
        <w:t xml:space="preserve">.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Social Media (27.88%)</w:t>
      </w:r>
      <w:r w:rsidRPr="001F0C1F">
        <w:rPr>
          <w:rFonts w:ascii="Times New Roman" w:hAnsi="Times New Roman" w:cs="Times New Roman"/>
          <w:sz w:val="24"/>
          <w:szCs w:val="24"/>
        </w:rPr>
        <w:t xml:space="preserve"> is the primary source through which respondents learned about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35.58%</w:t>
      </w:r>
      <w:r w:rsidRPr="001F0C1F">
        <w:rPr>
          <w:rFonts w:ascii="Times New Roman" w:hAnsi="Times New Roman" w:cs="Times New Roman"/>
          <w:sz w:val="24"/>
          <w:szCs w:val="24"/>
        </w:rPr>
        <w:t xml:space="preserve"> of the respondents found it </w:t>
      </w:r>
      <w:r w:rsidRPr="001F0C1F">
        <w:rPr>
          <w:rStyle w:val="Strong"/>
          <w:rFonts w:ascii="Times New Roman" w:hAnsi="Times New Roman" w:cs="Times New Roman"/>
          <w:b w:val="0"/>
          <w:bCs w:val="0"/>
          <w:sz w:val="24"/>
          <w:szCs w:val="24"/>
        </w:rPr>
        <w:t>very easy</w:t>
      </w:r>
      <w:r w:rsidRPr="001F0C1F">
        <w:rPr>
          <w:rFonts w:ascii="Times New Roman" w:hAnsi="Times New Roman" w:cs="Times New Roman"/>
          <w:sz w:val="24"/>
          <w:szCs w:val="24"/>
        </w:rPr>
        <w:t xml:space="preserve"> to contact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for the first time.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33.65%</w:t>
      </w:r>
      <w:r w:rsidRPr="001F0C1F">
        <w:rPr>
          <w:rFonts w:ascii="Times New Roman" w:hAnsi="Times New Roman" w:cs="Times New Roman"/>
          <w:sz w:val="24"/>
          <w:szCs w:val="24"/>
        </w:rPr>
        <w:t xml:space="preserve"> of the respondents received responses to their enquiries </w:t>
      </w:r>
      <w:r w:rsidRPr="001F0C1F">
        <w:rPr>
          <w:rStyle w:val="Strong"/>
          <w:rFonts w:ascii="Times New Roman" w:hAnsi="Times New Roman" w:cs="Times New Roman"/>
          <w:b w:val="0"/>
          <w:bCs w:val="0"/>
          <w:sz w:val="24"/>
          <w:szCs w:val="24"/>
        </w:rPr>
        <w:t>immediately</w:t>
      </w:r>
      <w:r w:rsidRPr="001F0C1F">
        <w:rPr>
          <w:rFonts w:ascii="Times New Roman" w:hAnsi="Times New Roman" w:cs="Times New Roman"/>
          <w:sz w:val="24"/>
          <w:szCs w:val="24"/>
        </w:rPr>
        <w:t xml:space="preserve">.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34.62%</w:t>
      </w:r>
      <w:r w:rsidRPr="001F0C1F">
        <w:rPr>
          <w:rFonts w:ascii="Times New Roman" w:hAnsi="Times New Roman" w:cs="Times New Roman"/>
          <w:sz w:val="24"/>
          <w:szCs w:val="24"/>
        </w:rPr>
        <w:t xml:space="preserve"> of the respondents rated the clarity of pre-treatment information as </w:t>
      </w:r>
      <w:r w:rsidRPr="001F0C1F">
        <w:rPr>
          <w:rStyle w:val="Strong"/>
          <w:rFonts w:ascii="Times New Roman" w:hAnsi="Times New Roman" w:cs="Times New Roman"/>
          <w:b w:val="0"/>
          <w:bCs w:val="0"/>
          <w:sz w:val="24"/>
          <w:szCs w:val="24"/>
        </w:rPr>
        <w:t>excellent</w:t>
      </w:r>
      <w:r w:rsidRPr="001F0C1F">
        <w:rPr>
          <w:rFonts w:ascii="Times New Roman" w:hAnsi="Times New Roman" w:cs="Times New Roman"/>
          <w:sz w:val="24"/>
          <w:szCs w:val="24"/>
        </w:rPr>
        <w:t xml:space="preserve">.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34.62%</w:t>
      </w:r>
      <w:r w:rsidRPr="001F0C1F">
        <w:rPr>
          <w:rFonts w:ascii="Times New Roman" w:hAnsi="Times New Roman" w:cs="Times New Roman"/>
          <w:sz w:val="24"/>
          <w:szCs w:val="24"/>
        </w:rPr>
        <w:t xml:space="preserve"> of the respondents are </w:t>
      </w:r>
      <w:r w:rsidRPr="001F0C1F">
        <w:rPr>
          <w:rStyle w:val="Strong"/>
          <w:rFonts w:ascii="Times New Roman" w:hAnsi="Times New Roman" w:cs="Times New Roman"/>
          <w:b w:val="0"/>
          <w:bCs w:val="0"/>
          <w:sz w:val="24"/>
          <w:szCs w:val="24"/>
        </w:rPr>
        <w:t>satisfied</w:t>
      </w:r>
      <w:r w:rsidRPr="001F0C1F">
        <w:rPr>
          <w:rFonts w:ascii="Times New Roman" w:hAnsi="Times New Roman" w:cs="Times New Roman"/>
          <w:sz w:val="24"/>
          <w:szCs w:val="24"/>
        </w:rPr>
        <w:t xml:space="preserve"> with the visa and travel assistance provided.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36.54%</w:t>
      </w:r>
      <w:r w:rsidRPr="001F0C1F">
        <w:rPr>
          <w:rFonts w:ascii="Times New Roman" w:hAnsi="Times New Roman" w:cs="Times New Roman"/>
          <w:sz w:val="24"/>
          <w:szCs w:val="24"/>
        </w:rPr>
        <w:t xml:space="preserve"> of the respondents rated the appointment scheduling process as </w:t>
      </w:r>
      <w:r w:rsidRPr="001F0C1F">
        <w:rPr>
          <w:rStyle w:val="Strong"/>
          <w:rFonts w:ascii="Times New Roman" w:hAnsi="Times New Roman" w:cs="Times New Roman"/>
          <w:b w:val="0"/>
          <w:bCs w:val="0"/>
          <w:sz w:val="24"/>
          <w:szCs w:val="24"/>
        </w:rPr>
        <w:t>very effective</w:t>
      </w:r>
      <w:r w:rsidRPr="001F0C1F">
        <w:rPr>
          <w:rFonts w:ascii="Times New Roman" w:hAnsi="Times New Roman" w:cs="Times New Roman"/>
          <w:sz w:val="24"/>
          <w:szCs w:val="24"/>
        </w:rPr>
        <w:t xml:space="preserve">.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33.65%</w:t>
      </w:r>
      <w:r w:rsidRPr="001F0C1F">
        <w:rPr>
          <w:rFonts w:ascii="Times New Roman" w:hAnsi="Times New Roman" w:cs="Times New Roman"/>
          <w:sz w:val="24"/>
          <w:szCs w:val="24"/>
        </w:rPr>
        <w:t xml:space="preserve"> of the respondents rated communication by coordinators during treatment as </w:t>
      </w:r>
      <w:r w:rsidRPr="001F0C1F">
        <w:rPr>
          <w:rStyle w:val="Strong"/>
          <w:rFonts w:ascii="Times New Roman" w:hAnsi="Times New Roman" w:cs="Times New Roman"/>
          <w:b w:val="0"/>
          <w:bCs w:val="0"/>
          <w:sz w:val="24"/>
          <w:szCs w:val="24"/>
        </w:rPr>
        <w:t>excellent</w:t>
      </w:r>
      <w:r w:rsidRPr="001F0C1F">
        <w:rPr>
          <w:rFonts w:ascii="Times New Roman" w:hAnsi="Times New Roman" w:cs="Times New Roman"/>
          <w:sz w:val="24"/>
          <w:szCs w:val="24"/>
        </w:rPr>
        <w:t xml:space="preserve">.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35.58%</w:t>
      </w:r>
      <w:r w:rsidRPr="001F0C1F">
        <w:rPr>
          <w:rFonts w:ascii="Times New Roman" w:hAnsi="Times New Roman" w:cs="Times New Roman"/>
          <w:sz w:val="24"/>
          <w:szCs w:val="24"/>
        </w:rPr>
        <w:t xml:space="preserve"> of the respondents are </w:t>
      </w:r>
      <w:r w:rsidRPr="001F0C1F">
        <w:rPr>
          <w:rStyle w:val="Strong"/>
          <w:rFonts w:ascii="Times New Roman" w:hAnsi="Times New Roman" w:cs="Times New Roman"/>
          <w:b w:val="0"/>
          <w:bCs w:val="0"/>
          <w:sz w:val="24"/>
          <w:szCs w:val="24"/>
        </w:rPr>
        <w:t>highly satisfied</w:t>
      </w:r>
      <w:r w:rsidRPr="001F0C1F">
        <w:rPr>
          <w:rFonts w:ascii="Times New Roman" w:hAnsi="Times New Roman" w:cs="Times New Roman"/>
          <w:sz w:val="24"/>
          <w:szCs w:val="24"/>
        </w:rPr>
        <w:t xml:space="preserve"> with the language support services.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37.50%</w:t>
      </w:r>
      <w:r w:rsidRPr="001F0C1F">
        <w:rPr>
          <w:rFonts w:ascii="Times New Roman" w:hAnsi="Times New Roman" w:cs="Times New Roman"/>
          <w:sz w:val="24"/>
          <w:szCs w:val="24"/>
        </w:rPr>
        <w:t xml:space="preserve"> of the respondents stated that their medical concerns were </w:t>
      </w:r>
      <w:r w:rsidRPr="001F0C1F">
        <w:rPr>
          <w:rStyle w:val="Strong"/>
          <w:rFonts w:ascii="Times New Roman" w:hAnsi="Times New Roman" w:cs="Times New Roman"/>
          <w:b w:val="0"/>
          <w:bCs w:val="0"/>
          <w:sz w:val="24"/>
          <w:szCs w:val="24"/>
        </w:rPr>
        <w:t>completely understood</w:t>
      </w:r>
      <w:r w:rsidRPr="001F0C1F">
        <w:rPr>
          <w:rFonts w:ascii="Times New Roman" w:hAnsi="Times New Roman" w:cs="Times New Roman"/>
          <w:sz w:val="24"/>
          <w:szCs w:val="24"/>
        </w:rPr>
        <w:t xml:space="preserve">.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34.62%</w:t>
      </w:r>
      <w:r w:rsidRPr="001F0C1F">
        <w:rPr>
          <w:rFonts w:ascii="Times New Roman" w:hAnsi="Times New Roman" w:cs="Times New Roman"/>
          <w:sz w:val="24"/>
          <w:szCs w:val="24"/>
        </w:rPr>
        <w:t xml:space="preserve"> of the respondents are </w:t>
      </w:r>
      <w:r w:rsidRPr="001F0C1F">
        <w:rPr>
          <w:rStyle w:val="Strong"/>
          <w:rFonts w:ascii="Times New Roman" w:hAnsi="Times New Roman" w:cs="Times New Roman"/>
          <w:b w:val="0"/>
          <w:bCs w:val="0"/>
          <w:sz w:val="24"/>
          <w:szCs w:val="24"/>
        </w:rPr>
        <w:t>highly satisfied</w:t>
      </w:r>
      <w:r w:rsidRPr="001F0C1F">
        <w:rPr>
          <w:rFonts w:ascii="Times New Roman" w:hAnsi="Times New Roman" w:cs="Times New Roman"/>
          <w:sz w:val="24"/>
          <w:szCs w:val="24"/>
        </w:rPr>
        <w:t xml:space="preserve"> with the coordination between hospitals and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38.46%</w:t>
      </w:r>
      <w:r w:rsidRPr="001F0C1F">
        <w:rPr>
          <w:rFonts w:ascii="Times New Roman" w:hAnsi="Times New Roman" w:cs="Times New Roman"/>
          <w:sz w:val="24"/>
          <w:szCs w:val="24"/>
        </w:rPr>
        <w:t xml:space="preserve"> of the respondents </w:t>
      </w:r>
      <w:r w:rsidRPr="001F0C1F">
        <w:rPr>
          <w:rStyle w:val="Strong"/>
          <w:rFonts w:ascii="Times New Roman" w:hAnsi="Times New Roman" w:cs="Times New Roman"/>
          <w:b w:val="0"/>
          <w:bCs w:val="0"/>
          <w:sz w:val="24"/>
          <w:szCs w:val="24"/>
        </w:rPr>
        <w:t>strongly agree</w:t>
      </w:r>
      <w:r w:rsidRPr="001F0C1F">
        <w:rPr>
          <w:rFonts w:ascii="Times New Roman" w:hAnsi="Times New Roman" w:cs="Times New Roman"/>
          <w:sz w:val="24"/>
          <w:szCs w:val="24"/>
        </w:rPr>
        <w:t xml:space="preserve"> that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provides prompt responses to patient enquiries.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lastRenderedPageBreak/>
        <w:t>36.54%</w:t>
      </w:r>
      <w:r w:rsidRPr="001F0C1F">
        <w:rPr>
          <w:rFonts w:ascii="Times New Roman" w:hAnsi="Times New Roman" w:cs="Times New Roman"/>
          <w:sz w:val="24"/>
          <w:szCs w:val="24"/>
        </w:rPr>
        <w:t xml:space="preserve"> of the respondents </w:t>
      </w:r>
      <w:r w:rsidRPr="001F0C1F">
        <w:rPr>
          <w:rStyle w:val="Strong"/>
          <w:rFonts w:ascii="Times New Roman" w:hAnsi="Times New Roman" w:cs="Times New Roman"/>
          <w:b w:val="0"/>
          <w:bCs w:val="0"/>
          <w:sz w:val="24"/>
          <w:szCs w:val="24"/>
        </w:rPr>
        <w:t>strongly agree</w:t>
      </w:r>
      <w:r w:rsidRPr="001F0C1F">
        <w:rPr>
          <w:rFonts w:ascii="Times New Roman" w:hAnsi="Times New Roman" w:cs="Times New Roman"/>
          <w:sz w:val="24"/>
          <w:szCs w:val="24"/>
        </w:rPr>
        <w:t xml:space="preserve"> that the CRM system helps maintain effective communication with international patients.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35.58%</w:t>
      </w:r>
      <w:r w:rsidRPr="001F0C1F">
        <w:rPr>
          <w:rFonts w:ascii="Times New Roman" w:hAnsi="Times New Roman" w:cs="Times New Roman"/>
          <w:sz w:val="24"/>
          <w:szCs w:val="24"/>
        </w:rPr>
        <w:t xml:space="preserve"> of the respondents </w:t>
      </w:r>
      <w:r w:rsidRPr="001F0C1F">
        <w:rPr>
          <w:rStyle w:val="Strong"/>
          <w:rFonts w:ascii="Times New Roman" w:hAnsi="Times New Roman" w:cs="Times New Roman"/>
          <w:b w:val="0"/>
          <w:bCs w:val="0"/>
          <w:sz w:val="24"/>
          <w:szCs w:val="24"/>
        </w:rPr>
        <w:t>strongly agree</w:t>
      </w:r>
      <w:r w:rsidRPr="001F0C1F">
        <w:rPr>
          <w:rFonts w:ascii="Times New Roman" w:hAnsi="Times New Roman" w:cs="Times New Roman"/>
          <w:sz w:val="24"/>
          <w:szCs w:val="24"/>
        </w:rPr>
        <w:t xml:space="preserve"> that patient coordinators provide personalized attention throughout the treatment process.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37.50%</w:t>
      </w:r>
      <w:r w:rsidRPr="001F0C1F">
        <w:rPr>
          <w:rFonts w:ascii="Times New Roman" w:hAnsi="Times New Roman" w:cs="Times New Roman"/>
          <w:sz w:val="24"/>
          <w:szCs w:val="24"/>
        </w:rPr>
        <w:t xml:space="preserve"> of the respondents </w:t>
      </w:r>
      <w:r w:rsidRPr="001F0C1F">
        <w:rPr>
          <w:rStyle w:val="Strong"/>
          <w:rFonts w:ascii="Times New Roman" w:hAnsi="Times New Roman" w:cs="Times New Roman"/>
          <w:b w:val="0"/>
          <w:bCs w:val="0"/>
          <w:sz w:val="24"/>
          <w:szCs w:val="24"/>
        </w:rPr>
        <w:t>strongly agree</w:t>
      </w:r>
      <w:r w:rsidRPr="001F0C1F">
        <w:rPr>
          <w:rFonts w:ascii="Times New Roman" w:hAnsi="Times New Roman" w:cs="Times New Roman"/>
          <w:sz w:val="24"/>
          <w:szCs w:val="24"/>
        </w:rPr>
        <w:t xml:space="preserve"> that the organization provides accurate and timely information at every stage of treatment.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34.62%</w:t>
      </w:r>
      <w:r w:rsidRPr="001F0C1F">
        <w:rPr>
          <w:rFonts w:ascii="Times New Roman" w:hAnsi="Times New Roman" w:cs="Times New Roman"/>
          <w:sz w:val="24"/>
          <w:szCs w:val="24"/>
        </w:rPr>
        <w:t xml:space="preserve"> of the respondents </w:t>
      </w:r>
      <w:r w:rsidRPr="001F0C1F">
        <w:rPr>
          <w:rStyle w:val="Strong"/>
          <w:rFonts w:ascii="Times New Roman" w:hAnsi="Times New Roman" w:cs="Times New Roman"/>
          <w:b w:val="0"/>
          <w:bCs w:val="0"/>
          <w:sz w:val="24"/>
          <w:szCs w:val="24"/>
        </w:rPr>
        <w:t>strongly agree</w:t>
      </w:r>
      <w:r w:rsidRPr="001F0C1F">
        <w:rPr>
          <w:rFonts w:ascii="Times New Roman" w:hAnsi="Times New Roman" w:cs="Times New Roman"/>
          <w:sz w:val="24"/>
          <w:szCs w:val="24"/>
        </w:rPr>
        <w:t xml:space="preserve"> that follow-up services after treatment are handled effectively.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37.50%</w:t>
      </w:r>
      <w:r w:rsidRPr="001F0C1F">
        <w:rPr>
          <w:rFonts w:ascii="Times New Roman" w:hAnsi="Times New Roman" w:cs="Times New Roman"/>
          <w:sz w:val="24"/>
          <w:szCs w:val="24"/>
        </w:rPr>
        <w:t xml:space="preserve"> of the respondents </w:t>
      </w:r>
      <w:r w:rsidRPr="001F0C1F">
        <w:rPr>
          <w:rStyle w:val="Strong"/>
          <w:rFonts w:ascii="Times New Roman" w:hAnsi="Times New Roman" w:cs="Times New Roman"/>
          <w:b w:val="0"/>
          <w:bCs w:val="0"/>
          <w:sz w:val="24"/>
          <w:szCs w:val="24"/>
        </w:rPr>
        <w:t>strongly agree</w:t>
      </w:r>
      <w:r w:rsidRPr="001F0C1F">
        <w:rPr>
          <w:rFonts w:ascii="Times New Roman" w:hAnsi="Times New Roman" w:cs="Times New Roman"/>
          <w:sz w:val="24"/>
          <w:szCs w:val="24"/>
        </w:rPr>
        <w:t xml:space="preserve"> that CRM practices improve the overall quality of international patient coordination services.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35.58%</w:t>
      </w:r>
      <w:r w:rsidRPr="001F0C1F">
        <w:rPr>
          <w:rFonts w:ascii="Times New Roman" w:hAnsi="Times New Roman" w:cs="Times New Roman"/>
          <w:sz w:val="24"/>
          <w:szCs w:val="24"/>
        </w:rPr>
        <w:t xml:space="preserve"> of the respondents </w:t>
      </w:r>
      <w:r w:rsidRPr="001F0C1F">
        <w:rPr>
          <w:rStyle w:val="Strong"/>
          <w:rFonts w:ascii="Times New Roman" w:hAnsi="Times New Roman" w:cs="Times New Roman"/>
          <w:b w:val="0"/>
          <w:bCs w:val="0"/>
          <w:sz w:val="24"/>
          <w:szCs w:val="24"/>
        </w:rPr>
        <w:t>strongly agree</w:t>
      </w:r>
      <w:r w:rsidRPr="001F0C1F">
        <w:rPr>
          <w:rFonts w:ascii="Times New Roman" w:hAnsi="Times New Roman" w:cs="Times New Roman"/>
          <w:sz w:val="24"/>
          <w:szCs w:val="24"/>
        </w:rPr>
        <w:t xml:space="preserve"> that the organization efficiently resolves patient complaints and issues.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38.46%</w:t>
      </w:r>
      <w:r w:rsidRPr="001F0C1F">
        <w:rPr>
          <w:rFonts w:ascii="Times New Roman" w:hAnsi="Times New Roman" w:cs="Times New Roman"/>
          <w:sz w:val="24"/>
          <w:szCs w:val="24"/>
        </w:rPr>
        <w:t xml:space="preserve"> of the respondents </w:t>
      </w:r>
      <w:r w:rsidRPr="001F0C1F">
        <w:rPr>
          <w:rStyle w:val="Strong"/>
          <w:rFonts w:ascii="Times New Roman" w:hAnsi="Times New Roman" w:cs="Times New Roman"/>
          <w:b w:val="0"/>
          <w:bCs w:val="0"/>
          <w:sz w:val="24"/>
          <w:szCs w:val="24"/>
        </w:rPr>
        <w:t>strongly agree</w:t>
      </w:r>
      <w:r w:rsidRPr="001F0C1F">
        <w:rPr>
          <w:rFonts w:ascii="Times New Roman" w:hAnsi="Times New Roman" w:cs="Times New Roman"/>
          <w:sz w:val="24"/>
          <w:szCs w:val="24"/>
        </w:rPr>
        <w:t xml:space="preserve"> that they trust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because of its professional communication and coordination.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36.54%</w:t>
      </w:r>
      <w:r w:rsidRPr="001F0C1F">
        <w:rPr>
          <w:rFonts w:ascii="Times New Roman" w:hAnsi="Times New Roman" w:cs="Times New Roman"/>
          <w:sz w:val="24"/>
          <w:szCs w:val="24"/>
        </w:rPr>
        <w:t xml:space="preserve"> of the respondents </w:t>
      </w:r>
      <w:r w:rsidRPr="001F0C1F">
        <w:rPr>
          <w:rStyle w:val="Strong"/>
          <w:rFonts w:ascii="Times New Roman" w:hAnsi="Times New Roman" w:cs="Times New Roman"/>
          <w:b w:val="0"/>
          <w:bCs w:val="0"/>
          <w:sz w:val="24"/>
          <w:szCs w:val="24"/>
        </w:rPr>
        <w:t>strongly agree</w:t>
      </w:r>
      <w:r w:rsidRPr="001F0C1F">
        <w:rPr>
          <w:rFonts w:ascii="Times New Roman" w:hAnsi="Times New Roman" w:cs="Times New Roman"/>
          <w:sz w:val="24"/>
          <w:szCs w:val="24"/>
        </w:rPr>
        <w:t xml:space="preserve"> that the services provided met their expectations throughout the treatment journey.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Style w:val="Strong"/>
          <w:rFonts w:ascii="Times New Roman" w:hAnsi="Times New Roman" w:cs="Times New Roman"/>
          <w:b w:val="0"/>
          <w:bCs w:val="0"/>
          <w:sz w:val="24"/>
          <w:szCs w:val="24"/>
        </w:rPr>
        <w:t>39.42%</w:t>
      </w:r>
      <w:r w:rsidRPr="001F0C1F">
        <w:rPr>
          <w:rFonts w:ascii="Times New Roman" w:hAnsi="Times New Roman" w:cs="Times New Roman"/>
          <w:sz w:val="24"/>
          <w:szCs w:val="24"/>
        </w:rPr>
        <w:t xml:space="preserve"> of the respondents </w:t>
      </w:r>
      <w:r w:rsidRPr="001F0C1F">
        <w:rPr>
          <w:rStyle w:val="Strong"/>
          <w:rFonts w:ascii="Times New Roman" w:hAnsi="Times New Roman" w:cs="Times New Roman"/>
          <w:b w:val="0"/>
          <w:bCs w:val="0"/>
          <w:sz w:val="24"/>
          <w:szCs w:val="24"/>
        </w:rPr>
        <w:t>strongly agree</w:t>
      </w:r>
      <w:r w:rsidRPr="001F0C1F">
        <w:rPr>
          <w:rFonts w:ascii="Times New Roman" w:hAnsi="Times New Roman" w:cs="Times New Roman"/>
          <w:sz w:val="24"/>
          <w:szCs w:val="24"/>
        </w:rPr>
        <w:t xml:space="preserve"> that they would recommend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to other international patients based on their experience. </w:t>
      </w:r>
    </w:p>
    <w:p w:rsidR="009056B2" w:rsidRDefault="009056B2" w:rsidP="009056B2">
      <w:pPr>
        <w:pStyle w:val="NoSpacing"/>
        <w:spacing w:after="240" w:line="360" w:lineRule="auto"/>
        <w:jc w:val="both"/>
        <w:rPr>
          <w:rFonts w:ascii="Times New Roman" w:hAnsi="Times New Roman" w:cs="Times New Roman"/>
          <w:b/>
          <w:sz w:val="28"/>
          <w:szCs w:val="28"/>
        </w:rPr>
      </w:pPr>
    </w:p>
    <w:p w:rsidR="009056B2" w:rsidRDefault="009056B2" w:rsidP="009056B2">
      <w:pPr>
        <w:pStyle w:val="NoSpacing"/>
        <w:spacing w:after="240" w:line="360" w:lineRule="auto"/>
        <w:jc w:val="both"/>
        <w:rPr>
          <w:rFonts w:ascii="Times New Roman" w:hAnsi="Times New Roman" w:cs="Times New Roman"/>
          <w:b/>
          <w:sz w:val="28"/>
          <w:szCs w:val="28"/>
        </w:rPr>
      </w:pPr>
    </w:p>
    <w:p w:rsidR="009056B2" w:rsidRDefault="009056B2" w:rsidP="009056B2">
      <w:pPr>
        <w:pStyle w:val="NoSpacing"/>
        <w:spacing w:after="240" w:line="360" w:lineRule="auto"/>
        <w:jc w:val="both"/>
        <w:rPr>
          <w:rFonts w:ascii="Times New Roman" w:hAnsi="Times New Roman" w:cs="Times New Roman"/>
          <w:b/>
          <w:sz w:val="24"/>
          <w:szCs w:val="24"/>
        </w:rPr>
      </w:pPr>
    </w:p>
    <w:p w:rsidR="009056B2" w:rsidRDefault="009056B2" w:rsidP="009056B2">
      <w:pPr>
        <w:pStyle w:val="NoSpacing"/>
        <w:spacing w:after="240" w:line="360" w:lineRule="auto"/>
        <w:jc w:val="both"/>
        <w:rPr>
          <w:rFonts w:ascii="Times New Roman" w:hAnsi="Times New Roman" w:cs="Times New Roman"/>
          <w:b/>
          <w:sz w:val="24"/>
          <w:szCs w:val="24"/>
        </w:rPr>
      </w:pPr>
    </w:p>
    <w:p w:rsidR="00611CC0" w:rsidRDefault="00611CC0" w:rsidP="006674D6">
      <w:pPr>
        <w:pStyle w:val="NoSpacing"/>
        <w:spacing w:after="240" w:line="360" w:lineRule="auto"/>
        <w:jc w:val="both"/>
        <w:rPr>
          <w:rFonts w:ascii="Times New Roman" w:hAnsi="Times New Roman" w:cs="Times New Roman"/>
          <w:sz w:val="24"/>
          <w:szCs w:val="28"/>
        </w:rPr>
      </w:pPr>
    </w:p>
    <w:p w:rsidR="00611CC0" w:rsidRDefault="00611CC0" w:rsidP="006674D6">
      <w:pPr>
        <w:pStyle w:val="NoSpacing"/>
        <w:spacing w:after="240" w:line="360" w:lineRule="auto"/>
        <w:jc w:val="both"/>
        <w:rPr>
          <w:rFonts w:ascii="Times New Roman" w:hAnsi="Times New Roman" w:cs="Times New Roman"/>
          <w:sz w:val="24"/>
          <w:szCs w:val="28"/>
        </w:rPr>
      </w:pPr>
    </w:p>
    <w:p w:rsidR="00F6171F" w:rsidRPr="00113517" w:rsidRDefault="00F6171F" w:rsidP="006674D6">
      <w:pPr>
        <w:pStyle w:val="NoSpacing"/>
        <w:spacing w:after="240" w:line="360" w:lineRule="auto"/>
        <w:jc w:val="both"/>
        <w:rPr>
          <w:rFonts w:ascii="Times New Roman" w:hAnsi="Times New Roman" w:cs="Times New Roman"/>
          <w:b/>
          <w:bCs/>
          <w:sz w:val="28"/>
          <w:szCs w:val="28"/>
        </w:rPr>
      </w:pPr>
      <w:r w:rsidRPr="00113517">
        <w:rPr>
          <w:rFonts w:ascii="Times New Roman" w:hAnsi="Times New Roman" w:cs="Times New Roman"/>
          <w:b/>
          <w:bCs/>
          <w:sz w:val="28"/>
          <w:szCs w:val="28"/>
        </w:rPr>
        <w:lastRenderedPageBreak/>
        <w:t xml:space="preserve">5.2 SUGGESTIONS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should continue strengthening its </w:t>
      </w:r>
      <w:r w:rsidRPr="001F0C1F">
        <w:rPr>
          <w:rStyle w:val="Strong"/>
          <w:rFonts w:ascii="Times New Roman" w:hAnsi="Times New Roman" w:cs="Times New Roman"/>
          <w:b w:val="0"/>
          <w:bCs w:val="0"/>
          <w:sz w:val="24"/>
          <w:szCs w:val="24"/>
        </w:rPr>
        <w:t>CRM system</w:t>
      </w:r>
      <w:r w:rsidRPr="001F0C1F">
        <w:rPr>
          <w:rFonts w:ascii="Times New Roman" w:hAnsi="Times New Roman" w:cs="Times New Roman"/>
          <w:sz w:val="24"/>
          <w:szCs w:val="24"/>
        </w:rPr>
        <w:t xml:space="preserve"> to ensure prompt and effective communication with international patients.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Greater focus should be given to </w:t>
      </w:r>
      <w:r w:rsidRPr="001F0C1F">
        <w:rPr>
          <w:rStyle w:val="Strong"/>
          <w:rFonts w:ascii="Times New Roman" w:hAnsi="Times New Roman" w:cs="Times New Roman"/>
          <w:b w:val="0"/>
          <w:bCs w:val="0"/>
          <w:sz w:val="24"/>
          <w:szCs w:val="24"/>
        </w:rPr>
        <w:t>social media marketing</w:t>
      </w:r>
      <w:r w:rsidRPr="001F0C1F">
        <w:rPr>
          <w:rFonts w:ascii="Times New Roman" w:hAnsi="Times New Roman" w:cs="Times New Roman"/>
          <w:sz w:val="24"/>
          <w:szCs w:val="24"/>
        </w:rPr>
        <w:t xml:space="preserve">, as it is the leading source of patient awareness.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The organization should maintain its quick response system and aim to reduce enquiry response times further.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Visa and travel assistance services should be enhanced by offering more personalized guidance to international patients.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Appointment scheduling should be further streamlined through digital platforms for greater convenience.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Regular training should be provided to patient coordinators to improve communication and coordination skills.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Language support services should be expanded by including interpreters for more international languages.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A structured follow-up system should be maintained to monitor patient recovery and improve long-term relationships.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A dedicated complaint management mechanism should be strengthened to ensure faster resolution of patient issues.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Patient feedback should be collected regularly and used to improve CRM practices and international patient coordination services.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The organization should regularly evaluate the quality of its services to maintain high patient satisfaction.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Advanced digital technologies should be adopted to improve operational efficiency and service delivery.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lastRenderedPageBreak/>
        <w:t xml:space="preserve">Continuous staff development </w:t>
      </w:r>
      <w:proofErr w:type="spellStart"/>
      <w:r w:rsidRPr="001F0C1F">
        <w:rPr>
          <w:rFonts w:ascii="Times New Roman" w:hAnsi="Times New Roman" w:cs="Times New Roman"/>
          <w:sz w:val="24"/>
          <w:szCs w:val="24"/>
        </w:rPr>
        <w:t>programmes</w:t>
      </w:r>
      <w:proofErr w:type="spellEnd"/>
      <w:r w:rsidRPr="001F0C1F">
        <w:rPr>
          <w:rFonts w:ascii="Times New Roman" w:hAnsi="Times New Roman" w:cs="Times New Roman"/>
          <w:sz w:val="24"/>
          <w:szCs w:val="24"/>
        </w:rPr>
        <w:t xml:space="preserve"> should be conducted to enhance professional skills and customer service.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Strong partnerships with hospitals and healthcare providers should be maintained to ensure seamless patient coordination. </w:t>
      </w:r>
    </w:p>
    <w:p w:rsidR="009056B2" w:rsidRPr="001F0C1F" w:rsidRDefault="009056B2" w:rsidP="009056B2">
      <w:pPr>
        <w:pStyle w:val="NoSpacing"/>
        <w:numPr>
          <w:ilvl w:val="0"/>
          <w:numId w:val="30"/>
        </w:numPr>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The organization should promote a patient-centered approach by focusing on quality, transparency, and continuous improvement in all service activities.</w:t>
      </w:r>
    </w:p>
    <w:p w:rsidR="009056B2" w:rsidRPr="001F0C1F" w:rsidRDefault="009056B2" w:rsidP="009056B2">
      <w:pPr>
        <w:pStyle w:val="NoSpacing"/>
        <w:spacing w:after="240" w:line="360" w:lineRule="auto"/>
        <w:jc w:val="both"/>
        <w:rPr>
          <w:rFonts w:ascii="Times New Roman" w:hAnsi="Times New Roman" w:cs="Times New Roman"/>
          <w:sz w:val="24"/>
          <w:szCs w:val="24"/>
        </w:rPr>
      </w:pPr>
    </w:p>
    <w:p w:rsidR="009056B2" w:rsidRDefault="009056B2" w:rsidP="009056B2">
      <w:pPr>
        <w:pStyle w:val="NoSpacing"/>
        <w:spacing w:after="240" w:line="360" w:lineRule="auto"/>
        <w:jc w:val="both"/>
        <w:rPr>
          <w:rFonts w:ascii="Times New Roman" w:hAnsi="Times New Roman" w:cs="Times New Roman"/>
          <w:sz w:val="24"/>
          <w:szCs w:val="24"/>
        </w:rPr>
      </w:pPr>
    </w:p>
    <w:p w:rsidR="009056B2" w:rsidRDefault="009056B2" w:rsidP="009056B2">
      <w:pPr>
        <w:pStyle w:val="NoSpacing"/>
        <w:spacing w:after="240" w:line="360" w:lineRule="auto"/>
        <w:jc w:val="both"/>
        <w:rPr>
          <w:rFonts w:ascii="Times New Roman" w:hAnsi="Times New Roman" w:cs="Times New Roman"/>
          <w:sz w:val="24"/>
          <w:szCs w:val="24"/>
        </w:rPr>
      </w:pPr>
    </w:p>
    <w:p w:rsidR="009056B2" w:rsidRDefault="009056B2" w:rsidP="009056B2">
      <w:pPr>
        <w:pStyle w:val="NoSpacing"/>
        <w:spacing w:after="240" w:line="360" w:lineRule="auto"/>
        <w:jc w:val="both"/>
        <w:rPr>
          <w:rFonts w:ascii="Times New Roman" w:hAnsi="Times New Roman" w:cs="Times New Roman"/>
          <w:sz w:val="24"/>
          <w:szCs w:val="24"/>
        </w:rPr>
      </w:pPr>
    </w:p>
    <w:p w:rsidR="009056B2" w:rsidRDefault="009056B2" w:rsidP="009056B2">
      <w:pPr>
        <w:pStyle w:val="NoSpacing"/>
        <w:spacing w:after="240" w:line="360" w:lineRule="auto"/>
        <w:jc w:val="both"/>
        <w:rPr>
          <w:rFonts w:ascii="Times New Roman" w:hAnsi="Times New Roman" w:cs="Times New Roman"/>
          <w:sz w:val="24"/>
          <w:szCs w:val="24"/>
        </w:rPr>
      </w:pPr>
    </w:p>
    <w:p w:rsidR="009056B2" w:rsidRDefault="009056B2" w:rsidP="009056B2">
      <w:pPr>
        <w:pStyle w:val="NoSpacing"/>
        <w:spacing w:after="240" w:line="360" w:lineRule="auto"/>
        <w:jc w:val="both"/>
        <w:rPr>
          <w:rFonts w:ascii="Times New Roman" w:hAnsi="Times New Roman" w:cs="Times New Roman"/>
          <w:sz w:val="24"/>
          <w:szCs w:val="24"/>
        </w:rPr>
      </w:pPr>
    </w:p>
    <w:p w:rsidR="009056B2" w:rsidRDefault="009056B2" w:rsidP="009056B2">
      <w:pPr>
        <w:pStyle w:val="NoSpacing"/>
        <w:spacing w:after="240" w:line="360" w:lineRule="auto"/>
        <w:jc w:val="both"/>
        <w:rPr>
          <w:rFonts w:ascii="Times New Roman" w:hAnsi="Times New Roman" w:cs="Times New Roman"/>
          <w:sz w:val="24"/>
          <w:szCs w:val="24"/>
        </w:rPr>
      </w:pPr>
    </w:p>
    <w:p w:rsidR="009056B2" w:rsidRDefault="009056B2" w:rsidP="009056B2">
      <w:pPr>
        <w:pStyle w:val="NoSpacing"/>
        <w:spacing w:after="240" w:line="360" w:lineRule="auto"/>
        <w:jc w:val="both"/>
        <w:rPr>
          <w:rFonts w:ascii="Times New Roman" w:hAnsi="Times New Roman" w:cs="Times New Roman"/>
          <w:sz w:val="24"/>
          <w:szCs w:val="24"/>
        </w:rPr>
      </w:pPr>
    </w:p>
    <w:p w:rsidR="009056B2" w:rsidRDefault="009056B2" w:rsidP="009056B2">
      <w:pPr>
        <w:pStyle w:val="NoSpacing"/>
        <w:spacing w:after="240" w:line="360" w:lineRule="auto"/>
        <w:jc w:val="both"/>
        <w:rPr>
          <w:rFonts w:ascii="Times New Roman" w:hAnsi="Times New Roman" w:cs="Times New Roman"/>
          <w:sz w:val="24"/>
          <w:szCs w:val="24"/>
        </w:rPr>
      </w:pPr>
    </w:p>
    <w:p w:rsidR="009056B2" w:rsidRDefault="009056B2" w:rsidP="009056B2">
      <w:pPr>
        <w:pStyle w:val="NoSpacing"/>
        <w:spacing w:after="240" w:line="360" w:lineRule="auto"/>
        <w:jc w:val="both"/>
        <w:rPr>
          <w:rFonts w:ascii="Times New Roman" w:hAnsi="Times New Roman" w:cs="Times New Roman"/>
          <w:sz w:val="24"/>
          <w:szCs w:val="24"/>
        </w:rPr>
      </w:pPr>
    </w:p>
    <w:p w:rsidR="009056B2" w:rsidRDefault="009056B2" w:rsidP="009056B2">
      <w:pPr>
        <w:pStyle w:val="NoSpacing"/>
        <w:spacing w:after="240" w:line="360" w:lineRule="auto"/>
        <w:jc w:val="both"/>
        <w:rPr>
          <w:rFonts w:ascii="Times New Roman" w:hAnsi="Times New Roman" w:cs="Times New Roman"/>
          <w:sz w:val="24"/>
          <w:szCs w:val="24"/>
        </w:rPr>
      </w:pPr>
    </w:p>
    <w:p w:rsidR="009056B2" w:rsidRDefault="009056B2" w:rsidP="009056B2">
      <w:pPr>
        <w:pStyle w:val="NoSpacing"/>
        <w:spacing w:after="240" w:line="360" w:lineRule="auto"/>
        <w:jc w:val="both"/>
        <w:rPr>
          <w:rFonts w:ascii="Times New Roman" w:hAnsi="Times New Roman" w:cs="Times New Roman"/>
          <w:sz w:val="24"/>
          <w:szCs w:val="24"/>
        </w:rPr>
      </w:pPr>
    </w:p>
    <w:p w:rsidR="009056B2" w:rsidRPr="001F0C1F" w:rsidRDefault="009056B2" w:rsidP="009056B2">
      <w:pPr>
        <w:pStyle w:val="NoSpacing"/>
        <w:spacing w:after="240" w:line="360" w:lineRule="auto"/>
        <w:jc w:val="both"/>
        <w:rPr>
          <w:rFonts w:ascii="Times New Roman" w:hAnsi="Times New Roman" w:cs="Times New Roman"/>
          <w:sz w:val="24"/>
          <w:szCs w:val="24"/>
        </w:rPr>
      </w:pPr>
    </w:p>
    <w:p w:rsidR="009056B2" w:rsidRPr="001F0C1F" w:rsidRDefault="009056B2" w:rsidP="009056B2">
      <w:pPr>
        <w:pStyle w:val="NoSpacing"/>
        <w:spacing w:after="240" w:line="360" w:lineRule="auto"/>
        <w:jc w:val="both"/>
        <w:rPr>
          <w:rFonts w:ascii="Times New Roman" w:hAnsi="Times New Roman" w:cs="Times New Roman"/>
          <w:sz w:val="24"/>
          <w:szCs w:val="24"/>
        </w:rPr>
      </w:pPr>
    </w:p>
    <w:p w:rsidR="005B67B9" w:rsidRDefault="005B67B9" w:rsidP="006674D6">
      <w:pPr>
        <w:pStyle w:val="NoSpacing"/>
        <w:spacing w:after="240" w:line="360" w:lineRule="auto"/>
        <w:jc w:val="both"/>
        <w:rPr>
          <w:rFonts w:ascii="Times New Roman" w:hAnsi="Times New Roman" w:cs="Times New Roman"/>
          <w:b/>
          <w:bCs/>
          <w:sz w:val="28"/>
          <w:szCs w:val="28"/>
        </w:rPr>
      </w:pPr>
    </w:p>
    <w:p w:rsidR="006A7E2C" w:rsidRDefault="006A7E2C" w:rsidP="006674D6">
      <w:pPr>
        <w:pStyle w:val="NoSpacing"/>
        <w:spacing w:after="240" w:line="360" w:lineRule="auto"/>
        <w:jc w:val="both"/>
        <w:rPr>
          <w:rFonts w:ascii="Times New Roman" w:hAnsi="Times New Roman" w:cs="Times New Roman"/>
          <w:b/>
          <w:bCs/>
          <w:sz w:val="28"/>
          <w:szCs w:val="28"/>
        </w:rPr>
      </w:pPr>
    </w:p>
    <w:p w:rsidR="00F6171F" w:rsidRPr="00113517" w:rsidRDefault="00F6171F" w:rsidP="006674D6">
      <w:pPr>
        <w:pStyle w:val="NoSpacing"/>
        <w:spacing w:after="240" w:line="360" w:lineRule="auto"/>
        <w:jc w:val="both"/>
        <w:rPr>
          <w:rFonts w:ascii="Times New Roman" w:hAnsi="Times New Roman" w:cs="Times New Roman"/>
          <w:b/>
          <w:bCs/>
          <w:sz w:val="28"/>
          <w:szCs w:val="28"/>
        </w:rPr>
      </w:pPr>
      <w:r w:rsidRPr="00113517">
        <w:rPr>
          <w:rFonts w:ascii="Times New Roman" w:hAnsi="Times New Roman" w:cs="Times New Roman"/>
          <w:b/>
          <w:bCs/>
          <w:sz w:val="28"/>
          <w:szCs w:val="28"/>
        </w:rPr>
        <w:lastRenderedPageBreak/>
        <w:t xml:space="preserve">5.3 CONCLUSION </w:t>
      </w:r>
    </w:p>
    <w:p w:rsidR="009056B2" w:rsidRPr="001F0C1F" w:rsidRDefault="009056B2" w:rsidP="009056B2">
      <w:pPr>
        <w:pStyle w:val="NoSpacing"/>
        <w:spacing w:after="240" w:line="360" w:lineRule="auto"/>
        <w:jc w:val="both"/>
        <w:rPr>
          <w:rFonts w:ascii="Times New Roman" w:eastAsia="Times New Roman" w:hAnsi="Times New Roman" w:cs="Times New Roman"/>
          <w:sz w:val="24"/>
          <w:szCs w:val="24"/>
          <w:lang w:val="en-IN" w:eastAsia="en-IN" w:bidi="ml-IN"/>
        </w:rPr>
      </w:pPr>
      <w:r w:rsidRPr="001F0C1F">
        <w:rPr>
          <w:rFonts w:ascii="Times New Roman" w:eastAsia="Times New Roman" w:hAnsi="Times New Roman" w:cs="Times New Roman"/>
          <w:sz w:val="24"/>
          <w:szCs w:val="24"/>
          <w:lang w:val="en-IN" w:eastAsia="en-IN" w:bidi="ml-IN"/>
        </w:rPr>
        <w:t>Customer Relationship Management (CRM) has become an essential component of the healthcare industry, particularly in medical tourism, where effective communication, coordination, and personalized support play a significant role in improving patient experiences. A well-implemented CRM system helps healthcare organizations build trust, strengthen patient relationships, enhance service quality, and ensure efficient coordination throughout the treatment journey. By integrating technology with patient-</w:t>
      </w:r>
      <w:proofErr w:type="spellStart"/>
      <w:r w:rsidRPr="001F0C1F">
        <w:rPr>
          <w:rFonts w:ascii="Times New Roman" w:eastAsia="Times New Roman" w:hAnsi="Times New Roman" w:cs="Times New Roman"/>
          <w:sz w:val="24"/>
          <w:szCs w:val="24"/>
          <w:lang w:val="en-IN" w:eastAsia="en-IN" w:bidi="ml-IN"/>
        </w:rPr>
        <w:t>centered</w:t>
      </w:r>
      <w:proofErr w:type="spellEnd"/>
      <w:r w:rsidRPr="001F0C1F">
        <w:rPr>
          <w:rFonts w:ascii="Times New Roman" w:eastAsia="Times New Roman" w:hAnsi="Times New Roman" w:cs="Times New Roman"/>
          <w:sz w:val="24"/>
          <w:szCs w:val="24"/>
          <w:lang w:val="en-IN" w:eastAsia="en-IN" w:bidi="ml-IN"/>
        </w:rPr>
        <w:t xml:space="preserve"> services, healthcare providers can improve operational efficiency, increase patient satisfaction, and establish long-term relationships with international patients.</w:t>
      </w:r>
    </w:p>
    <w:p w:rsidR="009056B2" w:rsidRPr="001F0C1F" w:rsidRDefault="009056B2" w:rsidP="009056B2">
      <w:pPr>
        <w:pStyle w:val="NoSpacing"/>
        <w:spacing w:after="240" w:line="360" w:lineRule="auto"/>
        <w:jc w:val="both"/>
        <w:rPr>
          <w:rFonts w:ascii="Times New Roman" w:eastAsia="Times New Roman" w:hAnsi="Times New Roman" w:cs="Times New Roman"/>
          <w:sz w:val="24"/>
          <w:szCs w:val="24"/>
          <w:lang w:val="en-IN" w:eastAsia="en-IN" w:bidi="ml-IN"/>
        </w:rPr>
      </w:pPr>
      <w:r w:rsidRPr="001F0C1F">
        <w:rPr>
          <w:rFonts w:ascii="Times New Roman" w:eastAsia="Times New Roman" w:hAnsi="Times New Roman" w:cs="Times New Roman"/>
          <w:sz w:val="24"/>
          <w:szCs w:val="24"/>
          <w:lang w:val="en-IN" w:eastAsia="en-IN" w:bidi="ml-IN"/>
        </w:rPr>
        <w:t xml:space="preserve">The present study on Customer Relationship Management (CRM) and Its Impact on International Patient Effective Coordination Services with Reference to Expert </w:t>
      </w:r>
      <w:proofErr w:type="spellStart"/>
      <w:r w:rsidRPr="001F0C1F">
        <w:rPr>
          <w:rFonts w:ascii="Times New Roman" w:eastAsia="Times New Roman" w:hAnsi="Times New Roman" w:cs="Times New Roman"/>
          <w:sz w:val="24"/>
          <w:szCs w:val="24"/>
          <w:lang w:val="en-IN" w:eastAsia="en-IN" w:bidi="ml-IN"/>
        </w:rPr>
        <w:t>Chikitsa</w:t>
      </w:r>
      <w:proofErr w:type="spellEnd"/>
      <w:r w:rsidRPr="001F0C1F">
        <w:rPr>
          <w:rFonts w:ascii="Times New Roman" w:eastAsia="Times New Roman" w:hAnsi="Times New Roman" w:cs="Times New Roman"/>
          <w:sz w:val="24"/>
          <w:szCs w:val="24"/>
          <w:lang w:val="en-IN" w:eastAsia="en-IN" w:bidi="ml-IN"/>
        </w:rPr>
        <w:t xml:space="preserve"> concludes that CRM practices have a positive impact on international patient coordination services. The findings indicate that most respondents were satisfied with communication, appointment scheduling, visa and travel assistance, language support, and coordination between hospitals and Expert </w:t>
      </w:r>
      <w:proofErr w:type="spellStart"/>
      <w:r w:rsidRPr="001F0C1F">
        <w:rPr>
          <w:rFonts w:ascii="Times New Roman" w:eastAsia="Times New Roman" w:hAnsi="Times New Roman" w:cs="Times New Roman"/>
          <w:sz w:val="24"/>
          <w:szCs w:val="24"/>
          <w:lang w:val="en-IN" w:eastAsia="en-IN" w:bidi="ml-IN"/>
        </w:rPr>
        <w:t>Chikitsa</w:t>
      </w:r>
      <w:proofErr w:type="spellEnd"/>
      <w:r w:rsidRPr="001F0C1F">
        <w:rPr>
          <w:rFonts w:ascii="Times New Roman" w:eastAsia="Times New Roman" w:hAnsi="Times New Roman" w:cs="Times New Roman"/>
          <w:sz w:val="24"/>
          <w:szCs w:val="24"/>
          <w:lang w:val="en-IN" w:eastAsia="en-IN" w:bidi="ml-IN"/>
        </w:rPr>
        <w:t xml:space="preserve">. A majority of the respondents also expressed positive opinions regarding prompt responses, personalized attention, timely information, effective follow-up services, complaint resolution, and the overall quality of CRM practices. Furthermore, a large proportion of respondents stated that the services met their expectations and expressed their willingness to recommend Expert </w:t>
      </w:r>
      <w:proofErr w:type="spellStart"/>
      <w:r w:rsidRPr="001F0C1F">
        <w:rPr>
          <w:rFonts w:ascii="Times New Roman" w:eastAsia="Times New Roman" w:hAnsi="Times New Roman" w:cs="Times New Roman"/>
          <w:sz w:val="24"/>
          <w:szCs w:val="24"/>
          <w:lang w:val="en-IN" w:eastAsia="en-IN" w:bidi="ml-IN"/>
        </w:rPr>
        <w:t>Chikitsa</w:t>
      </w:r>
      <w:proofErr w:type="spellEnd"/>
      <w:r w:rsidRPr="001F0C1F">
        <w:rPr>
          <w:rFonts w:ascii="Times New Roman" w:eastAsia="Times New Roman" w:hAnsi="Times New Roman" w:cs="Times New Roman"/>
          <w:sz w:val="24"/>
          <w:szCs w:val="24"/>
          <w:lang w:val="en-IN" w:eastAsia="en-IN" w:bidi="ml-IN"/>
        </w:rPr>
        <w:t xml:space="preserve"> to other international patients. Overall, the study concludes that effective CRM practices contribute significantly to improving patient satisfaction and strengthening international patient coordination services.</w:t>
      </w:r>
    </w:p>
    <w:p w:rsidR="009056B2" w:rsidRPr="001F0C1F" w:rsidRDefault="009056B2" w:rsidP="009056B2">
      <w:pPr>
        <w:pStyle w:val="NoSpacing"/>
        <w:spacing w:after="240" w:line="360" w:lineRule="auto"/>
        <w:jc w:val="both"/>
        <w:rPr>
          <w:rFonts w:ascii="Times New Roman" w:hAnsi="Times New Roman" w:cs="Times New Roman"/>
          <w:sz w:val="24"/>
          <w:szCs w:val="24"/>
        </w:rPr>
      </w:pPr>
    </w:p>
    <w:p w:rsidR="00611CC0" w:rsidRDefault="00611CC0" w:rsidP="006674D6">
      <w:pPr>
        <w:pStyle w:val="NoSpacing"/>
        <w:spacing w:after="240" w:line="360" w:lineRule="auto"/>
        <w:jc w:val="both"/>
        <w:rPr>
          <w:rFonts w:ascii="Times New Roman" w:hAnsi="Times New Roman" w:cs="Times New Roman"/>
          <w:b/>
          <w:bCs/>
          <w:sz w:val="28"/>
          <w:szCs w:val="28"/>
        </w:rPr>
      </w:pPr>
    </w:p>
    <w:p w:rsidR="009056B2" w:rsidRDefault="009056B2" w:rsidP="006674D6">
      <w:pPr>
        <w:pStyle w:val="NoSpacing"/>
        <w:spacing w:after="240" w:line="360" w:lineRule="auto"/>
        <w:jc w:val="both"/>
        <w:rPr>
          <w:rFonts w:ascii="Times New Roman" w:hAnsi="Times New Roman" w:cs="Times New Roman"/>
          <w:b/>
          <w:bCs/>
          <w:sz w:val="28"/>
          <w:szCs w:val="28"/>
        </w:rPr>
      </w:pPr>
    </w:p>
    <w:p w:rsidR="009056B2" w:rsidRDefault="009056B2" w:rsidP="006674D6">
      <w:pPr>
        <w:pStyle w:val="NoSpacing"/>
        <w:spacing w:after="240" w:line="360" w:lineRule="auto"/>
        <w:jc w:val="both"/>
        <w:rPr>
          <w:rFonts w:ascii="Times New Roman" w:hAnsi="Times New Roman" w:cs="Times New Roman"/>
          <w:b/>
          <w:bCs/>
          <w:sz w:val="28"/>
          <w:szCs w:val="28"/>
        </w:rPr>
      </w:pPr>
    </w:p>
    <w:p w:rsidR="009056B2" w:rsidRDefault="009056B2" w:rsidP="006674D6">
      <w:pPr>
        <w:pStyle w:val="NoSpacing"/>
        <w:spacing w:after="240" w:line="360" w:lineRule="auto"/>
        <w:jc w:val="both"/>
        <w:rPr>
          <w:rFonts w:ascii="Times New Roman" w:hAnsi="Times New Roman" w:cs="Times New Roman"/>
          <w:b/>
          <w:bCs/>
          <w:sz w:val="28"/>
          <w:szCs w:val="28"/>
        </w:rPr>
      </w:pPr>
    </w:p>
    <w:p w:rsidR="00611CC0" w:rsidRDefault="00611CC0" w:rsidP="006674D6">
      <w:pPr>
        <w:pStyle w:val="NoSpacing"/>
        <w:spacing w:after="240" w:line="360" w:lineRule="auto"/>
        <w:jc w:val="both"/>
        <w:rPr>
          <w:rFonts w:ascii="Times New Roman" w:hAnsi="Times New Roman" w:cs="Times New Roman"/>
          <w:b/>
          <w:bCs/>
          <w:sz w:val="28"/>
          <w:szCs w:val="28"/>
        </w:rPr>
      </w:pPr>
    </w:p>
    <w:p w:rsidR="00F6171F" w:rsidRPr="00113517" w:rsidRDefault="00F6171F" w:rsidP="006674D6">
      <w:pPr>
        <w:pStyle w:val="NoSpacing"/>
        <w:spacing w:after="240" w:line="360" w:lineRule="auto"/>
        <w:jc w:val="center"/>
        <w:rPr>
          <w:rFonts w:ascii="Times New Roman" w:hAnsi="Times New Roman" w:cs="Times New Roman"/>
          <w:b/>
          <w:bCs/>
          <w:sz w:val="32"/>
          <w:szCs w:val="32"/>
        </w:rPr>
      </w:pPr>
      <w:r w:rsidRPr="00113517">
        <w:rPr>
          <w:rFonts w:ascii="Times New Roman" w:hAnsi="Times New Roman" w:cs="Times New Roman"/>
          <w:b/>
          <w:bCs/>
          <w:sz w:val="32"/>
          <w:szCs w:val="32"/>
        </w:rPr>
        <w:lastRenderedPageBreak/>
        <w:t>BIBLIOGRAPHY</w:t>
      </w:r>
    </w:p>
    <w:p w:rsidR="00BB2B95" w:rsidRPr="00DE1440" w:rsidRDefault="00BB2B95" w:rsidP="006674D6">
      <w:pPr>
        <w:pStyle w:val="Heading1"/>
        <w:spacing w:after="240" w:line="360" w:lineRule="auto"/>
        <w:ind w:left="0" w:right="22"/>
        <w:jc w:val="both"/>
        <w:rPr>
          <w:rFonts w:ascii="Times New Roman" w:hAnsi="Times New Roman" w:cs="Times New Roman"/>
          <w:color w:val="000000" w:themeColor="text1"/>
          <w:sz w:val="24"/>
          <w:szCs w:val="24"/>
        </w:rPr>
      </w:pPr>
    </w:p>
    <w:p w:rsidR="00BB2B95" w:rsidRPr="00DE1440" w:rsidRDefault="00BB2B95" w:rsidP="006674D6">
      <w:pPr>
        <w:pStyle w:val="Heading1"/>
        <w:spacing w:after="240" w:line="360" w:lineRule="auto"/>
        <w:ind w:left="0" w:right="22"/>
        <w:jc w:val="both"/>
        <w:rPr>
          <w:rFonts w:ascii="Times New Roman" w:hAnsi="Times New Roman" w:cs="Times New Roman"/>
          <w:color w:val="000000" w:themeColor="text1"/>
          <w:sz w:val="24"/>
          <w:szCs w:val="24"/>
        </w:rPr>
      </w:pPr>
    </w:p>
    <w:p w:rsidR="00BB2B95" w:rsidRPr="00113517" w:rsidRDefault="00BB2B95" w:rsidP="006674D6">
      <w:pPr>
        <w:pStyle w:val="Heading1"/>
        <w:spacing w:after="240" w:line="360" w:lineRule="auto"/>
        <w:ind w:left="0" w:right="22"/>
        <w:jc w:val="both"/>
        <w:rPr>
          <w:rFonts w:ascii="Times New Roman" w:hAnsi="Times New Roman" w:cs="Times New Roman"/>
          <w:sz w:val="28"/>
          <w:szCs w:val="28"/>
        </w:rPr>
      </w:pPr>
    </w:p>
    <w:p w:rsidR="00F6171F" w:rsidRDefault="00F6171F"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Default="009056B2" w:rsidP="006674D6">
      <w:pPr>
        <w:pStyle w:val="BodyText"/>
        <w:spacing w:after="240" w:line="360" w:lineRule="auto"/>
        <w:ind w:right="22"/>
        <w:jc w:val="both"/>
        <w:rPr>
          <w:rFonts w:ascii="Times New Roman" w:hAnsi="Times New Roman" w:cs="Times New Roman"/>
          <w:sz w:val="24"/>
          <w:szCs w:val="24"/>
        </w:rPr>
      </w:pPr>
    </w:p>
    <w:p w:rsidR="009056B2" w:rsidRPr="001F0C1F" w:rsidRDefault="009056B2" w:rsidP="009056B2">
      <w:pPr>
        <w:pStyle w:val="NoSpacing"/>
        <w:spacing w:after="240" w:line="360" w:lineRule="auto"/>
        <w:jc w:val="center"/>
        <w:rPr>
          <w:rFonts w:ascii="Times New Roman" w:hAnsi="Times New Roman" w:cs="Times New Roman"/>
          <w:sz w:val="24"/>
          <w:szCs w:val="24"/>
        </w:rPr>
      </w:pPr>
      <w:r w:rsidRPr="009056B2">
        <w:rPr>
          <w:rFonts w:ascii="Times New Roman" w:hAnsi="Times New Roman" w:cs="Times New Roman"/>
          <w:b/>
          <w:sz w:val="28"/>
          <w:szCs w:val="24"/>
        </w:rPr>
        <w:lastRenderedPageBreak/>
        <w:t>QUESTIONNAIRE</w:t>
      </w:r>
    </w:p>
    <w:p w:rsidR="009056B2" w:rsidRPr="009056B2" w:rsidRDefault="009056B2" w:rsidP="009056B2">
      <w:pPr>
        <w:pStyle w:val="NoSpacing"/>
        <w:spacing w:after="240" w:line="360" w:lineRule="auto"/>
        <w:jc w:val="center"/>
        <w:rPr>
          <w:rFonts w:ascii="Times New Roman" w:hAnsi="Times New Roman" w:cs="Times New Roman"/>
          <w:b/>
          <w:sz w:val="24"/>
          <w:szCs w:val="24"/>
        </w:rPr>
      </w:pPr>
      <w:r w:rsidRPr="009056B2">
        <w:rPr>
          <w:rFonts w:ascii="Times New Roman" w:hAnsi="Times New Roman" w:cs="Times New Roman"/>
          <w:b/>
          <w:sz w:val="24"/>
          <w:szCs w:val="24"/>
        </w:rPr>
        <w:t xml:space="preserve">A Study on Customer Relationship Management (CRM) and Its Impact on International Patient Effective Coordination Services with Reference to Expert </w:t>
      </w:r>
      <w:proofErr w:type="spellStart"/>
      <w:r w:rsidRPr="009056B2">
        <w:rPr>
          <w:rFonts w:ascii="Times New Roman" w:hAnsi="Times New Roman" w:cs="Times New Roman"/>
          <w:b/>
          <w:sz w:val="24"/>
          <w:szCs w:val="24"/>
        </w:rPr>
        <w:t>Chikitsa</w:t>
      </w:r>
      <w:proofErr w:type="spellEnd"/>
      <w:r w:rsidRPr="009056B2">
        <w:rPr>
          <w:rFonts w:ascii="Times New Roman" w:hAnsi="Times New Roman" w:cs="Times New Roman"/>
          <w:b/>
          <w:sz w:val="24"/>
          <w:szCs w:val="24"/>
        </w:rPr>
        <w:t>.</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Age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Below 25 years</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25–34 years</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35–44 years</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45–54 years</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55 years and above</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Gender</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Male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Female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Other</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Country/Region of Residence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Middle East</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Africa</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Asia</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Europe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Other</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Educational Qualification</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High School</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lastRenderedPageBreak/>
        <w:t>b) Diploma</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Undergraduate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Postgraduate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Professional Qualification</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Purpose of Visiting India</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General Medical Treatment</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Specialized Surgery</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Cosmetic Treatment</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Fertility Treatment</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Other Medical Treatment</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 xml:space="preserve">How did you first learn about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Social Media</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Hospital Referral</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Friends/Relatives</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Website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Medical Consultant</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 xml:space="preserve">How easy was it to contact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for the first time?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Very Easy</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Easy</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Moderate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Difficult</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lastRenderedPageBreak/>
        <w:t>e) Very Difficult</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How quickly were your enquiries responded to?</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Immediately</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Within 24 Hours</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Within 2–3 Days</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After 3 Days</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Very Late</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How would you rate the clarity of information provided before treatment?</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Excellent</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Good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Average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Poor</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Very Poor</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How satisfied are you with the visa and travel assistance provided?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Highly Satisfied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Satisfied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Neutral</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Dissatisfied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Highly Dissatisfied</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How effective was the appointment scheduling process?</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Very Effective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lastRenderedPageBreak/>
        <w:t>b) Effective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Neutral</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Ineffective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Very Ineffective</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How well did the coordinators communicate during your treatment?</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Excellent</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Good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Average</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Poor</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Very Poor</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How satisfied are you with language support services?</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Highly Satisfied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Satisfied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Neutral</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Dissatisfied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Highly Dissatisfied</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How well were your medical concerns understood?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Completely</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Mostly</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Moderately</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Slightly</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lastRenderedPageBreak/>
        <w:t>e) Not at All</w:t>
      </w:r>
    </w:p>
    <w:p w:rsidR="009056B2" w:rsidRPr="001F0C1F" w:rsidRDefault="009056B2" w:rsidP="009056B2">
      <w:pPr>
        <w:pStyle w:val="NoSpacing"/>
        <w:numPr>
          <w:ilvl w:val="0"/>
          <w:numId w:val="32"/>
        </w:numPr>
        <w:spacing w:after="240" w:line="360" w:lineRule="auto"/>
        <w:ind w:left="567" w:hanging="425"/>
        <w:jc w:val="both"/>
        <w:rPr>
          <w:rFonts w:ascii="Times New Roman" w:hAnsi="Times New Roman" w:cs="Times New Roman"/>
          <w:sz w:val="24"/>
          <w:szCs w:val="24"/>
        </w:rPr>
      </w:pPr>
      <w:r w:rsidRPr="001F0C1F">
        <w:rPr>
          <w:rFonts w:ascii="Times New Roman" w:hAnsi="Times New Roman" w:cs="Times New Roman"/>
          <w:sz w:val="24"/>
          <w:szCs w:val="24"/>
        </w:rPr>
        <w:t xml:space="preserve">How satisfied are you with the coordination between hospitals and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a) Highly Satisfied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b) Satisfied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c) Neutral</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d) Dissatisfied</w:t>
      </w:r>
    </w:p>
    <w:p w:rsidR="009056B2" w:rsidRPr="001F0C1F" w:rsidRDefault="009056B2" w:rsidP="009056B2">
      <w:pPr>
        <w:pStyle w:val="NoSpacing"/>
        <w:spacing w:after="240" w:line="360" w:lineRule="auto"/>
        <w:ind w:left="567"/>
        <w:jc w:val="both"/>
        <w:rPr>
          <w:rFonts w:ascii="Times New Roman" w:hAnsi="Times New Roman" w:cs="Times New Roman"/>
          <w:sz w:val="24"/>
          <w:szCs w:val="24"/>
        </w:rPr>
      </w:pPr>
      <w:r w:rsidRPr="001F0C1F">
        <w:rPr>
          <w:rFonts w:ascii="Times New Roman" w:hAnsi="Times New Roman" w:cs="Times New Roman"/>
          <w:sz w:val="24"/>
          <w:szCs w:val="24"/>
        </w:rPr>
        <w:t>e) Highly Dissatisfied</w:t>
      </w:r>
    </w:p>
    <w:p w:rsidR="009056B2" w:rsidRPr="001F0C1F" w:rsidRDefault="009056B2" w:rsidP="009056B2">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Tick (</w:t>
      </w:r>
      <w:r w:rsidRPr="001F0C1F">
        <w:rPr>
          <w:rFonts w:ascii="Segoe UI Symbol" w:hAnsi="Segoe UI Symbol" w:cs="Segoe UI Symbol"/>
          <w:sz w:val="24"/>
          <w:szCs w:val="24"/>
        </w:rPr>
        <w:t>✓</w:t>
      </w:r>
      <w:r w:rsidRPr="001F0C1F">
        <w:rPr>
          <w:rFonts w:ascii="Times New Roman" w:hAnsi="Times New Roman" w:cs="Times New Roman"/>
          <w:sz w:val="24"/>
          <w:szCs w:val="24"/>
        </w:rPr>
        <w:t>) one option for each statement.</w:t>
      </w:r>
    </w:p>
    <w:tbl>
      <w:tblPr>
        <w:tblStyle w:val="TableGrid"/>
        <w:tblW w:w="9189" w:type="dxa"/>
        <w:jc w:val="center"/>
        <w:tblLook w:val="04A0" w:firstRow="1" w:lastRow="0" w:firstColumn="1" w:lastColumn="0" w:noHBand="0" w:noVBand="1"/>
      </w:tblPr>
      <w:tblGrid>
        <w:gridCol w:w="570"/>
        <w:gridCol w:w="3698"/>
        <w:gridCol w:w="1043"/>
        <w:gridCol w:w="804"/>
        <w:gridCol w:w="936"/>
        <w:gridCol w:w="1069"/>
        <w:gridCol w:w="1069"/>
      </w:tblGrid>
      <w:tr w:rsidR="009056B2" w:rsidRPr="001F0C1F" w:rsidTr="00E5081E">
        <w:trPr>
          <w:jc w:val="center"/>
        </w:trPr>
        <w:tc>
          <w:tcPr>
            <w:tcW w:w="567"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No.</w:t>
            </w:r>
          </w:p>
        </w:tc>
        <w:tc>
          <w:tcPr>
            <w:tcW w:w="3701"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Statement</w:t>
            </w:r>
          </w:p>
        </w:tc>
        <w:tc>
          <w:tcPr>
            <w:tcW w:w="1043"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Strongly Agree</w:t>
            </w:r>
          </w:p>
        </w:tc>
        <w:tc>
          <w:tcPr>
            <w:tcW w:w="804"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Agree</w:t>
            </w:r>
          </w:p>
        </w:tc>
        <w:tc>
          <w:tcPr>
            <w:tcW w:w="936"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Neutral</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Disagree</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Strongly Disagree</w:t>
            </w:r>
          </w:p>
        </w:tc>
      </w:tr>
      <w:tr w:rsidR="009056B2" w:rsidRPr="001F0C1F" w:rsidTr="00E5081E">
        <w:trPr>
          <w:jc w:val="center"/>
        </w:trPr>
        <w:tc>
          <w:tcPr>
            <w:tcW w:w="567"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16</w:t>
            </w:r>
          </w:p>
        </w:tc>
        <w:tc>
          <w:tcPr>
            <w:tcW w:w="3701"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provides prompt responses to patient enquiries.</w:t>
            </w:r>
          </w:p>
        </w:tc>
        <w:tc>
          <w:tcPr>
            <w:tcW w:w="1043"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804"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936"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r>
      <w:tr w:rsidR="009056B2" w:rsidRPr="001F0C1F" w:rsidTr="00E5081E">
        <w:trPr>
          <w:jc w:val="center"/>
        </w:trPr>
        <w:tc>
          <w:tcPr>
            <w:tcW w:w="567"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17</w:t>
            </w:r>
          </w:p>
        </w:tc>
        <w:tc>
          <w:tcPr>
            <w:tcW w:w="3701"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The CRM system helps maintain effective communication with international patients.</w:t>
            </w:r>
          </w:p>
        </w:tc>
        <w:tc>
          <w:tcPr>
            <w:tcW w:w="1043"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804"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936"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r>
      <w:tr w:rsidR="009056B2" w:rsidRPr="001F0C1F" w:rsidTr="00E5081E">
        <w:trPr>
          <w:jc w:val="center"/>
        </w:trPr>
        <w:tc>
          <w:tcPr>
            <w:tcW w:w="567"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18</w:t>
            </w:r>
          </w:p>
        </w:tc>
        <w:tc>
          <w:tcPr>
            <w:tcW w:w="3701"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Patient coordinators provide personalized attention throughout the treatme</w:t>
            </w:r>
            <w:bookmarkStart w:id="0" w:name="_GoBack"/>
            <w:bookmarkEnd w:id="0"/>
            <w:r w:rsidRPr="001F0C1F">
              <w:rPr>
                <w:rFonts w:ascii="Times New Roman" w:hAnsi="Times New Roman" w:cs="Times New Roman"/>
                <w:sz w:val="24"/>
                <w:szCs w:val="24"/>
              </w:rPr>
              <w:t>nt process.</w:t>
            </w:r>
          </w:p>
        </w:tc>
        <w:tc>
          <w:tcPr>
            <w:tcW w:w="1043"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804"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936"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r>
      <w:tr w:rsidR="009056B2" w:rsidRPr="001F0C1F" w:rsidTr="00E5081E">
        <w:trPr>
          <w:jc w:val="center"/>
        </w:trPr>
        <w:tc>
          <w:tcPr>
            <w:tcW w:w="567"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19</w:t>
            </w:r>
          </w:p>
        </w:tc>
        <w:tc>
          <w:tcPr>
            <w:tcW w:w="3701"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The organization provides accurate and timely information at every stage of treatment.</w:t>
            </w:r>
          </w:p>
        </w:tc>
        <w:tc>
          <w:tcPr>
            <w:tcW w:w="1043"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804"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936"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r>
      <w:tr w:rsidR="009056B2" w:rsidRPr="001F0C1F" w:rsidTr="00E5081E">
        <w:trPr>
          <w:jc w:val="center"/>
        </w:trPr>
        <w:tc>
          <w:tcPr>
            <w:tcW w:w="567"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20</w:t>
            </w:r>
          </w:p>
        </w:tc>
        <w:tc>
          <w:tcPr>
            <w:tcW w:w="3701"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Follow-up services after treatment are handled effectively.</w:t>
            </w:r>
          </w:p>
        </w:tc>
        <w:tc>
          <w:tcPr>
            <w:tcW w:w="1043"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804"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936"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r>
      <w:tr w:rsidR="009056B2" w:rsidRPr="001F0C1F" w:rsidTr="00E5081E">
        <w:trPr>
          <w:jc w:val="center"/>
        </w:trPr>
        <w:tc>
          <w:tcPr>
            <w:tcW w:w="567"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lastRenderedPageBreak/>
              <w:t>21</w:t>
            </w:r>
          </w:p>
        </w:tc>
        <w:tc>
          <w:tcPr>
            <w:tcW w:w="3701"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CRM practices improve the overall quality of international patient coordination services.</w:t>
            </w:r>
          </w:p>
        </w:tc>
        <w:tc>
          <w:tcPr>
            <w:tcW w:w="1043"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804"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936"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r>
      <w:tr w:rsidR="009056B2" w:rsidRPr="001F0C1F" w:rsidTr="00E5081E">
        <w:trPr>
          <w:jc w:val="center"/>
        </w:trPr>
        <w:tc>
          <w:tcPr>
            <w:tcW w:w="567"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22</w:t>
            </w:r>
          </w:p>
        </w:tc>
        <w:tc>
          <w:tcPr>
            <w:tcW w:w="3701"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The organization efficiently resolves patient complaints and issues.</w:t>
            </w:r>
          </w:p>
        </w:tc>
        <w:tc>
          <w:tcPr>
            <w:tcW w:w="1043"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804"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936"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r>
      <w:tr w:rsidR="009056B2" w:rsidRPr="001F0C1F" w:rsidTr="00E5081E">
        <w:trPr>
          <w:jc w:val="center"/>
        </w:trPr>
        <w:tc>
          <w:tcPr>
            <w:tcW w:w="567"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23</w:t>
            </w:r>
          </w:p>
        </w:tc>
        <w:tc>
          <w:tcPr>
            <w:tcW w:w="3701"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I trust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because of its professional communication and coordination.</w:t>
            </w:r>
          </w:p>
        </w:tc>
        <w:tc>
          <w:tcPr>
            <w:tcW w:w="1043"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804"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936"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r>
      <w:tr w:rsidR="009056B2" w:rsidRPr="001F0C1F" w:rsidTr="00E5081E">
        <w:trPr>
          <w:jc w:val="center"/>
        </w:trPr>
        <w:tc>
          <w:tcPr>
            <w:tcW w:w="567"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24</w:t>
            </w:r>
          </w:p>
        </w:tc>
        <w:tc>
          <w:tcPr>
            <w:tcW w:w="3701"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The services provided met my expectations throughout the treatment journey.</w:t>
            </w:r>
          </w:p>
        </w:tc>
        <w:tc>
          <w:tcPr>
            <w:tcW w:w="1043"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804"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936"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r>
      <w:tr w:rsidR="009056B2" w:rsidRPr="001F0C1F" w:rsidTr="00E5081E">
        <w:trPr>
          <w:jc w:val="center"/>
        </w:trPr>
        <w:tc>
          <w:tcPr>
            <w:tcW w:w="567"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25</w:t>
            </w:r>
          </w:p>
        </w:tc>
        <w:tc>
          <w:tcPr>
            <w:tcW w:w="3701"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Times New Roman" w:hAnsi="Times New Roman" w:cs="Times New Roman"/>
                <w:sz w:val="24"/>
                <w:szCs w:val="24"/>
              </w:rPr>
              <w:t xml:space="preserve">I would recommend Expert </w:t>
            </w:r>
            <w:proofErr w:type="spellStart"/>
            <w:r w:rsidRPr="001F0C1F">
              <w:rPr>
                <w:rFonts w:ascii="Times New Roman" w:hAnsi="Times New Roman" w:cs="Times New Roman"/>
                <w:sz w:val="24"/>
                <w:szCs w:val="24"/>
              </w:rPr>
              <w:t>Chikitsa</w:t>
            </w:r>
            <w:proofErr w:type="spellEnd"/>
            <w:r w:rsidRPr="001F0C1F">
              <w:rPr>
                <w:rFonts w:ascii="Times New Roman" w:hAnsi="Times New Roman" w:cs="Times New Roman"/>
                <w:sz w:val="24"/>
                <w:szCs w:val="24"/>
              </w:rPr>
              <w:t xml:space="preserve"> to other international patients based on my experience.</w:t>
            </w:r>
          </w:p>
        </w:tc>
        <w:tc>
          <w:tcPr>
            <w:tcW w:w="1043"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804"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936"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c>
          <w:tcPr>
            <w:tcW w:w="1069" w:type="dxa"/>
          </w:tcPr>
          <w:p w:rsidR="009056B2" w:rsidRPr="001F0C1F" w:rsidRDefault="009056B2" w:rsidP="00E7315E">
            <w:pPr>
              <w:pStyle w:val="NoSpacing"/>
              <w:spacing w:after="240" w:line="360" w:lineRule="auto"/>
              <w:jc w:val="both"/>
              <w:rPr>
                <w:rFonts w:ascii="Times New Roman" w:hAnsi="Times New Roman" w:cs="Times New Roman"/>
                <w:sz w:val="24"/>
                <w:szCs w:val="24"/>
              </w:rPr>
            </w:pPr>
            <w:r w:rsidRPr="001F0C1F">
              <w:rPr>
                <w:rFonts w:ascii="Segoe UI Symbol" w:hAnsi="Segoe UI Symbol" w:cs="Segoe UI Symbol"/>
                <w:sz w:val="24"/>
                <w:szCs w:val="24"/>
              </w:rPr>
              <w:t>☐</w:t>
            </w:r>
          </w:p>
        </w:tc>
      </w:tr>
    </w:tbl>
    <w:p w:rsidR="009056B2" w:rsidRDefault="009056B2" w:rsidP="009056B2">
      <w:pPr>
        <w:pStyle w:val="NoSpacing"/>
        <w:spacing w:after="240" w:line="360" w:lineRule="auto"/>
        <w:jc w:val="both"/>
        <w:rPr>
          <w:rFonts w:ascii="Times New Roman" w:hAnsi="Times New Roman" w:cs="Times New Roman"/>
          <w:sz w:val="24"/>
          <w:szCs w:val="24"/>
        </w:rPr>
      </w:pPr>
    </w:p>
    <w:p w:rsidR="009056B2" w:rsidRDefault="009056B2" w:rsidP="009056B2">
      <w:pPr>
        <w:pStyle w:val="NoSpacing"/>
        <w:spacing w:after="240" w:line="360" w:lineRule="auto"/>
        <w:jc w:val="both"/>
        <w:rPr>
          <w:rFonts w:ascii="Times New Roman" w:hAnsi="Times New Roman" w:cs="Times New Roman"/>
          <w:b/>
          <w:bCs/>
          <w:sz w:val="28"/>
          <w:szCs w:val="28"/>
        </w:rPr>
      </w:pPr>
    </w:p>
    <w:p w:rsidR="009056B2" w:rsidRDefault="009056B2" w:rsidP="009056B2">
      <w:pPr>
        <w:pStyle w:val="NoSpacing"/>
        <w:spacing w:after="240" w:line="360" w:lineRule="auto"/>
        <w:jc w:val="both"/>
        <w:rPr>
          <w:rFonts w:ascii="Times New Roman" w:hAnsi="Times New Roman" w:cs="Times New Roman"/>
          <w:b/>
          <w:bCs/>
          <w:sz w:val="28"/>
          <w:szCs w:val="28"/>
        </w:rPr>
      </w:pPr>
    </w:p>
    <w:p w:rsidR="009056B2" w:rsidRDefault="009056B2" w:rsidP="006674D6">
      <w:pPr>
        <w:pStyle w:val="BodyText"/>
        <w:spacing w:after="240" w:line="360" w:lineRule="auto"/>
        <w:ind w:right="22"/>
        <w:jc w:val="both"/>
        <w:rPr>
          <w:rFonts w:ascii="Times New Roman" w:hAnsi="Times New Roman" w:cs="Times New Roman"/>
          <w:sz w:val="24"/>
          <w:szCs w:val="24"/>
        </w:rPr>
      </w:pPr>
    </w:p>
    <w:sectPr w:rsidR="009056B2" w:rsidSect="00186739">
      <w:headerReference w:type="default" r:id="rId38"/>
      <w:footerReference w:type="default" r:id="rId39"/>
      <w:pgSz w:w="11906" w:h="16838" w:code="9"/>
      <w:pgMar w:top="1440" w:right="1440" w:bottom="1440" w:left="1440" w:header="567" w:footer="693" w:gutter="0"/>
      <w:pgBorders>
        <w:top w:val="thinThickSmallGap" w:sz="24" w:space="13" w:color="auto"/>
        <w:left w:val="thinThickSmallGap" w:sz="24" w:space="13" w:color="auto"/>
        <w:bottom w:val="thickThinSmallGap" w:sz="24" w:space="13" w:color="auto"/>
        <w:right w:val="thickThinSmallGap" w:sz="24" w:space="13"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F03" w:rsidRDefault="00622F03" w:rsidP="005C0CAA">
      <w:r>
        <w:separator/>
      </w:r>
    </w:p>
  </w:endnote>
  <w:endnote w:type="continuationSeparator" w:id="0">
    <w:p w:rsidR="00622F03" w:rsidRDefault="00622F03" w:rsidP="005C0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rtika">
    <w:altName w:val="Bell MT"/>
    <w:charset w:val="00"/>
    <w:family w:val="roman"/>
    <w:pitch w:val="variable"/>
    <w:sig w:usb0="00800003" w:usb1="00000000" w:usb2="00000000" w:usb3="00000000" w:csb0="00000001" w:csb1="00000000"/>
  </w:font>
  <w:font w:name="Arial MT">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6E6" w:rsidRPr="00186739" w:rsidRDefault="00C636E6" w:rsidP="003378F4">
    <w:pPr>
      <w:pStyle w:val="Footer"/>
      <w:tabs>
        <w:tab w:val="clear" w:pos="9026"/>
      </w:tabs>
      <w:jc w:val="both"/>
      <w:rPr>
        <w:rFonts w:ascii="Times New Roman" w:hAnsi="Times New Roman" w:cs="Times New Roman"/>
        <w:sz w:val="20"/>
      </w:rPr>
    </w:pPr>
    <w:proofErr w:type="spellStart"/>
    <w:r w:rsidRPr="00186739">
      <w:rPr>
        <w:rFonts w:ascii="Times New Roman" w:hAnsi="Times New Roman" w:cs="Times New Roman"/>
        <w:sz w:val="20"/>
      </w:rPr>
      <w:t>Krupanidhi</w:t>
    </w:r>
    <w:proofErr w:type="spellEnd"/>
    <w:r w:rsidRPr="00186739">
      <w:rPr>
        <w:rFonts w:ascii="Times New Roman" w:hAnsi="Times New Roman" w:cs="Times New Roman"/>
        <w:sz w:val="20"/>
      </w:rPr>
      <w:t xml:space="preserve"> College of Management, Bangalore     </w:t>
    </w:r>
    <w:r w:rsidRPr="00186739">
      <w:rPr>
        <w:rFonts w:ascii="Times New Roman" w:hAnsi="Times New Roman" w:cs="Times New Roman"/>
        <w:sz w:val="20"/>
      </w:rPr>
      <w:tab/>
      <w:t xml:space="preserve">    </w:t>
    </w:r>
    <w:r w:rsidRPr="00186739">
      <w:rPr>
        <w:rFonts w:ascii="Times New Roman" w:hAnsi="Times New Roman" w:cs="Times New Roman"/>
        <w:sz w:val="20"/>
      </w:rPr>
      <w:tab/>
    </w:r>
    <w:r w:rsidRPr="00186739">
      <w:rPr>
        <w:rFonts w:ascii="Times New Roman" w:hAnsi="Times New Roman" w:cs="Times New Roman"/>
        <w:sz w:val="20"/>
      </w:rPr>
      <w:tab/>
    </w:r>
    <w:r w:rsidRPr="00186739">
      <w:rPr>
        <w:rFonts w:ascii="Times New Roman" w:hAnsi="Times New Roman" w:cs="Times New Roman"/>
        <w:sz w:val="20"/>
      </w:rPr>
      <w:tab/>
    </w:r>
    <w:r w:rsidRPr="00186739">
      <w:rPr>
        <w:rFonts w:ascii="Times New Roman" w:hAnsi="Times New Roman" w:cs="Times New Roman"/>
        <w:sz w:val="20"/>
      </w:rPr>
      <w:tab/>
    </w:r>
    <w:r w:rsidRPr="00186739">
      <w:rPr>
        <w:rFonts w:ascii="Times New Roman" w:hAnsi="Times New Roman" w:cs="Times New Roman"/>
        <w:sz w:val="20"/>
      </w:rPr>
      <w:tab/>
    </w:r>
    <w:r w:rsidRPr="00186739">
      <w:rPr>
        <w:rFonts w:ascii="Times New Roman" w:hAnsi="Times New Roman" w:cs="Times New Roman"/>
        <w:sz w:val="20"/>
      </w:rPr>
      <w:tab/>
      <w:t xml:space="preserve">  </w:t>
    </w:r>
    <w:sdt>
      <w:sdtPr>
        <w:rPr>
          <w:rFonts w:ascii="Times New Roman" w:hAnsi="Times New Roman" w:cs="Times New Roman"/>
          <w:sz w:val="20"/>
        </w:rPr>
        <w:id w:val="-1432197819"/>
        <w:docPartObj>
          <w:docPartGallery w:val="Page Numbers (Bottom of Page)"/>
          <w:docPartUnique/>
        </w:docPartObj>
      </w:sdtPr>
      <w:sdtEndPr>
        <w:rPr>
          <w:noProof/>
        </w:rPr>
      </w:sdtEndPr>
      <w:sdtContent>
        <w:r w:rsidRPr="00186739">
          <w:rPr>
            <w:rFonts w:ascii="Times New Roman" w:hAnsi="Times New Roman" w:cs="Times New Roman"/>
            <w:sz w:val="20"/>
          </w:rPr>
          <w:fldChar w:fldCharType="begin"/>
        </w:r>
        <w:r w:rsidRPr="00186739">
          <w:rPr>
            <w:rFonts w:ascii="Times New Roman" w:hAnsi="Times New Roman" w:cs="Times New Roman"/>
            <w:sz w:val="20"/>
          </w:rPr>
          <w:instrText xml:space="preserve"> PAGE   \* MERGEFORMAT </w:instrText>
        </w:r>
        <w:r w:rsidRPr="00186739">
          <w:rPr>
            <w:rFonts w:ascii="Times New Roman" w:hAnsi="Times New Roman" w:cs="Times New Roman"/>
            <w:sz w:val="20"/>
          </w:rPr>
          <w:fldChar w:fldCharType="separate"/>
        </w:r>
        <w:r w:rsidR="00E5081E">
          <w:rPr>
            <w:rFonts w:ascii="Times New Roman" w:hAnsi="Times New Roman" w:cs="Times New Roman"/>
            <w:noProof/>
            <w:sz w:val="20"/>
          </w:rPr>
          <w:t>58</w:t>
        </w:r>
        <w:r w:rsidRPr="00186739">
          <w:rPr>
            <w:rFonts w:ascii="Times New Roman" w:hAnsi="Times New Roman" w:cs="Times New Roman"/>
            <w:noProof/>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F03" w:rsidRDefault="00622F03" w:rsidP="005C0CAA">
      <w:r>
        <w:separator/>
      </w:r>
    </w:p>
  </w:footnote>
  <w:footnote w:type="continuationSeparator" w:id="0">
    <w:p w:rsidR="00622F03" w:rsidRDefault="00622F03" w:rsidP="005C0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6E6" w:rsidRPr="009056B2" w:rsidRDefault="009056B2" w:rsidP="009056B2">
    <w:pPr>
      <w:pStyle w:val="Header"/>
      <w:jc w:val="right"/>
    </w:pPr>
    <w:r w:rsidRPr="009056B2">
      <w:rPr>
        <w:rFonts w:ascii="Times New Roman" w:eastAsiaTheme="minorEastAsia" w:hAnsi="Times New Roman" w:cs="Times New Roman"/>
        <w:iCs/>
        <w:sz w:val="20"/>
        <w:szCs w:val="24"/>
      </w:rPr>
      <w:t>A Study on Customer Relationship Management (CRM) and Its Impact on International Patient Effective Coordination Services wi</w:t>
    </w:r>
    <w:r w:rsidR="004E043E">
      <w:rPr>
        <w:rFonts w:ascii="Times New Roman" w:eastAsiaTheme="minorEastAsia" w:hAnsi="Times New Roman" w:cs="Times New Roman"/>
        <w:iCs/>
        <w:sz w:val="20"/>
        <w:szCs w:val="24"/>
      </w:rPr>
      <w:t xml:space="preserve">th Reference to Expert </w:t>
    </w:r>
    <w:proofErr w:type="spellStart"/>
    <w:r w:rsidR="004E043E">
      <w:rPr>
        <w:rFonts w:ascii="Times New Roman" w:eastAsiaTheme="minorEastAsia" w:hAnsi="Times New Roman" w:cs="Times New Roman"/>
        <w:iCs/>
        <w:sz w:val="20"/>
        <w:szCs w:val="24"/>
      </w:rPr>
      <w:t>Chikitsa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ADA85D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753D3"/>
    <w:multiLevelType w:val="hybridMultilevel"/>
    <w:tmpl w:val="B2668FE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25E66BC"/>
    <w:multiLevelType w:val="hybridMultilevel"/>
    <w:tmpl w:val="12F48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B448D4"/>
    <w:multiLevelType w:val="multilevel"/>
    <w:tmpl w:val="54C8E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1E0EF8"/>
    <w:multiLevelType w:val="multilevel"/>
    <w:tmpl w:val="CDA6D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BF666D9"/>
    <w:multiLevelType w:val="multilevel"/>
    <w:tmpl w:val="B7803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336A92"/>
    <w:multiLevelType w:val="multilevel"/>
    <w:tmpl w:val="4FFE183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2E6231"/>
    <w:multiLevelType w:val="hybridMultilevel"/>
    <w:tmpl w:val="81BC9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5C57C22"/>
    <w:multiLevelType w:val="hybridMultilevel"/>
    <w:tmpl w:val="F99A18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81F3F30"/>
    <w:multiLevelType w:val="multilevel"/>
    <w:tmpl w:val="9FC2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3757C2"/>
    <w:multiLevelType w:val="multilevel"/>
    <w:tmpl w:val="F014CB9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C340AF"/>
    <w:multiLevelType w:val="multilevel"/>
    <w:tmpl w:val="931E5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235489"/>
    <w:multiLevelType w:val="hybridMultilevel"/>
    <w:tmpl w:val="965A9D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6A15573"/>
    <w:multiLevelType w:val="hybridMultilevel"/>
    <w:tmpl w:val="C5EED2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4B9B49EB"/>
    <w:multiLevelType w:val="hybridMultilevel"/>
    <w:tmpl w:val="F64C6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0A3F98"/>
    <w:multiLevelType w:val="multilevel"/>
    <w:tmpl w:val="B6F8E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2D04CC8"/>
    <w:multiLevelType w:val="hybridMultilevel"/>
    <w:tmpl w:val="C764E8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53BD38D8"/>
    <w:multiLevelType w:val="hybridMultilevel"/>
    <w:tmpl w:val="035C626C"/>
    <w:lvl w:ilvl="0" w:tplc="40090001">
      <w:start w:val="1"/>
      <w:numFmt w:val="bullet"/>
      <w:lvlText w:val=""/>
      <w:lvlJc w:val="left"/>
      <w:pPr>
        <w:ind w:left="895" w:hanging="555"/>
      </w:pPr>
      <w:rPr>
        <w:rFonts w:ascii="Symbol" w:hAnsi="Symbol" w:hint="default"/>
      </w:rPr>
    </w:lvl>
    <w:lvl w:ilvl="1" w:tplc="40090003" w:tentative="1">
      <w:start w:val="1"/>
      <w:numFmt w:val="bullet"/>
      <w:lvlText w:val="o"/>
      <w:lvlJc w:val="left"/>
      <w:pPr>
        <w:ind w:left="1610" w:hanging="360"/>
      </w:pPr>
      <w:rPr>
        <w:rFonts w:ascii="Courier New" w:hAnsi="Courier New" w:cs="Courier New" w:hint="default"/>
      </w:rPr>
    </w:lvl>
    <w:lvl w:ilvl="2" w:tplc="40090005" w:tentative="1">
      <w:start w:val="1"/>
      <w:numFmt w:val="bullet"/>
      <w:lvlText w:val=""/>
      <w:lvlJc w:val="left"/>
      <w:pPr>
        <w:ind w:left="2330" w:hanging="360"/>
      </w:pPr>
      <w:rPr>
        <w:rFonts w:ascii="Wingdings" w:hAnsi="Wingdings" w:hint="default"/>
      </w:rPr>
    </w:lvl>
    <w:lvl w:ilvl="3" w:tplc="40090001" w:tentative="1">
      <w:start w:val="1"/>
      <w:numFmt w:val="bullet"/>
      <w:lvlText w:val=""/>
      <w:lvlJc w:val="left"/>
      <w:pPr>
        <w:ind w:left="3050" w:hanging="360"/>
      </w:pPr>
      <w:rPr>
        <w:rFonts w:ascii="Symbol" w:hAnsi="Symbol" w:hint="default"/>
      </w:rPr>
    </w:lvl>
    <w:lvl w:ilvl="4" w:tplc="40090003" w:tentative="1">
      <w:start w:val="1"/>
      <w:numFmt w:val="bullet"/>
      <w:lvlText w:val="o"/>
      <w:lvlJc w:val="left"/>
      <w:pPr>
        <w:ind w:left="3770" w:hanging="360"/>
      </w:pPr>
      <w:rPr>
        <w:rFonts w:ascii="Courier New" w:hAnsi="Courier New" w:cs="Courier New" w:hint="default"/>
      </w:rPr>
    </w:lvl>
    <w:lvl w:ilvl="5" w:tplc="40090005" w:tentative="1">
      <w:start w:val="1"/>
      <w:numFmt w:val="bullet"/>
      <w:lvlText w:val=""/>
      <w:lvlJc w:val="left"/>
      <w:pPr>
        <w:ind w:left="4490" w:hanging="360"/>
      </w:pPr>
      <w:rPr>
        <w:rFonts w:ascii="Wingdings" w:hAnsi="Wingdings" w:hint="default"/>
      </w:rPr>
    </w:lvl>
    <w:lvl w:ilvl="6" w:tplc="40090001" w:tentative="1">
      <w:start w:val="1"/>
      <w:numFmt w:val="bullet"/>
      <w:lvlText w:val=""/>
      <w:lvlJc w:val="left"/>
      <w:pPr>
        <w:ind w:left="5210" w:hanging="360"/>
      </w:pPr>
      <w:rPr>
        <w:rFonts w:ascii="Symbol" w:hAnsi="Symbol" w:hint="default"/>
      </w:rPr>
    </w:lvl>
    <w:lvl w:ilvl="7" w:tplc="40090003" w:tentative="1">
      <w:start w:val="1"/>
      <w:numFmt w:val="bullet"/>
      <w:lvlText w:val="o"/>
      <w:lvlJc w:val="left"/>
      <w:pPr>
        <w:ind w:left="5930" w:hanging="360"/>
      </w:pPr>
      <w:rPr>
        <w:rFonts w:ascii="Courier New" w:hAnsi="Courier New" w:cs="Courier New" w:hint="default"/>
      </w:rPr>
    </w:lvl>
    <w:lvl w:ilvl="8" w:tplc="40090005" w:tentative="1">
      <w:start w:val="1"/>
      <w:numFmt w:val="bullet"/>
      <w:lvlText w:val=""/>
      <w:lvlJc w:val="left"/>
      <w:pPr>
        <w:ind w:left="6650" w:hanging="360"/>
      </w:pPr>
      <w:rPr>
        <w:rFonts w:ascii="Wingdings" w:hAnsi="Wingdings" w:hint="default"/>
      </w:rPr>
    </w:lvl>
  </w:abstractNum>
  <w:abstractNum w:abstractNumId="26" w15:restartNumberingAfterBreak="0">
    <w:nsid w:val="58FA3640"/>
    <w:multiLevelType w:val="hybridMultilevel"/>
    <w:tmpl w:val="DB38769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5FB4596C"/>
    <w:multiLevelType w:val="multilevel"/>
    <w:tmpl w:val="9DE01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DA749A"/>
    <w:multiLevelType w:val="hybridMultilevel"/>
    <w:tmpl w:val="FA203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B50DE6"/>
    <w:multiLevelType w:val="hybridMultilevel"/>
    <w:tmpl w:val="EAC6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1755C7"/>
    <w:multiLevelType w:val="hybridMultilevel"/>
    <w:tmpl w:val="FA4237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785C2FDF"/>
    <w:multiLevelType w:val="hybridMultilevel"/>
    <w:tmpl w:val="58F4FF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7E816B47"/>
    <w:multiLevelType w:val="hybridMultilevel"/>
    <w:tmpl w:val="90F48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25"/>
  </w:num>
  <w:num w:numId="8">
    <w:abstractNumId w:val="24"/>
  </w:num>
  <w:num w:numId="9">
    <w:abstractNumId w:val="21"/>
  </w:num>
  <w:num w:numId="10">
    <w:abstractNumId w:val="15"/>
  </w:num>
  <w:num w:numId="11">
    <w:abstractNumId w:val="22"/>
  </w:num>
  <w:num w:numId="12">
    <w:abstractNumId w:val="10"/>
  </w:num>
  <w:num w:numId="13">
    <w:abstractNumId w:val="32"/>
  </w:num>
  <w:num w:numId="14">
    <w:abstractNumId w:val="28"/>
  </w:num>
  <w:num w:numId="15">
    <w:abstractNumId w:val="20"/>
  </w:num>
  <w:num w:numId="16">
    <w:abstractNumId w:val="30"/>
  </w:num>
  <w:num w:numId="17">
    <w:abstractNumId w:val="29"/>
  </w:num>
  <w:num w:numId="18">
    <w:abstractNumId w:val="12"/>
  </w:num>
  <w:num w:numId="19">
    <w:abstractNumId w:val="14"/>
  </w:num>
  <w:num w:numId="20">
    <w:abstractNumId w:val="23"/>
  </w:num>
  <w:num w:numId="21">
    <w:abstractNumId w:val="27"/>
  </w:num>
  <w:num w:numId="22">
    <w:abstractNumId w:val="11"/>
  </w:num>
  <w:num w:numId="23">
    <w:abstractNumId w:val="17"/>
  </w:num>
  <w:num w:numId="24">
    <w:abstractNumId w:val="4"/>
  </w:num>
  <w:num w:numId="25">
    <w:abstractNumId w:val="1"/>
  </w:num>
  <w:num w:numId="26">
    <w:abstractNumId w:val="0"/>
  </w:num>
  <w:num w:numId="27">
    <w:abstractNumId w:val="19"/>
  </w:num>
  <w:num w:numId="28">
    <w:abstractNumId w:val="13"/>
  </w:num>
  <w:num w:numId="29">
    <w:abstractNumId w:val="18"/>
  </w:num>
  <w:num w:numId="30">
    <w:abstractNumId w:val="16"/>
  </w:num>
  <w:num w:numId="31">
    <w:abstractNumId w:val="31"/>
  </w:num>
  <w:num w:numId="32">
    <w:abstractNumId w:val="26"/>
  </w:num>
  <w:num w:numId="33">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C70"/>
    <w:rsid w:val="00030306"/>
    <w:rsid w:val="00030B04"/>
    <w:rsid w:val="0005510C"/>
    <w:rsid w:val="000654D9"/>
    <w:rsid w:val="00073318"/>
    <w:rsid w:val="00086C70"/>
    <w:rsid w:val="00090B5E"/>
    <w:rsid w:val="000B0779"/>
    <w:rsid w:val="000B1413"/>
    <w:rsid w:val="000C1B66"/>
    <w:rsid w:val="000C3ECF"/>
    <w:rsid w:val="000E6A13"/>
    <w:rsid w:val="000F5842"/>
    <w:rsid w:val="00110844"/>
    <w:rsid w:val="00113517"/>
    <w:rsid w:val="00121186"/>
    <w:rsid w:val="001308C2"/>
    <w:rsid w:val="00137D33"/>
    <w:rsid w:val="00145230"/>
    <w:rsid w:val="0016611E"/>
    <w:rsid w:val="00182278"/>
    <w:rsid w:val="00186739"/>
    <w:rsid w:val="00194948"/>
    <w:rsid w:val="001C457A"/>
    <w:rsid w:val="001C6DE3"/>
    <w:rsid w:val="001C7BB8"/>
    <w:rsid w:val="001D2296"/>
    <w:rsid w:val="001D4DBF"/>
    <w:rsid w:val="001E0572"/>
    <w:rsid w:val="00241E38"/>
    <w:rsid w:val="002468DE"/>
    <w:rsid w:val="00252C09"/>
    <w:rsid w:val="00266714"/>
    <w:rsid w:val="00274B39"/>
    <w:rsid w:val="002E1606"/>
    <w:rsid w:val="002E5F27"/>
    <w:rsid w:val="00306944"/>
    <w:rsid w:val="00321BEB"/>
    <w:rsid w:val="0032508E"/>
    <w:rsid w:val="003378F4"/>
    <w:rsid w:val="00342E7E"/>
    <w:rsid w:val="00354B85"/>
    <w:rsid w:val="003628C5"/>
    <w:rsid w:val="003845E0"/>
    <w:rsid w:val="00396DBB"/>
    <w:rsid w:val="003B1E64"/>
    <w:rsid w:val="003F2826"/>
    <w:rsid w:val="00400548"/>
    <w:rsid w:val="00410A93"/>
    <w:rsid w:val="004516EA"/>
    <w:rsid w:val="00454E2C"/>
    <w:rsid w:val="00473212"/>
    <w:rsid w:val="00485C88"/>
    <w:rsid w:val="004B1EAC"/>
    <w:rsid w:val="004C1EB1"/>
    <w:rsid w:val="004E043E"/>
    <w:rsid w:val="004F483E"/>
    <w:rsid w:val="005273D1"/>
    <w:rsid w:val="00527913"/>
    <w:rsid w:val="0054281F"/>
    <w:rsid w:val="00543B1D"/>
    <w:rsid w:val="0054640E"/>
    <w:rsid w:val="00562BFB"/>
    <w:rsid w:val="00570EA9"/>
    <w:rsid w:val="005A210B"/>
    <w:rsid w:val="005A5426"/>
    <w:rsid w:val="005A5FB6"/>
    <w:rsid w:val="005B67B9"/>
    <w:rsid w:val="005C0CAA"/>
    <w:rsid w:val="005D5648"/>
    <w:rsid w:val="005E219D"/>
    <w:rsid w:val="005F2610"/>
    <w:rsid w:val="00600753"/>
    <w:rsid w:val="00600AC2"/>
    <w:rsid w:val="006019B5"/>
    <w:rsid w:val="0060225E"/>
    <w:rsid w:val="00611CC0"/>
    <w:rsid w:val="006206C5"/>
    <w:rsid w:val="00622F03"/>
    <w:rsid w:val="006674D6"/>
    <w:rsid w:val="00696B44"/>
    <w:rsid w:val="006A7E2C"/>
    <w:rsid w:val="00702142"/>
    <w:rsid w:val="00730E70"/>
    <w:rsid w:val="007339C8"/>
    <w:rsid w:val="00737F3D"/>
    <w:rsid w:val="00771D1A"/>
    <w:rsid w:val="00774B35"/>
    <w:rsid w:val="00780BD1"/>
    <w:rsid w:val="00793F68"/>
    <w:rsid w:val="00796FB1"/>
    <w:rsid w:val="008111A9"/>
    <w:rsid w:val="008138E1"/>
    <w:rsid w:val="008216A7"/>
    <w:rsid w:val="00830228"/>
    <w:rsid w:val="00840D03"/>
    <w:rsid w:val="00841C0E"/>
    <w:rsid w:val="00844DE3"/>
    <w:rsid w:val="00883EC6"/>
    <w:rsid w:val="008D4AED"/>
    <w:rsid w:val="008F0B93"/>
    <w:rsid w:val="00900333"/>
    <w:rsid w:val="009056B2"/>
    <w:rsid w:val="00912977"/>
    <w:rsid w:val="00913995"/>
    <w:rsid w:val="00922DA0"/>
    <w:rsid w:val="0093564C"/>
    <w:rsid w:val="009409C8"/>
    <w:rsid w:val="00952F8B"/>
    <w:rsid w:val="009701AE"/>
    <w:rsid w:val="0097237A"/>
    <w:rsid w:val="00990BF5"/>
    <w:rsid w:val="009A1B8C"/>
    <w:rsid w:val="009C1700"/>
    <w:rsid w:val="009C19D5"/>
    <w:rsid w:val="009D3EED"/>
    <w:rsid w:val="009E2001"/>
    <w:rsid w:val="009E5D76"/>
    <w:rsid w:val="00A01A5C"/>
    <w:rsid w:val="00A14882"/>
    <w:rsid w:val="00A43CBE"/>
    <w:rsid w:val="00A471AD"/>
    <w:rsid w:val="00A54061"/>
    <w:rsid w:val="00A572B2"/>
    <w:rsid w:val="00A57E0E"/>
    <w:rsid w:val="00A613BE"/>
    <w:rsid w:val="00A95278"/>
    <w:rsid w:val="00AB3BAC"/>
    <w:rsid w:val="00AC026E"/>
    <w:rsid w:val="00AC23B8"/>
    <w:rsid w:val="00B1778A"/>
    <w:rsid w:val="00B71D3E"/>
    <w:rsid w:val="00B74316"/>
    <w:rsid w:val="00B95238"/>
    <w:rsid w:val="00BB03AD"/>
    <w:rsid w:val="00BB2B95"/>
    <w:rsid w:val="00BE3AF6"/>
    <w:rsid w:val="00BE5F8C"/>
    <w:rsid w:val="00BE7014"/>
    <w:rsid w:val="00BF0864"/>
    <w:rsid w:val="00BF5372"/>
    <w:rsid w:val="00C0128F"/>
    <w:rsid w:val="00C01340"/>
    <w:rsid w:val="00C0135E"/>
    <w:rsid w:val="00C208A6"/>
    <w:rsid w:val="00C25F27"/>
    <w:rsid w:val="00C32894"/>
    <w:rsid w:val="00C3529E"/>
    <w:rsid w:val="00C55CEC"/>
    <w:rsid w:val="00C569DF"/>
    <w:rsid w:val="00C636E6"/>
    <w:rsid w:val="00C733A3"/>
    <w:rsid w:val="00C742AC"/>
    <w:rsid w:val="00C74953"/>
    <w:rsid w:val="00C7527E"/>
    <w:rsid w:val="00C76D6F"/>
    <w:rsid w:val="00C93A37"/>
    <w:rsid w:val="00CC41C2"/>
    <w:rsid w:val="00CD25F1"/>
    <w:rsid w:val="00CD38DD"/>
    <w:rsid w:val="00CD6420"/>
    <w:rsid w:val="00D04C45"/>
    <w:rsid w:val="00D23432"/>
    <w:rsid w:val="00D40C3E"/>
    <w:rsid w:val="00D62A30"/>
    <w:rsid w:val="00D6623D"/>
    <w:rsid w:val="00DA0E31"/>
    <w:rsid w:val="00DB043A"/>
    <w:rsid w:val="00DC4831"/>
    <w:rsid w:val="00DE1440"/>
    <w:rsid w:val="00DE7F3F"/>
    <w:rsid w:val="00DF2D34"/>
    <w:rsid w:val="00E008D0"/>
    <w:rsid w:val="00E14D58"/>
    <w:rsid w:val="00E1572E"/>
    <w:rsid w:val="00E244F6"/>
    <w:rsid w:val="00E35BC3"/>
    <w:rsid w:val="00E47037"/>
    <w:rsid w:val="00E4772B"/>
    <w:rsid w:val="00E5081E"/>
    <w:rsid w:val="00E60962"/>
    <w:rsid w:val="00E65FF3"/>
    <w:rsid w:val="00E67CE4"/>
    <w:rsid w:val="00EB37B2"/>
    <w:rsid w:val="00EB5E14"/>
    <w:rsid w:val="00EE73E7"/>
    <w:rsid w:val="00EF289A"/>
    <w:rsid w:val="00F30944"/>
    <w:rsid w:val="00F56CE5"/>
    <w:rsid w:val="00F6171F"/>
    <w:rsid w:val="00F84DAE"/>
    <w:rsid w:val="00FC2265"/>
    <w:rsid w:val="00FD025C"/>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923FDF"/>
  <w15:docId w15:val="{C7204CA8-1477-49E8-9919-A1E50C128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paragraph" w:styleId="Heading1">
    <w:name w:val="heading 1"/>
    <w:basedOn w:val="Normal"/>
    <w:link w:val="Heading1Char"/>
    <w:uiPriority w:val="9"/>
    <w:qFormat/>
    <w:pPr>
      <w:ind w:left="170"/>
      <w:outlineLvl w:val="0"/>
    </w:pPr>
    <w:rPr>
      <w:rFonts w:ascii="Arial" w:eastAsia="Arial" w:hAnsi="Arial" w:cs="Arial"/>
      <w:b/>
      <w:bCs/>
      <w:sz w:val="26"/>
      <w:szCs w:val="26"/>
    </w:rPr>
  </w:style>
  <w:style w:type="paragraph" w:styleId="Heading2">
    <w:name w:val="heading 2"/>
    <w:basedOn w:val="Normal"/>
    <w:link w:val="Heading2Char"/>
    <w:uiPriority w:val="9"/>
    <w:qFormat/>
    <w:pPr>
      <w:spacing w:before="173"/>
      <w:ind w:left="254" w:right="269"/>
      <w:jc w:val="center"/>
      <w:outlineLvl w:val="1"/>
    </w:pPr>
    <w:rPr>
      <w:rFonts w:ascii="Arial" w:eastAsia="Arial" w:hAnsi="Arial" w:cs="Arial"/>
      <w:b/>
      <w:bCs/>
      <w:sz w:val="24"/>
      <w:szCs w:val="24"/>
    </w:rPr>
  </w:style>
  <w:style w:type="paragraph" w:styleId="Heading3">
    <w:name w:val="heading 3"/>
    <w:basedOn w:val="Normal"/>
    <w:link w:val="Heading3Char"/>
    <w:uiPriority w:val="9"/>
    <w:qFormat/>
    <w:pPr>
      <w:ind w:left="254" w:right="212"/>
      <w:jc w:val="center"/>
      <w:outlineLvl w:val="2"/>
    </w:pPr>
    <w:rPr>
      <w:rFonts w:ascii="Arial" w:eastAsia="Arial" w:hAnsi="Arial" w:cs="Arial"/>
      <w:b/>
      <w:bCs/>
      <w:sz w:val="20"/>
      <w:szCs w:val="20"/>
    </w:rPr>
  </w:style>
  <w:style w:type="paragraph" w:styleId="Heading4">
    <w:name w:val="heading 4"/>
    <w:basedOn w:val="Normal"/>
    <w:link w:val="Heading4Char"/>
    <w:uiPriority w:val="9"/>
    <w:qFormat/>
    <w:pPr>
      <w:ind w:left="184"/>
      <w:outlineLvl w:val="3"/>
    </w:pPr>
    <w:rPr>
      <w:rFonts w:ascii="Arial" w:eastAsia="Arial" w:hAnsi="Arial" w:cs="Arial"/>
      <w:b/>
      <w:bCs/>
      <w:sz w:val="18"/>
      <w:szCs w:val="18"/>
    </w:rPr>
  </w:style>
  <w:style w:type="paragraph" w:styleId="Heading5">
    <w:name w:val="heading 5"/>
    <w:basedOn w:val="Normal"/>
    <w:next w:val="Normal"/>
    <w:link w:val="Heading5Char"/>
    <w:uiPriority w:val="9"/>
    <w:semiHidden/>
    <w:unhideWhenUsed/>
    <w:qFormat/>
    <w:rsid w:val="00F6171F"/>
    <w:pPr>
      <w:keepNext/>
      <w:keepLines/>
      <w:widowControl/>
      <w:autoSpaceDE/>
      <w:autoSpaceDN/>
      <w:spacing w:before="200" w:line="276"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6171F"/>
    <w:pPr>
      <w:keepNext/>
      <w:keepLines/>
      <w:widowControl/>
      <w:autoSpaceDE/>
      <w:autoSpaceDN/>
      <w:spacing w:before="200" w:line="276" w:lineRule="auto"/>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6171F"/>
    <w:pPr>
      <w:keepNext/>
      <w:keepLines/>
      <w:widowControl/>
      <w:autoSpaceDE/>
      <w:autoSpaceDN/>
      <w:spacing w:before="20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6171F"/>
    <w:pPr>
      <w:keepNext/>
      <w:keepLines/>
      <w:widowControl/>
      <w:autoSpaceDE/>
      <w:autoSpaceDN/>
      <w:spacing w:before="200" w:line="276" w:lineRule="auto"/>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6171F"/>
    <w:pPr>
      <w:keepNext/>
      <w:keepLines/>
      <w:widowControl/>
      <w:autoSpaceDE/>
      <w:autoSpaceDN/>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71F"/>
    <w:rPr>
      <w:rFonts w:ascii="Arial" w:eastAsia="Arial" w:hAnsi="Arial" w:cs="Arial"/>
      <w:b/>
      <w:bCs/>
      <w:sz w:val="26"/>
      <w:szCs w:val="26"/>
    </w:rPr>
  </w:style>
  <w:style w:type="character" w:customStyle="1" w:styleId="Heading2Char">
    <w:name w:val="Heading 2 Char"/>
    <w:basedOn w:val="DefaultParagraphFont"/>
    <w:link w:val="Heading2"/>
    <w:uiPriority w:val="9"/>
    <w:rsid w:val="00F6171F"/>
    <w:rPr>
      <w:rFonts w:ascii="Arial" w:eastAsia="Arial" w:hAnsi="Arial" w:cs="Arial"/>
      <w:b/>
      <w:bCs/>
      <w:sz w:val="24"/>
      <w:szCs w:val="24"/>
    </w:rPr>
  </w:style>
  <w:style w:type="character" w:customStyle="1" w:styleId="Heading3Char">
    <w:name w:val="Heading 3 Char"/>
    <w:basedOn w:val="DefaultParagraphFont"/>
    <w:link w:val="Heading3"/>
    <w:uiPriority w:val="9"/>
    <w:rsid w:val="00F6171F"/>
    <w:rPr>
      <w:rFonts w:ascii="Arial" w:eastAsia="Arial" w:hAnsi="Arial" w:cs="Arial"/>
      <w:b/>
      <w:bCs/>
      <w:sz w:val="20"/>
      <w:szCs w:val="20"/>
    </w:rPr>
  </w:style>
  <w:style w:type="character" w:customStyle="1" w:styleId="Heading4Char">
    <w:name w:val="Heading 4 Char"/>
    <w:basedOn w:val="DefaultParagraphFont"/>
    <w:link w:val="Heading4"/>
    <w:uiPriority w:val="9"/>
    <w:rsid w:val="00F6171F"/>
    <w:rPr>
      <w:rFonts w:ascii="Arial" w:eastAsia="Arial" w:hAnsi="Arial" w:cs="Arial"/>
      <w:b/>
      <w:bCs/>
      <w:sz w:val="18"/>
      <w:szCs w:val="18"/>
    </w:rPr>
  </w:style>
  <w:style w:type="character" w:customStyle="1" w:styleId="Heading5Char">
    <w:name w:val="Heading 5 Char"/>
    <w:basedOn w:val="DefaultParagraphFont"/>
    <w:link w:val="Heading5"/>
    <w:uiPriority w:val="9"/>
    <w:semiHidden/>
    <w:rsid w:val="00F6171F"/>
    <w:rPr>
      <w:rFonts w:asciiTheme="majorHAnsi" w:eastAsiaTheme="majorEastAsia" w:hAnsiTheme="majorHAnsi" w:cstheme="majorBidi"/>
      <w:color w:val="243F60" w:themeColor="accent1" w:themeShade="7F"/>
    </w:rPr>
  </w:style>
  <w:style w:type="paragraph" w:styleId="BodyText">
    <w:name w:val="Body Text"/>
    <w:basedOn w:val="Normal"/>
    <w:link w:val="BodyTextChar"/>
    <w:uiPriority w:val="99"/>
    <w:qFormat/>
    <w:rPr>
      <w:sz w:val="18"/>
      <w:szCs w:val="18"/>
    </w:rPr>
  </w:style>
  <w:style w:type="character" w:customStyle="1" w:styleId="BodyTextChar">
    <w:name w:val="Body Text Char"/>
    <w:basedOn w:val="DefaultParagraphFont"/>
    <w:link w:val="BodyText"/>
    <w:uiPriority w:val="99"/>
    <w:rsid w:val="00F6171F"/>
    <w:rPr>
      <w:rFonts w:ascii="Arial MT" w:eastAsia="Arial MT" w:hAnsi="Arial MT" w:cs="Arial MT"/>
      <w:sz w:val="18"/>
      <w:szCs w:val="18"/>
    </w:rPr>
  </w:style>
  <w:style w:type="paragraph" w:styleId="ListParagraph">
    <w:name w:val="List Paragraph"/>
    <w:basedOn w:val="Normal"/>
    <w:uiPriority w:val="34"/>
    <w:qFormat/>
    <w:pPr>
      <w:ind w:left="847" w:hanging="33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C0CAA"/>
    <w:pPr>
      <w:tabs>
        <w:tab w:val="center" w:pos="4513"/>
        <w:tab w:val="right" w:pos="9026"/>
      </w:tabs>
    </w:pPr>
  </w:style>
  <w:style w:type="character" w:customStyle="1" w:styleId="HeaderChar">
    <w:name w:val="Header Char"/>
    <w:basedOn w:val="DefaultParagraphFont"/>
    <w:link w:val="Header"/>
    <w:uiPriority w:val="99"/>
    <w:rsid w:val="005C0CAA"/>
    <w:rPr>
      <w:rFonts w:ascii="Arial MT" w:eastAsia="Arial MT" w:hAnsi="Arial MT" w:cs="Arial MT"/>
    </w:rPr>
  </w:style>
  <w:style w:type="paragraph" w:styleId="Footer">
    <w:name w:val="footer"/>
    <w:basedOn w:val="Normal"/>
    <w:link w:val="FooterChar"/>
    <w:uiPriority w:val="99"/>
    <w:unhideWhenUsed/>
    <w:rsid w:val="005C0CAA"/>
    <w:pPr>
      <w:tabs>
        <w:tab w:val="center" w:pos="4513"/>
        <w:tab w:val="right" w:pos="9026"/>
      </w:tabs>
    </w:pPr>
  </w:style>
  <w:style w:type="character" w:customStyle="1" w:styleId="FooterChar">
    <w:name w:val="Footer Char"/>
    <w:basedOn w:val="DefaultParagraphFont"/>
    <w:link w:val="Footer"/>
    <w:uiPriority w:val="99"/>
    <w:rsid w:val="005C0CAA"/>
    <w:rPr>
      <w:rFonts w:ascii="Arial MT" w:eastAsia="Arial MT" w:hAnsi="Arial MT" w:cs="Arial MT"/>
    </w:rPr>
  </w:style>
  <w:style w:type="character" w:customStyle="1" w:styleId="Heading6Char">
    <w:name w:val="Heading 6 Char"/>
    <w:basedOn w:val="DefaultParagraphFont"/>
    <w:link w:val="Heading6"/>
    <w:uiPriority w:val="9"/>
    <w:semiHidden/>
    <w:rsid w:val="00F6171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6171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6171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6171F"/>
    <w:rPr>
      <w:rFonts w:asciiTheme="majorHAnsi" w:eastAsiaTheme="majorEastAsia" w:hAnsiTheme="majorHAnsi" w:cstheme="majorBidi"/>
      <w:i/>
      <w:iCs/>
      <w:color w:val="404040" w:themeColor="text1" w:themeTint="BF"/>
      <w:sz w:val="20"/>
      <w:szCs w:val="20"/>
    </w:rPr>
  </w:style>
  <w:style w:type="paragraph" w:styleId="NoSpacing">
    <w:name w:val="No Spacing"/>
    <w:uiPriority w:val="1"/>
    <w:qFormat/>
    <w:rsid w:val="00F6171F"/>
    <w:pPr>
      <w:widowControl/>
      <w:autoSpaceDE/>
      <w:autoSpaceDN/>
    </w:pPr>
    <w:rPr>
      <w:rFonts w:eastAsiaTheme="minorEastAsia"/>
    </w:rPr>
  </w:style>
  <w:style w:type="paragraph" w:styleId="Title">
    <w:name w:val="Title"/>
    <w:basedOn w:val="Normal"/>
    <w:next w:val="Normal"/>
    <w:link w:val="TitleChar"/>
    <w:uiPriority w:val="10"/>
    <w:qFormat/>
    <w:rsid w:val="00F6171F"/>
    <w:pPr>
      <w:widowControl/>
      <w:pBdr>
        <w:bottom w:val="single" w:sz="8" w:space="4" w:color="4F81BD" w:themeColor="accent1"/>
      </w:pBdr>
      <w:autoSpaceDE/>
      <w:autoSpaceDN/>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6171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6171F"/>
    <w:pPr>
      <w:widowControl/>
      <w:numPr>
        <w:ilvl w:val="1"/>
      </w:numPr>
      <w:autoSpaceDE/>
      <w:autoSpaceDN/>
      <w:spacing w:after="200" w:line="276"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6171F"/>
    <w:rPr>
      <w:rFonts w:asciiTheme="majorHAnsi" w:eastAsiaTheme="majorEastAsia" w:hAnsiTheme="majorHAnsi" w:cstheme="majorBidi"/>
      <w:i/>
      <w:iCs/>
      <w:color w:val="4F81BD" w:themeColor="accent1"/>
      <w:spacing w:val="15"/>
      <w:sz w:val="24"/>
      <w:szCs w:val="24"/>
    </w:rPr>
  </w:style>
  <w:style w:type="paragraph" w:styleId="BodyText2">
    <w:name w:val="Body Text 2"/>
    <w:basedOn w:val="Normal"/>
    <w:link w:val="BodyText2Char"/>
    <w:uiPriority w:val="99"/>
    <w:unhideWhenUsed/>
    <w:rsid w:val="00F6171F"/>
    <w:pPr>
      <w:widowControl/>
      <w:autoSpaceDE/>
      <w:autoSpaceDN/>
      <w:spacing w:after="120" w:line="480" w:lineRule="auto"/>
    </w:pPr>
    <w:rPr>
      <w:rFonts w:asciiTheme="minorHAnsi" w:eastAsiaTheme="minorEastAsia" w:hAnsiTheme="minorHAnsi" w:cstheme="minorBidi"/>
    </w:rPr>
  </w:style>
  <w:style w:type="character" w:customStyle="1" w:styleId="BodyText2Char">
    <w:name w:val="Body Text 2 Char"/>
    <w:basedOn w:val="DefaultParagraphFont"/>
    <w:link w:val="BodyText2"/>
    <w:uiPriority w:val="99"/>
    <w:rsid w:val="00F6171F"/>
    <w:rPr>
      <w:rFonts w:eastAsiaTheme="minorEastAsia"/>
    </w:rPr>
  </w:style>
  <w:style w:type="paragraph" w:styleId="BodyText3">
    <w:name w:val="Body Text 3"/>
    <w:basedOn w:val="Normal"/>
    <w:link w:val="BodyText3Char"/>
    <w:uiPriority w:val="99"/>
    <w:unhideWhenUsed/>
    <w:rsid w:val="00F6171F"/>
    <w:pPr>
      <w:widowControl/>
      <w:autoSpaceDE/>
      <w:autoSpaceDN/>
      <w:spacing w:after="120" w:line="276" w:lineRule="auto"/>
    </w:pPr>
    <w:rPr>
      <w:rFonts w:asciiTheme="minorHAnsi" w:eastAsiaTheme="minorEastAsia" w:hAnsiTheme="minorHAnsi" w:cstheme="minorBidi"/>
      <w:sz w:val="16"/>
      <w:szCs w:val="16"/>
    </w:rPr>
  </w:style>
  <w:style w:type="character" w:customStyle="1" w:styleId="BodyText3Char">
    <w:name w:val="Body Text 3 Char"/>
    <w:basedOn w:val="DefaultParagraphFont"/>
    <w:link w:val="BodyText3"/>
    <w:uiPriority w:val="99"/>
    <w:rsid w:val="00F6171F"/>
    <w:rPr>
      <w:rFonts w:eastAsiaTheme="minorEastAsia"/>
      <w:sz w:val="16"/>
      <w:szCs w:val="16"/>
    </w:rPr>
  </w:style>
  <w:style w:type="paragraph" w:styleId="List">
    <w:name w:val="List"/>
    <w:basedOn w:val="Normal"/>
    <w:uiPriority w:val="99"/>
    <w:unhideWhenUsed/>
    <w:rsid w:val="00F6171F"/>
    <w:pPr>
      <w:widowControl/>
      <w:autoSpaceDE/>
      <w:autoSpaceDN/>
      <w:spacing w:after="200" w:line="276" w:lineRule="auto"/>
      <w:ind w:left="360" w:hanging="360"/>
      <w:contextualSpacing/>
    </w:pPr>
    <w:rPr>
      <w:rFonts w:asciiTheme="minorHAnsi" w:eastAsiaTheme="minorEastAsia" w:hAnsiTheme="minorHAnsi" w:cstheme="minorBidi"/>
    </w:rPr>
  </w:style>
  <w:style w:type="paragraph" w:styleId="List2">
    <w:name w:val="List 2"/>
    <w:basedOn w:val="Normal"/>
    <w:uiPriority w:val="99"/>
    <w:unhideWhenUsed/>
    <w:rsid w:val="00F6171F"/>
    <w:pPr>
      <w:widowControl/>
      <w:autoSpaceDE/>
      <w:autoSpaceDN/>
      <w:spacing w:after="200" w:line="276" w:lineRule="auto"/>
      <w:ind w:left="720" w:hanging="360"/>
      <w:contextualSpacing/>
    </w:pPr>
    <w:rPr>
      <w:rFonts w:asciiTheme="minorHAnsi" w:eastAsiaTheme="minorEastAsia" w:hAnsiTheme="minorHAnsi" w:cstheme="minorBidi"/>
    </w:rPr>
  </w:style>
  <w:style w:type="paragraph" w:styleId="List3">
    <w:name w:val="List 3"/>
    <w:basedOn w:val="Normal"/>
    <w:uiPriority w:val="99"/>
    <w:unhideWhenUsed/>
    <w:rsid w:val="00F6171F"/>
    <w:pPr>
      <w:widowControl/>
      <w:autoSpaceDE/>
      <w:autoSpaceDN/>
      <w:spacing w:after="200" w:line="276" w:lineRule="auto"/>
      <w:ind w:left="1080" w:hanging="360"/>
      <w:contextualSpacing/>
    </w:pPr>
    <w:rPr>
      <w:rFonts w:asciiTheme="minorHAnsi" w:eastAsiaTheme="minorEastAsia" w:hAnsiTheme="minorHAnsi" w:cstheme="minorBidi"/>
    </w:rPr>
  </w:style>
  <w:style w:type="paragraph" w:styleId="ListBullet">
    <w:name w:val="List Bullet"/>
    <w:basedOn w:val="Normal"/>
    <w:uiPriority w:val="99"/>
    <w:unhideWhenUsed/>
    <w:rsid w:val="00F6171F"/>
    <w:pPr>
      <w:widowControl/>
      <w:numPr>
        <w:numId w:val="1"/>
      </w:numPr>
      <w:autoSpaceDE/>
      <w:autoSpaceDN/>
      <w:spacing w:after="200" w:line="276" w:lineRule="auto"/>
      <w:contextualSpacing/>
    </w:pPr>
    <w:rPr>
      <w:rFonts w:asciiTheme="minorHAnsi" w:eastAsiaTheme="minorEastAsia" w:hAnsiTheme="minorHAnsi" w:cstheme="minorBidi"/>
    </w:rPr>
  </w:style>
  <w:style w:type="paragraph" w:styleId="ListBullet2">
    <w:name w:val="List Bullet 2"/>
    <w:basedOn w:val="Normal"/>
    <w:uiPriority w:val="99"/>
    <w:unhideWhenUsed/>
    <w:rsid w:val="00F6171F"/>
    <w:pPr>
      <w:widowControl/>
      <w:numPr>
        <w:numId w:val="2"/>
      </w:numPr>
      <w:autoSpaceDE/>
      <w:autoSpaceDN/>
      <w:spacing w:after="200" w:line="276" w:lineRule="auto"/>
      <w:contextualSpacing/>
    </w:pPr>
    <w:rPr>
      <w:rFonts w:asciiTheme="minorHAnsi" w:eastAsiaTheme="minorEastAsia" w:hAnsiTheme="minorHAnsi" w:cstheme="minorBidi"/>
    </w:rPr>
  </w:style>
  <w:style w:type="paragraph" w:styleId="ListBullet3">
    <w:name w:val="List Bullet 3"/>
    <w:basedOn w:val="Normal"/>
    <w:uiPriority w:val="99"/>
    <w:unhideWhenUsed/>
    <w:rsid w:val="00F6171F"/>
    <w:pPr>
      <w:widowControl/>
      <w:numPr>
        <w:numId w:val="3"/>
      </w:numPr>
      <w:autoSpaceDE/>
      <w:autoSpaceDN/>
      <w:spacing w:after="200" w:line="276" w:lineRule="auto"/>
      <w:contextualSpacing/>
    </w:pPr>
    <w:rPr>
      <w:rFonts w:asciiTheme="minorHAnsi" w:eastAsiaTheme="minorEastAsia" w:hAnsiTheme="minorHAnsi" w:cstheme="minorBidi"/>
    </w:rPr>
  </w:style>
  <w:style w:type="paragraph" w:styleId="ListNumber">
    <w:name w:val="List Number"/>
    <w:basedOn w:val="Normal"/>
    <w:uiPriority w:val="99"/>
    <w:unhideWhenUsed/>
    <w:rsid w:val="00F6171F"/>
    <w:pPr>
      <w:widowControl/>
      <w:numPr>
        <w:numId w:val="4"/>
      </w:numPr>
      <w:autoSpaceDE/>
      <w:autoSpaceDN/>
      <w:spacing w:after="200" w:line="276" w:lineRule="auto"/>
      <w:contextualSpacing/>
    </w:pPr>
    <w:rPr>
      <w:rFonts w:asciiTheme="minorHAnsi" w:eastAsiaTheme="minorEastAsia" w:hAnsiTheme="minorHAnsi" w:cstheme="minorBidi"/>
    </w:rPr>
  </w:style>
  <w:style w:type="paragraph" w:styleId="ListNumber2">
    <w:name w:val="List Number 2"/>
    <w:basedOn w:val="Normal"/>
    <w:uiPriority w:val="99"/>
    <w:unhideWhenUsed/>
    <w:rsid w:val="00F6171F"/>
    <w:pPr>
      <w:widowControl/>
      <w:numPr>
        <w:numId w:val="5"/>
      </w:numPr>
      <w:autoSpaceDE/>
      <w:autoSpaceDN/>
      <w:spacing w:after="200" w:line="276" w:lineRule="auto"/>
      <w:contextualSpacing/>
    </w:pPr>
    <w:rPr>
      <w:rFonts w:asciiTheme="minorHAnsi" w:eastAsiaTheme="minorEastAsia" w:hAnsiTheme="minorHAnsi" w:cstheme="minorBidi"/>
    </w:rPr>
  </w:style>
  <w:style w:type="paragraph" w:styleId="ListNumber3">
    <w:name w:val="List Number 3"/>
    <w:basedOn w:val="Normal"/>
    <w:uiPriority w:val="99"/>
    <w:unhideWhenUsed/>
    <w:rsid w:val="00F6171F"/>
    <w:pPr>
      <w:widowControl/>
      <w:numPr>
        <w:numId w:val="6"/>
      </w:numPr>
      <w:autoSpaceDE/>
      <w:autoSpaceDN/>
      <w:spacing w:after="200" w:line="276" w:lineRule="auto"/>
      <w:contextualSpacing/>
    </w:pPr>
    <w:rPr>
      <w:rFonts w:asciiTheme="minorHAnsi" w:eastAsiaTheme="minorEastAsia" w:hAnsiTheme="minorHAnsi" w:cstheme="minorBidi"/>
    </w:rPr>
  </w:style>
  <w:style w:type="paragraph" w:styleId="ListContinue">
    <w:name w:val="List Continue"/>
    <w:basedOn w:val="Normal"/>
    <w:uiPriority w:val="99"/>
    <w:unhideWhenUsed/>
    <w:rsid w:val="00F6171F"/>
    <w:pPr>
      <w:widowControl/>
      <w:autoSpaceDE/>
      <w:autoSpaceDN/>
      <w:spacing w:after="120" w:line="276" w:lineRule="auto"/>
      <w:ind w:left="360"/>
      <w:contextualSpacing/>
    </w:pPr>
    <w:rPr>
      <w:rFonts w:asciiTheme="minorHAnsi" w:eastAsiaTheme="minorEastAsia" w:hAnsiTheme="minorHAnsi" w:cstheme="minorBidi"/>
    </w:rPr>
  </w:style>
  <w:style w:type="paragraph" w:styleId="ListContinue2">
    <w:name w:val="List Continue 2"/>
    <w:basedOn w:val="Normal"/>
    <w:uiPriority w:val="99"/>
    <w:unhideWhenUsed/>
    <w:rsid w:val="00F6171F"/>
    <w:pPr>
      <w:widowControl/>
      <w:autoSpaceDE/>
      <w:autoSpaceDN/>
      <w:spacing w:after="120" w:line="276" w:lineRule="auto"/>
      <w:ind w:left="720"/>
      <w:contextualSpacing/>
    </w:pPr>
    <w:rPr>
      <w:rFonts w:asciiTheme="minorHAnsi" w:eastAsiaTheme="minorEastAsia" w:hAnsiTheme="minorHAnsi" w:cstheme="minorBidi"/>
    </w:rPr>
  </w:style>
  <w:style w:type="paragraph" w:styleId="ListContinue3">
    <w:name w:val="List Continue 3"/>
    <w:basedOn w:val="Normal"/>
    <w:uiPriority w:val="99"/>
    <w:unhideWhenUsed/>
    <w:rsid w:val="00F6171F"/>
    <w:pPr>
      <w:widowControl/>
      <w:autoSpaceDE/>
      <w:autoSpaceDN/>
      <w:spacing w:after="120" w:line="276" w:lineRule="auto"/>
      <w:ind w:left="1080"/>
      <w:contextualSpacing/>
    </w:pPr>
    <w:rPr>
      <w:rFonts w:asciiTheme="minorHAnsi" w:eastAsiaTheme="minorEastAsia" w:hAnsiTheme="minorHAnsi" w:cstheme="minorBidi"/>
    </w:rPr>
  </w:style>
  <w:style w:type="paragraph" w:styleId="MacroText">
    <w:name w:val="macro"/>
    <w:link w:val="MacroTextChar"/>
    <w:uiPriority w:val="99"/>
    <w:unhideWhenUsed/>
    <w:rsid w:val="00F6171F"/>
    <w:pPr>
      <w:widowControl/>
      <w:tabs>
        <w:tab w:val="left" w:pos="576"/>
        <w:tab w:val="left" w:pos="1152"/>
        <w:tab w:val="left" w:pos="1728"/>
        <w:tab w:val="left" w:pos="2304"/>
        <w:tab w:val="left" w:pos="2880"/>
        <w:tab w:val="left" w:pos="3456"/>
        <w:tab w:val="left" w:pos="4032"/>
      </w:tabs>
      <w:autoSpaceDE/>
      <w:autoSpaceDN/>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F6171F"/>
    <w:rPr>
      <w:rFonts w:ascii="Courier" w:eastAsiaTheme="minorEastAsia" w:hAnsi="Courier"/>
      <w:sz w:val="20"/>
      <w:szCs w:val="20"/>
    </w:rPr>
  </w:style>
  <w:style w:type="paragraph" w:styleId="Quote">
    <w:name w:val="Quote"/>
    <w:basedOn w:val="Normal"/>
    <w:next w:val="Normal"/>
    <w:link w:val="QuoteChar"/>
    <w:uiPriority w:val="29"/>
    <w:qFormat/>
    <w:rsid w:val="00F6171F"/>
    <w:pPr>
      <w:widowControl/>
      <w:autoSpaceDE/>
      <w:autoSpaceDN/>
      <w:spacing w:after="200" w:line="276" w:lineRule="auto"/>
    </w:pPr>
    <w:rPr>
      <w:rFonts w:asciiTheme="minorHAnsi" w:eastAsiaTheme="minorEastAsia" w:hAnsiTheme="minorHAnsi" w:cstheme="minorBidi"/>
      <w:i/>
      <w:iCs/>
      <w:color w:val="000000" w:themeColor="text1"/>
    </w:rPr>
  </w:style>
  <w:style w:type="character" w:customStyle="1" w:styleId="QuoteChar">
    <w:name w:val="Quote Char"/>
    <w:basedOn w:val="DefaultParagraphFont"/>
    <w:link w:val="Quote"/>
    <w:uiPriority w:val="29"/>
    <w:rsid w:val="00F6171F"/>
    <w:rPr>
      <w:rFonts w:eastAsiaTheme="minorEastAsia"/>
      <w:i/>
      <w:iCs/>
      <w:color w:val="000000" w:themeColor="text1"/>
    </w:rPr>
  </w:style>
  <w:style w:type="paragraph" w:styleId="Caption">
    <w:name w:val="caption"/>
    <w:basedOn w:val="Normal"/>
    <w:next w:val="Normal"/>
    <w:uiPriority w:val="35"/>
    <w:semiHidden/>
    <w:unhideWhenUsed/>
    <w:qFormat/>
    <w:rsid w:val="00F6171F"/>
    <w:pPr>
      <w:widowControl/>
      <w:autoSpaceDE/>
      <w:autoSpaceDN/>
      <w:spacing w:after="200"/>
    </w:pPr>
    <w:rPr>
      <w:rFonts w:asciiTheme="minorHAnsi" w:eastAsiaTheme="minorEastAsia" w:hAnsiTheme="minorHAnsi" w:cstheme="minorBidi"/>
      <w:b/>
      <w:bCs/>
      <w:color w:val="4F81BD" w:themeColor="accent1"/>
      <w:sz w:val="18"/>
      <w:szCs w:val="18"/>
    </w:rPr>
  </w:style>
  <w:style w:type="character" w:styleId="Strong">
    <w:name w:val="Strong"/>
    <w:basedOn w:val="DefaultParagraphFont"/>
    <w:uiPriority w:val="22"/>
    <w:qFormat/>
    <w:rsid w:val="00F6171F"/>
    <w:rPr>
      <w:b/>
      <w:bCs/>
    </w:rPr>
  </w:style>
  <w:style w:type="character" w:styleId="Emphasis">
    <w:name w:val="Emphasis"/>
    <w:basedOn w:val="DefaultParagraphFont"/>
    <w:uiPriority w:val="20"/>
    <w:qFormat/>
    <w:rsid w:val="00F6171F"/>
    <w:rPr>
      <w:i/>
      <w:iCs/>
    </w:rPr>
  </w:style>
  <w:style w:type="paragraph" w:styleId="IntenseQuote">
    <w:name w:val="Intense Quote"/>
    <w:basedOn w:val="Normal"/>
    <w:next w:val="Normal"/>
    <w:link w:val="IntenseQuoteChar"/>
    <w:uiPriority w:val="30"/>
    <w:qFormat/>
    <w:rsid w:val="00F6171F"/>
    <w:pPr>
      <w:widowControl/>
      <w:pBdr>
        <w:bottom w:val="single" w:sz="4" w:space="4" w:color="4F81BD" w:themeColor="accent1"/>
      </w:pBdr>
      <w:autoSpaceDE/>
      <w:autoSpaceDN/>
      <w:spacing w:before="200" w:after="280" w:line="276" w:lineRule="auto"/>
      <w:ind w:left="936" w:right="936"/>
    </w:pPr>
    <w:rPr>
      <w:rFonts w:asciiTheme="minorHAnsi" w:eastAsiaTheme="minorEastAsia"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F6171F"/>
    <w:rPr>
      <w:rFonts w:eastAsiaTheme="minorEastAsia"/>
      <w:b/>
      <w:bCs/>
      <w:i/>
      <w:iCs/>
      <w:color w:val="4F81BD" w:themeColor="accent1"/>
    </w:rPr>
  </w:style>
  <w:style w:type="character" w:styleId="SubtleEmphasis">
    <w:name w:val="Subtle Emphasis"/>
    <w:basedOn w:val="DefaultParagraphFont"/>
    <w:uiPriority w:val="19"/>
    <w:qFormat/>
    <w:rsid w:val="00F6171F"/>
    <w:rPr>
      <w:i/>
      <w:iCs/>
      <w:color w:val="808080" w:themeColor="text1" w:themeTint="7F"/>
    </w:rPr>
  </w:style>
  <w:style w:type="character" w:styleId="IntenseEmphasis">
    <w:name w:val="Intense Emphasis"/>
    <w:basedOn w:val="DefaultParagraphFont"/>
    <w:uiPriority w:val="21"/>
    <w:qFormat/>
    <w:rsid w:val="00F6171F"/>
    <w:rPr>
      <w:b/>
      <w:bCs/>
      <w:i/>
      <w:iCs/>
      <w:color w:val="4F81BD" w:themeColor="accent1"/>
    </w:rPr>
  </w:style>
  <w:style w:type="character" w:styleId="SubtleReference">
    <w:name w:val="Subtle Reference"/>
    <w:basedOn w:val="DefaultParagraphFont"/>
    <w:uiPriority w:val="31"/>
    <w:qFormat/>
    <w:rsid w:val="00F6171F"/>
    <w:rPr>
      <w:smallCaps/>
      <w:color w:val="C0504D" w:themeColor="accent2"/>
      <w:u w:val="single"/>
    </w:rPr>
  </w:style>
  <w:style w:type="character" w:styleId="IntenseReference">
    <w:name w:val="Intense Reference"/>
    <w:basedOn w:val="DefaultParagraphFont"/>
    <w:uiPriority w:val="32"/>
    <w:qFormat/>
    <w:rsid w:val="00F6171F"/>
    <w:rPr>
      <w:b/>
      <w:bCs/>
      <w:smallCaps/>
      <w:color w:val="C0504D" w:themeColor="accent2"/>
      <w:spacing w:val="5"/>
      <w:u w:val="single"/>
    </w:rPr>
  </w:style>
  <w:style w:type="character" w:styleId="BookTitle">
    <w:name w:val="Book Title"/>
    <w:basedOn w:val="DefaultParagraphFont"/>
    <w:uiPriority w:val="33"/>
    <w:qFormat/>
    <w:rsid w:val="00F6171F"/>
    <w:rPr>
      <w:b/>
      <w:bCs/>
      <w:smallCaps/>
      <w:spacing w:val="5"/>
    </w:rPr>
  </w:style>
  <w:style w:type="paragraph" w:styleId="TOCHeading">
    <w:name w:val="TOC Heading"/>
    <w:basedOn w:val="Heading1"/>
    <w:next w:val="Normal"/>
    <w:uiPriority w:val="39"/>
    <w:semiHidden/>
    <w:unhideWhenUsed/>
    <w:qFormat/>
    <w:rsid w:val="00F6171F"/>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rPr>
  </w:style>
  <w:style w:type="table" w:styleId="TableGrid">
    <w:name w:val="Table Grid"/>
    <w:basedOn w:val="TableNormal"/>
    <w:uiPriority w:val="59"/>
    <w:rsid w:val="00F6171F"/>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527913"/>
    <w:pPr>
      <w:widowControl/>
      <w:autoSpaceDE/>
      <w:autoSpaceDN/>
      <w:spacing w:before="100" w:beforeAutospacing="1" w:after="100" w:afterAutospacing="1"/>
    </w:pPr>
    <w:rPr>
      <w:rFonts w:ascii="Times New Roman" w:eastAsia="Times New Roman" w:hAnsi="Times New Roman" w:cs="Times New Roman"/>
      <w:sz w:val="24"/>
      <w:szCs w:val="24"/>
      <w:lang w:bidi="ml-IN"/>
    </w:rPr>
  </w:style>
  <w:style w:type="paragraph" w:styleId="NormalWeb">
    <w:name w:val="Normal (Web)"/>
    <w:basedOn w:val="Normal"/>
    <w:uiPriority w:val="99"/>
    <w:semiHidden/>
    <w:unhideWhenUsed/>
    <w:rsid w:val="00527913"/>
    <w:pPr>
      <w:widowControl/>
      <w:autoSpaceDE/>
      <w:autoSpaceDN/>
      <w:spacing w:before="100" w:beforeAutospacing="1" w:after="100" w:afterAutospacing="1"/>
    </w:pPr>
    <w:rPr>
      <w:rFonts w:ascii="Times New Roman" w:eastAsia="Times New Roman" w:hAnsi="Times New Roman" w:cs="Times New Roman"/>
      <w:sz w:val="24"/>
      <w:szCs w:val="24"/>
      <w:lang w:bidi="ml-IN"/>
    </w:rPr>
  </w:style>
  <w:style w:type="paragraph" w:customStyle="1" w:styleId="text-token-text-secondary">
    <w:name w:val="text-token-text-secondary"/>
    <w:basedOn w:val="Normal"/>
    <w:rsid w:val="00543B1D"/>
    <w:pPr>
      <w:widowControl/>
      <w:autoSpaceDE/>
      <w:autoSpaceDN/>
      <w:spacing w:before="100" w:beforeAutospacing="1" w:after="100" w:afterAutospacing="1"/>
    </w:pPr>
    <w:rPr>
      <w:rFonts w:ascii="Times New Roman" w:eastAsia="Times New Roman" w:hAnsi="Times New Roman" w:cs="Times New Roman"/>
      <w:sz w:val="24"/>
      <w:szCs w:val="24"/>
      <w:lang w:bidi="ml-IN"/>
    </w:rPr>
  </w:style>
  <w:style w:type="table" w:styleId="PlainTable5">
    <w:name w:val="Plain Table 5"/>
    <w:basedOn w:val="TableNormal"/>
    <w:uiPriority w:val="45"/>
    <w:rsid w:val="00D04C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48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semiHidden/>
    <w:unhideWhenUsed/>
    <w:rsid w:val="00DE1440"/>
    <w:rPr>
      <w:color w:val="0000FF"/>
      <w:u w:val="single"/>
    </w:rPr>
  </w:style>
  <w:style w:type="table" w:styleId="LightShading">
    <w:name w:val="Light Shading"/>
    <w:basedOn w:val="TableNormal"/>
    <w:uiPriority w:val="60"/>
    <w:rsid w:val="006A7E2C"/>
    <w:pPr>
      <w:widowControl/>
      <w:autoSpaceDE/>
      <w:autoSpaceDN/>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6A7E2C"/>
    <w:pPr>
      <w:widowControl/>
      <w:autoSpaceDE/>
      <w:autoSpaceDN/>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6A7E2C"/>
    <w:pPr>
      <w:widowControl/>
      <w:autoSpaceDE/>
      <w:autoSpaceDN/>
    </w:pPr>
    <w:rPr>
      <w:rFonts w:eastAsiaTheme="minorEastAsia"/>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6A7E2C"/>
    <w:pPr>
      <w:widowControl/>
      <w:autoSpaceDE/>
      <w:autoSpaceDN/>
    </w:pPr>
    <w:rPr>
      <w:rFonts w:eastAsiaTheme="minorEastAsia"/>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6A7E2C"/>
    <w:pPr>
      <w:widowControl/>
      <w:autoSpaceDE/>
      <w:autoSpaceDN/>
    </w:pPr>
    <w:rPr>
      <w:rFonts w:eastAsiaTheme="minorEastAsia"/>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6A7E2C"/>
    <w:pPr>
      <w:widowControl/>
      <w:autoSpaceDE/>
      <w:autoSpaceDN/>
    </w:pPr>
    <w:rPr>
      <w:rFonts w:eastAsiaTheme="minorEastAsia"/>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6A7E2C"/>
    <w:pPr>
      <w:widowControl/>
      <w:autoSpaceDE/>
      <w:autoSpaceDN/>
    </w:pPr>
    <w:rPr>
      <w:rFonts w:eastAsiaTheme="minorEastAsia"/>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6A7E2C"/>
    <w:pPr>
      <w:widowControl/>
      <w:autoSpaceDE/>
      <w:autoSpaceDN/>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6A7E2C"/>
    <w:pPr>
      <w:widowControl/>
      <w:autoSpaceDE/>
      <w:autoSpaceDN/>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6A7E2C"/>
    <w:pPr>
      <w:widowControl/>
      <w:autoSpaceDE/>
      <w:autoSpaceDN/>
    </w:pPr>
    <w:rPr>
      <w:rFonts w:eastAsiaTheme="minorEastAs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6A7E2C"/>
    <w:pPr>
      <w:widowControl/>
      <w:autoSpaceDE/>
      <w:autoSpaceDN/>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6A7E2C"/>
    <w:pPr>
      <w:widowControl/>
      <w:autoSpaceDE/>
      <w:autoSpaceDN/>
    </w:pPr>
    <w:rPr>
      <w:rFonts w:eastAsiaTheme="minorEastAs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6A7E2C"/>
    <w:pPr>
      <w:widowControl/>
      <w:autoSpaceDE/>
      <w:autoSpaceDN/>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6A7E2C"/>
    <w:pPr>
      <w:widowControl/>
      <w:autoSpaceDE/>
      <w:autoSpaceDN/>
    </w:pPr>
    <w:rPr>
      <w:rFonts w:eastAsiaTheme="minorEastAs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6A7E2C"/>
    <w:pPr>
      <w:widowControl/>
      <w:autoSpaceDE/>
      <w:autoSpaceDN/>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6A7E2C"/>
    <w:pPr>
      <w:widowControl/>
      <w:autoSpaceDE/>
      <w:autoSpaceDN/>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6A7E2C"/>
    <w:pPr>
      <w:widowControl/>
      <w:autoSpaceDE/>
      <w:autoSpaceDN/>
    </w:pPr>
    <w:rPr>
      <w:rFonts w:eastAsiaTheme="minorEastAs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6A7E2C"/>
    <w:pPr>
      <w:widowControl/>
      <w:autoSpaceDE/>
      <w:autoSpaceDN/>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6A7E2C"/>
    <w:pPr>
      <w:widowControl/>
      <w:autoSpaceDE/>
      <w:autoSpaceDN/>
    </w:pPr>
    <w:rPr>
      <w:rFonts w:eastAsiaTheme="minorEastAs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6A7E2C"/>
    <w:pPr>
      <w:widowControl/>
      <w:autoSpaceDE/>
      <w:autoSpaceDN/>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6A7E2C"/>
    <w:pPr>
      <w:widowControl/>
      <w:autoSpaceDE/>
      <w:autoSpaceDN/>
    </w:pPr>
    <w:rPr>
      <w:rFonts w:eastAsiaTheme="minorEastAs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6A7E2C"/>
    <w:pPr>
      <w:widowControl/>
      <w:autoSpaceDE/>
      <w:autoSpaceDN/>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6A7E2C"/>
    <w:pPr>
      <w:widowControl/>
      <w:autoSpaceDE/>
      <w:autoSpaceDN/>
    </w:pPr>
    <w:rPr>
      <w:rFonts w:eastAsiaTheme="minorEastAs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6A7E2C"/>
    <w:pPr>
      <w:widowControl/>
      <w:autoSpaceDE/>
      <w:autoSpaceDN/>
    </w:pPr>
    <w:rPr>
      <w:rFonts w:eastAsiaTheme="minorEastAs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A7E2C"/>
    <w:pPr>
      <w:widowControl/>
      <w:autoSpaceDE/>
      <w:autoSpaceDN/>
    </w:pPr>
    <w:rPr>
      <w:rFonts w:eastAsiaTheme="minorEastAs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A7E2C"/>
    <w:pPr>
      <w:widowControl/>
      <w:autoSpaceDE/>
      <w:autoSpaceDN/>
    </w:pPr>
    <w:rPr>
      <w:rFonts w:eastAsiaTheme="minorEastAs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A7E2C"/>
    <w:pPr>
      <w:widowControl/>
      <w:autoSpaceDE/>
      <w:autoSpaceDN/>
    </w:pPr>
    <w:rPr>
      <w:rFonts w:eastAsiaTheme="minorEastAs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A7E2C"/>
    <w:pPr>
      <w:widowControl/>
      <w:autoSpaceDE/>
      <w:autoSpaceDN/>
    </w:pPr>
    <w:rPr>
      <w:rFonts w:eastAsiaTheme="minorEastAs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6A7E2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6A7E2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6A7E2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A7E2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A7E2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6A7E2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A7E2C"/>
    <w:pPr>
      <w:widowControl/>
      <w:autoSpaceDE/>
      <w:autoSpaceDN/>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6A7E2C"/>
    <w:pPr>
      <w:widowControl/>
      <w:autoSpaceDE/>
      <w:autoSpaceDN/>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6A7E2C"/>
    <w:pPr>
      <w:widowControl/>
      <w:autoSpaceDE/>
      <w:autoSpaceDN/>
    </w:pPr>
    <w:rPr>
      <w:rFonts w:eastAsiaTheme="minorEastAsia"/>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6A7E2C"/>
    <w:pPr>
      <w:widowControl/>
      <w:autoSpaceDE/>
      <w:autoSpaceDN/>
    </w:pPr>
    <w:rPr>
      <w:rFonts w:eastAsiaTheme="minorEastAsia"/>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6A7E2C"/>
    <w:pPr>
      <w:widowControl/>
      <w:autoSpaceDE/>
      <w:autoSpaceDN/>
    </w:pPr>
    <w:rPr>
      <w:rFonts w:eastAsiaTheme="minorEastAsia"/>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6A7E2C"/>
    <w:pPr>
      <w:widowControl/>
      <w:autoSpaceDE/>
      <w:autoSpaceDN/>
    </w:pPr>
    <w:rPr>
      <w:rFonts w:eastAsiaTheme="minorEastAsia"/>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6A7E2C"/>
    <w:pPr>
      <w:widowControl/>
      <w:autoSpaceDE/>
      <w:autoSpaceDN/>
    </w:pPr>
    <w:rPr>
      <w:rFonts w:eastAsiaTheme="minorEastAsia"/>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6A7E2C"/>
    <w:pPr>
      <w:widowControl/>
      <w:autoSpaceDE/>
      <w:autoSpaceDN/>
    </w:pPr>
    <w:rPr>
      <w:rFonts w:eastAsiaTheme="minorEastAsia"/>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6A7E2C"/>
    <w:pPr>
      <w:widowControl/>
      <w:autoSpaceDE/>
      <w:autoSpaceDN/>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6A7E2C"/>
    <w:pPr>
      <w:widowControl/>
      <w:autoSpaceDE/>
      <w:autoSpaceDN/>
    </w:pPr>
    <w:rPr>
      <w:rFonts w:eastAsiaTheme="minorEastAs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6A7E2C"/>
    <w:pPr>
      <w:widowControl/>
      <w:autoSpaceDE/>
      <w:autoSpaceDN/>
    </w:pPr>
    <w:rPr>
      <w:rFonts w:eastAsiaTheme="minorEastAs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6A7E2C"/>
    <w:pPr>
      <w:widowControl/>
      <w:autoSpaceDE/>
      <w:autoSpaceDN/>
    </w:pPr>
    <w:rPr>
      <w:rFonts w:eastAsiaTheme="minorEastAs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6A7E2C"/>
    <w:pPr>
      <w:widowControl/>
      <w:autoSpaceDE/>
      <w:autoSpaceDN/>
    </w:pPr>
    <w:rPr>
      <w:rFonts w:eastAsiaTheme="minorEastAs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6A7E2C"/>
    <w:pPr>
      <w:widowControl/>
      <w:autoSpaceDE/>
      <w:autoSpaceDN/>
    </w:pPr>
    <w:rPr>
      <w:rFonts w:eastAsiaTheme="minorEastAs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6A7E2C"/>
    <w:pPr>
      <w:widowControl/>
      <w:autoSpaceDE/>
      <w:autoSpaceDN/>
    </w:pPr>
    <w:rPr>
      <w:rFonts w:eastAsiaTheme="minorEastAs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A7E2C"/>
    <w:pPr>
      <w:widowControl/>
      <w:autoSpaceDE/>
      <w:autoSpaceDN/>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6A7E2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6A7E2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6A7E2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6A7E2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6A7E2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6A7E2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6A7E2C"/>
    <w:pPr>
      <w:widowControl/>
      <w:autoSpaceDE/>
      <w:autoSpaceDN/>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6A7E2C"/>
    <w:pPr>
      <w:widowControl/>
      <w:autoSpaceDE/>
      <w:autoSpaceDN/>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6A7E2C"/>
    <w:pPr>
      <w:widowControl/>
      <w:autoSpaceDE/>
      <w:autoSpaceDN/>
    </w:pPr>
    <w:rPr>
      <w:rFonts w:eastAsiaTheme="minorEastAsi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6A7E2C"/>
    <w:pPr>
      <w:widowControl/>
      <w:autoSpaceDE/>
      <w:autoSpaceDN/>
    </w:pPr>
    <w:rPr>
      <w:rFonts w:eastAsiaTheme="minorEastAsi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6A7E2C"/>
    <w:pPr>
      <w:widowControl/>
      <w:autoSpaceDE/>
      <w:autoSpaceDN/>
    </w:pPr>
    <w:rPr>
      <w:rFonts w:eastAsiaTheme="minorEastAsi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6A7E2C"/>
    <w:pPr>
      <w:widowControl/>
      <w:autoSpaceDE/>
      <w:autoSpaceDN/>
    </w:pPr>
    <w:rPr>
      <w:rFonts w:eastAsiaTheme="minorEastAsi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6A7E2C"/>
    <w:pPr>
      <w:widowControl/>
      <w:autoSpaceDE/>
      <w:autoSpaceDN/>
    </w:pPr>
    <w:rPr>
      <w:rFonts w:eastAsiaTheme="minorEastAsi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6A7E2C"/>
    <w:pPr>
      <w:widowControl/>
      <w:autoSpaceDE/>
      <w:autoSpaceDN/>
    </w:pPr>
    <w:rPr>
      <w:rFonts w:eastAsiaTheme="minorEastAsi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6A7E2C"/>
    <w:pPr>
      <w:widowControl/>
      <w:autoSpaceDE/>
      <w:autoSpaceDN/>
    </w:pPr>
    <w:rPr>
      <w:rFonts w:eastAsiaTheme="minorEastAsi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6A7E2C"/>
    <w:pPr>
      <w:widowControl/>
      <w:autoSpaceDE/>
      <w:autoSpaceDN/>
    </w:pPr>
    <w:rPr>
      <w:rFonts w:eastAsiaTheme="minorEastAsi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A7E2C"/>
    <w:pPr>
      <w:widowControl/>
      <w:autoSpaceDE/>
      <w:autoSpaceDN/>
    </w:pPr>
    <w:rPr>
      <w:rFonts w:eastAsiaTheme="minorEastAsi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A7E2C"/>
    <w:pPr>
      <w:widowControl/>
      <w:autoSpaceDE/>
      <w:autoSpaceDN/>
    </w:pPr>
    <w:rPr>
      <w:rFonts w:eastAsiaTheme="minorEastAsi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6A7E2C"/>
    <w:pPr>
      <w:widowControl/>
      <w:autoSpaceDE/>
      <w:autoSpaceDN/>
    </w:pPr>
    <w:rPr>
      <w:rFonts w:eastAsiaTheme="minorEastAsi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A7E2C"/>
    <w:pPr>
      <w:widowControl/>
      <w:autoSpaceDE/>
      <w:autoSpaceDN/>
    </w:pPr>
    <w:rPr>
      <w:rFonts w:eastAsiaTheme="minorEastAsi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A7E2C"/>
    <w:pPr>
      <w:widowControl/>
      <w:autoSpaceDE/>
      <w:autoSpaceDN/>
    </w:pPr>
    <w:rPr>
      <w:rFonts w:eastAsiaTheme="minorEastAsi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6A7E2C"/>
    <w:pPr>
      <w:widowControl/>
      <w:autoSpaceDE/>
      <w:autoSpaceDN/>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6A7E2C"/>
    <w:pPr>
      <w:widowControl/>
      <w:autoSpaceDE/>
      <w:autoSpaceDN/>
    </w:pPr>
    <w:rPr>
      <w:rFonts w:eastAsiaTheme="minorEastAsi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6A7E2C"/>
    <w:pPr>
      <w:widowControl/>
      <w:autoSpaceDE/>
      <w:autoSpaceDN/>
    </w:pPr>
    <w:rPr>
      <w:rFonts w:eastAsiaTheme="minorEastAsi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6A7E2C"/>
    <w:pPr>
      <w:widowControl/>
      <w:autoSpaceDE/>
      <w:autoSpaceDN/>
    </w:pPr>
    <w:rPr>
      <w:rFonts w:eastAsiaTheme="minorEastAsi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6A7E2C"/>
    <w:pPr>
      <w:widowControl/>
      <w:autoSpaceDE/>
      <w:autoSpaceDN/>
    </w:pPr>
    <w:rPr>
      <w:rFonts w:eastAsiaTheme="minorEastAsi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6A7E2C"/>
    <w:pPr>
      <w:widowControl/>
      <w:autoSpaceDE/>
      <w:autoSpaceDN/>
    </w:pPr>
    <w:rPr>
      <w:rFonts w:eastAsiaTheme="minorEastAsi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6A7E2C"/>
    <w:pPr>
      <w:widowControl/>
      <w:autoSpaceDE/>
      <w:autoSpaceDN/>
    </w:pPr>
    <w:rPr>
      <w:rFonts w:eastAsiaTheme="minorEastAsi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6A7E2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6A7E2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6A7E2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6A7E2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6A7E2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6A7E2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6A7E2C"/>
    <w:pPr>
      <w:widowControl/>
      <w:autoSpaceDE/>
      <w:autoSpaceDN/>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6A7E2C"/>
    <w:pPr>
      <w:widowControl/>
      <w:autoSpaceDE/>
      <w:autoSpaceDN/>
      <w:spacing w:before="100" w:beforeAutospacing="1" w:after="100" w:afterAutospacing="1"/>
    </w:pPr>
    <w:rPr>
      <w:rFonts w:ascii="Times New Roman" w:eastAsia="Times New Roman" w:hAnsi="Times New Roman" w:cs="Times New Roman"/>
      <w:sz w:val="24"/>
      <w:szCs w:val="24"/>
      <w:lang w:val="en-IN" w:eastAsia="en-IN" w:bidi="ml-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5757">
      <w:bodyDiv w:val="1"/>
      <w:marLeft w:val="0"/>
      <w:marRight w:val="0"/>
      <w:marTop w:val="0"/>
      <w:marBottom w:val="0"/>
      <w:divBdr>
        <w:top w:val="none" w:sz="0" w:space="0" w:color="auto"/>
        <w:left w:val="none" w:sz="0" w:space="0" w:color="auto"/>
        <w:bottom w:val="none" w:sz="0" w:space="0" w:color="auto"/>
        <w:right w:val="none" w:sz="0" w:space="0" w:color="auto"/>
      </w:divBdr>
    </w:div>
    <w:div w:id="57215843">
      <w:bodyDiv w:val="1"/>
      <w:marLeft w:val="0"/>
      <w:marRight w:val="0"/>
      <w:marTop w:val="0"/>
      <w:marBottom w:val="0"/>
      <w:divBdr>
        <w:top w:val="none" w:sz="0" w:space="0" w:color="auto"/>
        <w:left w:val="none" w:sz="0" w:space="0" w:color="auto"/>
        <w:bottom w:val="none" w:sz="0" w:space="0" w:color="auto"/>
        <w:right w:val="none" w:sz="0" w:space="0" w:color="auto"/>
      </w:divBdr>
      <w:divsChild>
        <w:div w:id="2032030340">
          <w:marLeft w:val="0"/>
          <w:marRight w:val="0"/>
          <w:marTop w:val="0"/>
          <w:marBottom w:val="0"/>
          <w:divBdr>
            <w:top w:val="none" w:sz="0" w:space="0" w:color="auto"/>
            <w:left w:val="none" w:sz="0" w:space="0" w:color="auto"/>
            <w:bottom w:val="none" w:sz="0" w:space="0" w:color="auto"/>
            <w:right w:val="none" w:sz="0" w:space="0" w:color="auto"/>
          </w:divBdr>
          <w:divsChild>
            <w:div w:id="603461233">
              <w:marLeft w:val="0"/>
              <w:marRight w:val="0"/>
              <w:marTop w:val="0"/>
              <w:marBottom w:val="0"/>
              <w:divBdr>
                <w:top w:val="none" w:sz="0" w:space="0" w:color="auto"/>
                <w:left w:val="none" w:sz="0" w:space="0" w:color="auto"/>
                <w:bottom w:val="none" w:sz="0" w:space="0" w:color="auto"/>
                <w:right w:val="none" w:sz="0" w:space="0" w:color="auto"/>
              </w:divBdr>
            </w:div>
          </w:divsChild>
        </w:div>
        <w:div w:id="1673215092">
          <w:marLeft w:val="0"/>
          <w:marRight w:val="0"/>
          <w:marTop w:val="0"/>
          <w:marBottom w:val="0"/>
          <w:divBdr>
            <w:top w:val="none" w:sz="0" w:space="0" w:color="auto"/>
            <w:left w:val="none" w:sz="0" w:space="0" w:color="auto"/>
            <w:bottom w:val="none" w:sz="0" w:space="0" w:color="auto"/>
            <w:right w:val="none" w:sz="0" w:space="0" w:color="auto"/>
          </w:divBdr>
          <w:divsChild>
            <w:div w:id="1623340575">
              <w:marLeft w:val="0"/>
              <w:marRight w:val="0"/>
              <w:marTop w:val="0"/>
              <w:marBottom w:val="0"/>
              <w:divBdr>
                <w:top w:val="none" w:sz="0" w:space="0" w:color="auto"/>
                <w:left w:val="none" w:sz="0" w:space="0" w:color="auto"/>
                <w:bottom w:val="none" w:sz="0" w:space="0" w:color="auto"/>
                <w:right w:val="none" w:sz="0" w:space="0" w:color="auto"/>
              </w:divBdr>
            </w:div>
          </w:divsChild>
        </w:div>
        <w:div w:id="1847137337">
          <w:marLeft w:val="0"/>
          <w:marRight w:val="0"/>
          <w:marTop w:val="0"/>
          <w:marBottom w:val="0"/>
          <w:divBdr>
            <w:top w:val="none" w:sz="0" w:space="0" w:color="auto"/>
            <w:left w:val="none" w:sz="0" w:space="0" w:color="auto"/>
            <w:bottom w:val="none" w:sz="0" w:space="0" w:color="auto"/>
            <w:right w:val="none" w:sz="0" w:space="0" w:color="auto"/>
          </w:divBdr>
          <w:divsChild>
            <w:div w:id="365370039">
              <w:marLeft w:val="0"/>
              <w:marRight w:val="0"/>
              <w:marTop w:val="0"/>
              <w:marBottom w:val="0"/>
              <w:divBdr>
                <w:top w:val="none" w:sz="0" w:space="0" w:color="auto"/>
                <w:left w:val="none" w:sz="0" w:space="0" w:color="auto"/>
                <w:bottom w:val="none" w:sz="0" w:space="0" w:color="auto"/>
                <w:right w:val="none" w:sz="0" w:space="0" w:color="auto"/>
              </w:divBdr>
            </w:div>
          </w:divsChild>
        </w:div>
        <w:div w:id="1243757885">
          <w:marLeft w:val="0"/>
          <w:marRight w:val="0"/>
          <w:marTop w:val="0"/>
          <w:marBottom w:val="0"/>
          <w:divBdr>
            <w:top w:val="none" w:sz="0" w:space="0" w:color="auto"/>
            <w:left w:val="none" w:sz="0" w:space="0" w:color="auto"/>
            <w:bottom w:val="none" w:sz="0" w:space="0" w:color="auto"/>
            <w:right w:val="none" w:sz="0" w:space="0" w:color="auto"/>
          </w:divBdr>
          <w:divsChild>
            <w:div w:id="752973554">
              <w:marLeft w:val="0"/>
              <w:marRight w:val="0"/>
              <w:marTop w:val="0"/>
              <w:marBottom w:val="0"/>
              <w:divBdr>
                <w:top w:val="none" w:sz="0" w:space="0" w:color="auto"/>
                <w:left w:val="none" w:sz="0" w:space="0" w:color="auto"/>
                <w:bottom w:val="none" w:sz="0" w:space="0" w:color="auto"/>
                <w:right w:val="none" w:sz="0" w:space="0" w:color="auto"/>
              </w:divBdr>
            </w:div>
          </w:divsChild>
        </w:div>
        <w:div w:id="2143690067">
          <w:marLeft w:val="0"/>
          <w:marRight w:val="0"/>
          <w:marTop w:val="0"/>
          <w:marBottom w:val="0"/>
          <w:divBdr>
            <w:top w:val="none" w:sz="0" w:space="0" w:color="auto"/>
            <w:left w:val="none" w:sz="0" w:space="0" w:color="auto"/>
            <w:bottom w:val="none" w:sz="0" w:space="0" w:color="auto"/>
            <w:right w:val="none" w:sz="0" w:space="0" w:color="auto"/>
          </w:divBdr>
          <w:divsChild>
            <w:div w:id="155716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91667">
      <w:bodyDiv w:val="1"/>
      <w:marLeft w:val="0"/>
      <w:marRight w:val="0"/>
      <w:marTop w:val="0"/>
      <w:marBottom w:val="0"/>
      <w:divBdr>
        <w:top w:val="none" w:sz="0" w:space="0" w:color="auto"/>
        <w:left w:val="none" w:sz="0" w:space="0" w:color="auto"/>
        <w:bottom w:val="none" w:sz="0" w:space="0" w:color="auto"/>
        <w:right w:val="none" w:sz="0" w:space="0" w:color="auto"/>
      </w:divBdr>
      <w:divsChild>
        <w:div w:id="686954291">
          <w:marLeft w:val="0"/>
          <w:marRight w:val="0"/>
          <w:marTop w:val="0"/>
          <w:marBottom w:val="0"/>
          <w:divBdr>
            <w:top w:val="none" w:sz="0" w:space="0" w:color="auto"/>
            <w:left w:val="none" w:sz="0" w:space="0" w:color="auto"/>
            <w:bottom w:val="none" w:sz="0" w:space="0" w:color="auto"/>
            <w:right w:val="none" w:sz="0" w:space="0" w:color="auto"/>
          </w:divBdr>
          <w:divsChild>
            <w:div w:id="3989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605908">
      <w:bodyDiv w:val="1"/>
      <w:marLeft w:val="0"/>
      <w:marRight w:val="0"/>
      <w:marTop w:val="0"/>
      <w:marBottom w:val="0"/>
      <w:divBdr>
        <w:top w:val="none" w:sz="0" w:space="0" w:color="auto"/>
        <w:left w:val="none" w:sz="0" w:space="0" w:color="auto"/>
        <w:bottom w:val="none" w:sz="0" w:space="0" w:color="auto"/>
        <w:right w:val="none" w:sz="0" w:space="0" w:color="auto"/>
      </w:divBdr>
      <w:divsChild>
        <w:div w:id="2043282673">
          <w:marLeft w:val="0"/>
          <w:marRight w:val="0"/>
          <w:marTop w:val="0"/>
          <w:marBottom w:val="0"/>
          <w:divBdr>
            <w:top w:val="none" w:sz="0" w:space="0" w:color="auto"/>
            <w:left w:val="none" w:sz="0" w:space="0" w:color="auto"/>
            <w:bottom w:val="none" w:sz="0" w:space="0" w:color="auto"/>
            <w:right w:val="none" w:sz="0" w:space="0" w:color="auto"/>
          </w:divBdr>
          <w:divsChild>
            <w:div w:id="1071200677">
              <w:marLeft w:val="0"/>
              <w:marRight w:val="0"/>
              <w:marTop w:val="0"/>
              <w:marBottom w:val="0"/>
              <w:divBdr>
                <w:top w:val="none" w:sz="0" w:space="0" w:color="auto"/>
                <w:left w:val="none" w:sz="0" w:space="0" w:color="auto"/>
                <w:bottom w:val="none" w:sz="0" w:space="0" w:color="auto"/>
                <w:right w:val="none" w:sz="0" w:space="0" w:color="auto"/>
              </w:divBdr>
              <w:divsChild>
                <w:div w:id="1824930048">
                  <w:marLeft w:val="0"/>
                  <w:marRight w:val="0"/>
                  <w:marTop w:val="0"/>
                  <w:marBottom w:val="0"/>
                  <w:divBdr>
                    <w:top w:val="none" w:sz="0" w:space="0" w:color="auto"/>
                    <w:left w:val="none" w:sz="0" w:space="0" w:color="auto"/>
                    <w:bottom w:val="none" w:sz="0" w:space="0" w:color="auto"/>
                    <w:right w:val="none" w:sz="0" w:space="0" w:color="auto"/>
                  </w:divBdr>
                  <w:divsChild>
                    <w:div w:id="1535924793">
                      <w:marLeft w:val="0"/>
                      <w:marRight w:val="0"/>
                      <w:marTop w:val="0"/>
                      <w:marBottom w:val="0"/>
                      <w:divBdr>
                        <w:top w:val="none" w:sz="0" w:space="0" w:color="auto"/>
                        <w:left w:val="none" w:sz="0" w:space="0" w:color="auto"/>
                        <w:bottom w:val="none" w:sz="0" w:space="0" w:color="auto"/>
                        <w:right w:val="none" w:sz="0" w:space="0" w:color="auto"/>
                      </w:divBdr>
                      <w:divsChild>
                        <w:div w:id="1850102252">
                          <w:marLeft w:val="0"/>
                          <w:marRight w:val="0"/>
                          <w:marTop w:val="0"/>
                          <w:marBottom w:val="0"/>
                          <w:divBdr>
                            <w:top w:val="none" w:sz="0" w:space="0" w:color="auto"/>
                            <w:left w:val="none" w:sz="0" w:space="0" w:color="auto"/>
                            <w:bottom w:val="none" w:sz="0" w:space="0" w:color="auto"/>
                            <w:right w:val="none" w:sz="0" w:space="0" w:color="auto"/>
                          </w:divBdr>
                          <w:divsChild>
                            <w:div w:id="1622805908">
                              <w:marLeft w:val="0"/>
                              <w:marRight w:val="0"/>
                              <w:marTop w:val="0"/>
                              <w:marBottom w:val="0"/>
                              <w:divBdr>
                                <w:top w:val="none" w:sz="0" w:space="0" w:color="auto"/>
                                <w:left w:val="none" w:sz="0" w:space="0" w:color="auto"/>
                                <w:bottom w:val="none" w:sz="0" w:space="0" w:color="auto"/>
                                <w:right w:val="none" w:sz="0" w:space="0" w:color="auto"/>
                              </w:divBdr>
                              <w:divsChild>
                                <w:div w:id="836307357">
                                  <w:marLeft w:val="0"/>
                                  <w:marRight w:val="0"/>
                                  <w:marTop w:val="0"/>
                                  <w:marBottom w:val="0"/>
                                  <w:divBdr>
                                    <w:top w:val="none" w:sz="0" w:space="0" w:color="auto"/>
                                    <w:left w:val="none" w:sz="0" w:space="0" w:color="auto"/>
                                    <w:bottom w:val="none" w:sz="0" w:space="0" w:color="auto"/>
                                    <w:right w:val="none" w:sz="0" w:space="0" w:color="auto"/>
                                  </w:divBdr>
                                  <w:divsChild>
                                    <w:div w:id="641926426">
                                      <w:marLeft w:val="0"/>
                                      <w:marRight w:val="0"/>
                                      <w:marTop w:val="0"/>
                                      <w:marBottom w:val="0"/>
                                      <w:divBdr>
                                        <w:top w:val="none" w:sz="0" w:space="0" w:color="auto"/>
                                        <w:left w:val="none" w:sz="0" w:space="0" w:color="auto"/>
                                        <w:bottom w:val="none" w:sz="0" w:space="0" w:color="auto"/>
                                        <w:right w:val="none" w:sz="0" w:space="0" w:color="auto"/>
                                      </w:divBdr>
                                      <w:divsChild>
                                        <w:div w:id="1021980567">
                                          <w:marLeft w:val="0"/>
                                          <w:marRight w:val="0"/>
                                          <w:marTop w:val="0"/>
                                          <w:marBottom w:val="0"/>
                                          <w:divBdr>
                                            <w:top w:val="none" w:sz="0" w:space="0" w:color="auto"/>
                                            <w:left w:val="none" w:sz="0" w:space="0" w:color="auto"/>
                                            <w:bottom w:val="none" w:sz="0" w:space="0" w:color="auto"/>
                                            <w:right w:val="none" w:sz="0" w:space="0" w:color="auto"/>
                                          </w:divBdr>
                                          <w:divsChild>
                                            <w:div w:id="20870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3289285">
      <w:bodyDiv w:val="1"/>
      <w:marLeft w:val="0"/>
      <w:marRight w:val="0"/>
      <w:marTop w:val="0"/>
      <w:marBottom w:val="0"/>
      <w:divBdr>
        <w:top w:val="none" w:sz="0" w:space="0" w:color="auto"/>
        <w:left w:val="none" w:sz="0" w:space="0" w:color="auto"/>
        <w:bottom w:val="none" w:sz="0" w:space="0" w:color="auto"/>
        <w:right w:val="none" w:sz="0" w:space="0" w:color="auto"/>
      </w:divBdr>
      <w:divsChild>
        <w:div w:id="651103819">
          <w:marLeft w:val="0"/>
          <w:marRight w:val="0"/>
          <w:marTop w:val="0"/>
          <w:marBottom w:val="0"/>
          <w:divBdr>
            <w:top w:val="none" w:sz="0" w:space="0" w:color="auto"/>
            <w:left w:val="none" w:sz="0" w:space="0" w:color="auto"/>
            <w:bottom w:val="none" w:sz="0" w:space="0" w:color="auto"/>
            <w:right w:val="none" w:sz="0" w:space="0" w:color="auto"/>
          </w:divBdr>
          <w:divsChild>
            <w:div w:id="1424035241">
              <w:marLeft w:val="0"/>
              <w:marRight w:val="0"/>
              <w:marTop w:val="0"/>
              <w:marBottom w:val="0"/>
              <w:divBdr>
                <w:top w:val="none" w:sz="0" w:space="0" w:color="auto"/>
                <w:left w:val="none" w:sz="0" w:space="0" w:color="auto"/>
                <w:bottom w:val="none" w:sz="0" w:space="0" w:color="auto"/>
                <w:right w:val="none" w:sz="0" w:space="0" w:color="auto"/>
              </w:divBdr>
              <w:divsChild>
                <w:div w:id="1995336604">
                  <w:marLeft w:val="0"/>
                  <w:marRight w:val="0"/>
                  <w:marTop w:val="0"/>
                  <w:marBottom w:val="0"/>
                  <w:divBdr>
                    <w:top w:val="none" w:sz="0" w:space="0" w:color="auto"/>
                    <w:left w:val="none" w:sz="0" w:space="0" w:color="auto"/>
                    <w:bottom w:val="none" w:sz="0" w:space="0" w:color="auto"/>
                    <w:right w:val="none" w:sz="0" w:space="0" w:color="auto"/>
                  </w:divBdr>
                  <w:divsChild>
                    <w:div w:id="1973054194">
                      <w:marLeft w:val="0"/>
                      <w:marRight w:val="0"/>
                      <w:marTop w:val="0"/>
                      <w:marBottom w:val="0"/>
                      <w:divBdr>
                        <w:top w:val="none" w:sz="0" w:space="0" w:color="auto"/>
                        <w:left w:val="none" w:sz="0" w:space="0" w:color="auto"/>
                        <w:bottom w:val="none" w:sz="0" w:space="0" w:color="auto"/>
                        <w:right w:val="none" w:sz="0" w:space="0" w:color="auto"/>
                      </w:divBdr>
                      <w:divsChild>
                        <w:div w:id="523250230">
                          <w:marLeft w:val="0"/>
                          <w:marRight w:val="0"/>
                          <w:marTop w:val="0"/>
                          <w:marBottom w:val="0"/>
                          <w:divBdr>
                            <w:top w:val="none" w:sz="0" w:space="0" w:color="auto"/>
                            <w:left w:val="none" w:sz="0" w:space="0" w:color="auto"/>
                            <w:bottom w:val="none" w:sz="0" w:space="0" w:color="auto"/>
                            <w:right w:val="none" w:sz="0" w:space="0" w:color="auto"/>
                          </w:divBdr>
                          <w:divsChild>
                            <w:div w:id="1424645634">
                              <w:marLeft w:val="0"/>
                              <w:marRight w:val="0"/>
                              <w:marTop w:val="0"/>
                              <w:marBottom w:val="0"/>
                              <w:divBdr>
                                <w:top w:val="none" w:sz="0" w:space="0" w:color="auto"/>
                                <w:left w:val="none" w:sz="0" w:space="0" w:color="auto"/>
                                <w:bottom w:val="none" w:sz="0" w:space="0" w:color="auto"/>
                                <w:right w:val="none" w:sz="0" w:space="0" w:color="auto"/>
                              </w:divBdr>
                              <w:divsChild>
                                <w:div w:id="569196924">
                                  <w:marLeft w:val="0"/>
                                  <w:marRight w:val="0"/>
                                  <w:marTop w:val="0"/>
                                  <w:marBottom w:val="0"/>
                                  <w:divBdr>
                                    <w:top w:val="none" w:sz="0" w:space="0" w:color="auto"/>
                                    <w:left w:val="none" w:sz="0" w:space="0" w:color="auto"/>
                                    <w:bottom w:val="none" w:sz="0" w:space="0" w:color="auto"/>
                                    <w:right w:val="none" w:sz="0" w:space="0" w:color="auto"/>
                                  </w:divBdr>
                                  <w:divsChild>
                                    <w:div w:id="1478643003">
                                      <w:marLeft w:val="0"/>
                                      <w:marRight w:val="0"/>
                                      <w:marTop w:val="0"/>
                                      <w:marBottom w:val="0"/>
                                      <w:divBdr>
                                        <w:top w:val="none" w:sz="0" w:space="0" w:color="auto"/>
                                        <w:left w:val="none" w:sz="0" w:space="0" w:color="auto"/>
                                        <w:bottom w:val="none" w:sz="0" w:space="0" w:color="auto"/>
                                        <w:right w:val="none" w:sz="0" w:space="0" w:color="auto"/>
                                      </w:divBdr>
                                      <w:divsChild>
                                        <w:div w:id="1210846404">
                                          <w:marLeft w:val="0"/>
                                          <w:marRight w:val="0"/>
                                          <w:marTop w:val="0"/>
                                          <w:marBottom w:val="0"/>
                                          <w:divBdr>
                                            <w:top w:val="none" w:sz="0" w:space="0" w:color="auto"/>
                                            <w:left w:val="none" w:sz="0" w:space="0" w:color="auto"/>
                                            <w:bottom w:val="none" w:sz="0" w:space="0" w:color="auto"/>
                                            <w:right w:val="none" w:sz="0" w:space="0" w:color="auto"/>
                                          </w:divBdr>
                                        </w:div>
                                      </w:divsChild>
                                    </w:div>
                                    <w:div w:id="674648354">
                                      <w:marLeft w:val="0"/>
                                      <w:marRight w:val="0"/>
                                      <w:marTop w:val="0"/>
                                      <w:marBottom w:val="0"/>
                                      <w:divBdr>
                                        <w:top w:val="none" w:sz="0" w:space="0" w:color="auto"/>
                                        <w:left w:val="none" w:sz="0" w:space="0" w:color="auto"/>
                                        <w:bottom w:val="none" w:sz="0" w:space="0" w:color="auto"/>
                                        <w:right w:val="none" w:sz="0" w:space="0" w:color="auto"/>
                                      </w:divBdr>
                                      <w:divsChild>
                                        <w:div w:id="939148010">
                                          <w:marLeft w:val="0"/>
                                          <w:marRight w:val="0"/>
                                          <w:marTop w:val="0"/>
                                          <w:marBottom w:val="0"/>
                                          <w:divBdr>
                                            <w:top w:val="none" w:sz="0" w:space="0" w:color="auto"/>
                                            <w:left w:val="none" w:sz="0" w:space="0" w:color="auto"/>
                                            <w:bottom w:val="none" w:sz="0" w:space="0" w:color="auto"/>
                                            <w:right w:val="none" w:sz="0" w:space="0" w:color="auto"/>
                                          </w:divBdr>
                                        </w:div>
                                      </w:divsChild>
                                    </w:div>
                                    <w:div w:id="1233613489">
                                      <w:marLeft w:val="0"/>
                                      <w:marRight w:val="0"/>
                                      <w:marTop w:val="0"/>
                                      <w:marBottom w:val="0"/>
                                      <w:divBdr>
                                        <w:top w:val="none" w:sz="0" w:space="0" w:color="auto"/>
                                        <w:left w:val="none" w:sz="0" w:space="0" w:color="auto"/>
                                        <w:bottom w:val="none" w:sz="0" w:space="0" w:color="auto"/>
                                        <w:right w:val="none" w:sz="0" w:space="0" w:color="auto"/>
                                      </w:divBdr>
                                      <w:divsChild>
                                        <w:div w:id="1412042128">
                                          <w:marLeft w:val="0"/>
                                          <w:marRight w:val="0"/>
                                          <w:marTop w:val="0"/>
                                          <w:marBottom w:val="0"/>
                                          <w:divBdr>
                                            <w:top w:val="none" w:sz="0" w:space="0" w:color="auto"/>
                                            <w:left w:val="none" w:sz="0" w:space="0" w:color="auto"/>
                                            <w:bottom w:val="none" w:sz="0" w:space="0" w:color="auto"/>
                                            <w:right w:val="none" w:sz="0" w:space="0" w:color="auto"/>
                                          </w:divBdr>
                                          <w:divsChild>
                                            <w:div w:id="1676106263">
                                              <w:marLeft w:val="0"/>
                                              <w:marRight w:val="0"/>
                                              <w:marTop w:val="0"/>
                                              <w:marBottom w:val="0"/>
                                              <w:divBdr>
                                                <w:top w:val="none" w:sz="0" w:space="0" w:color="auto"/>
                                                <w:left w:val="none" w:sz="0" w:space="0" w:color="auto"/>
                                                <w:bottom w:val="none" w:sz="0" w:space="0" w:color="auto"/>
                                                <w:right w:val="none" w:sz="0" w:space="0" w:color="auto"/>
                                              </w:divBdr>
                                              <w:divsChild>
                                                <w:div w:id="835608342">
                                                  <w:marLeft w:val="0"/>
                                                  <w:marRight w:val="0"/>
                                                  <w:marTop w:val="0"/>
                                                  <w:marBottom w:val="0"/>
                                                  <w:divBdr>
                                                    <w:top w:val="none" w:sz="0" w:space="0" w:color="auto"/>
                                                    <w:left w:val="none" w:sz="0" w:space="0" w:color="auto"/>
                                                    <w:bottom w:val="none" w:sz="0" w:space="0" w:color="auto"/>
                                                    <w:right w:val="none" w:sz="0" w:space="0" w:color="auto"/>
                                                  </w:divBdr>
                                                </w:div>
                                              </w:divsChild>
                                            </w:div>
                                            <w:div w:id="16515504">
                                              <w:marLeft w:val="0"/>
                                              <w:marRight w:val="0"/>
                                              <w:marTop w:val="0"/>
                                              <w:marBottom w:val="0"/>
                                              <w:divBdr>
                                                <w:top w:val="none" w:sz="0" w:space="0" w:color="auto"/>
                                                <w:left w:val="none" w:sz="0" w:space="0" w:color="auto"/>
                                                <w:bottom w:val="none" w:sz="0" w:space="0" w:color="auto"/>
                                                <w:right w:val="none" w:sz="0" w:space="0" w:color="auto"/>
                                              </w:divBdr>
                                              <w:divsChild>
                                                <w:div w:id="1084760173">
                                                  <w:marLeft w:val="0"/>
                                                  <w:marRight w:val="0"/>
                                                  <w:marTop w:val="0"/>
                                                  <w:marBottom w:val="0"/>
                                                  <w:divBdr>
                                                    <w:top w:val="none" w:sz="0" w:space="0" w:color="auto"/>
                                                    <w:left w:val="none" w:sz="0" w:space="0" w:color="auto"/>
                                                    <w:bottom w:val="none" w:sz="0" w:space="0" w:color="auto"/>
                                                    <w:right w:val="none" w:sz="0" w:space="0" w:color="auto"/>
                                                  </w:divBdr>
                                                  <w:divsChild>
                                                    <w:div w:id="855920530">
                                                      <w:marLeft w:val="0"/>
                                                      <w:marRight w:val="0"/>
                                                      <w:marTop w:val="0"/>
                                                      <w:marBottom w:val="0"/>
                                                      <w:divBdr>
                                                        <w:top w:val="none" w:sz="0" w:space="0" w:color="auto"/>
                                                        <w:left w:val="none" w:sz="0" w:space="0" w:color="auto"/>
                                                        <w:bottom w:val="none" w:sz="0" w:space="0" w:color="auto"/>
                                                        <w:right w:val="none" w:sz="0" w:space="0" w:color="auto"/>
                                                      </w:divBdr>
                                                      <w:divsChild>
                                                        <w:div w:id="342709665">
                                                          <w:marLeft w:val="0"/>
                                                          <w:marRight w:val="0"/>
                                                          <w:marTop w:val="0"/>
                                                          <w:marBottom w:val="0"/>
                                                          <w:divBdr>
                                                            <w:top w:val="none" w:sz="0" w:space="0" w:color="auto"/>
                                                            <w:left w:val="none" w:sz="0" w:space="0" w:color="auto"/>
                                                            <w:bottom w:val="none" w:sz="0" w:space="0" w:color="auto"/>
                                                            <w:right w:val="none" w:sz="0" w:space="0" w:color="auto"/>
                                                          </w:divBdr>
                                                          <w:divsChild>
                                                            <w:div w:id="1127814403">
                                                              <w:marLeft w:val="0"/>
                                                              <w:marRight w:val="0"/>
                                                              <w:marTop w:val="0"/>
                                                              <w:marBottom w:val="0"/>
                                                              <w:divBdr>
                                                                <w:top w:val="none" w:sz="0" w:space="0" w:color="auto"/>
                                                                <w:left w:val="none" w:sz="0" w:space="0" w:color="auto"/>
                                                                <w:bottom w:val="none" w:sz="0" w:space="0" w:color="auto"/>
                                                                <w:right w:val="none" w:sz="0" w:space="0" w:color="auto"/>
                                                              </w:divBdr>
                                                              <w:divsChild>
                                                                <w:div w:id="1747147734">
                                                                  <w:marLeft w:val="0"/>
                                                                  <w:marRight w:val="0"/>
                                                                  <w:marTop w:val="0"/>
                                                                  <w:marBottom w:val="0"/>
                                                                  <w:divBdr>
                                                                    <w:top w:val="none" w:sz="0" w:space="0" w:color="auto"/>
                                                                    <w:left w:val="none" w:sz="0" w:space="0" w:color="auto"/>
                                                                    <w:bottom w:val="none" w:sz="0" w:space="0" w:color="auto"/>
                                                                    <w:right w:val="none" w:sz="0" w:space="0" w:color="auto"/>
                                                                  </w:divBdr>
                                                                  <w:divsChild>
                                                                    <w:div w:id="113522254">
                                                                      <w:marLeft w:val="0"/>
                                                                      <w:marRight w:val="0"/>
                                                                      <w:marTop w:val="0"/>
                                                                      <w:marBottom w:val="0"/>
                                                                      <w:divBdr>
                                                                        <w:top w:val="none" w:sz="0" w:space="0" w:color="auto"/>
                                                                        <w:left w:val="none" w:sz="0" w:space="0" w:color="auto"/>
                                                                        <w:bottom w:val="none" w:sz="0" w:space="0" w:color="auto"/>
                                                                        <w:right w:val="none" w:sz="0" w:space="0" w:color="auto"/>
                                                                      </w:divBdr>
                                                                      <w:divsChild>
                                                                        <w:div w:id="1202672145">
                                                                          <w:marLeft w:val="0"/>
                                                                          <w:marRight w:val="0"/>
                                                                          <w:marTop w:val="0"/>
                                                                          <w:marBottom w:val="0"/>
                                                                          <w:divBdr>
                                                                            <w:top w:val="none" w:sz="0" w:space="0" w:color="auto"/>
                                                                            <w:left w:val="none" w:sz="0" w:space="0" w:color="auto"/>
                                                                            <w:bottom w:val="none" w:sz="0" w:space="0" w:color="auto"/>
                                                                            <w:right w:val="none" w:sz="0" w:space="0" w:color="auto"/>
                                                                          </w:divBdr>
                                                                          <w:divsChild>
                                                                            <w:div w:id="973175898">
                                                                              <w:marLeft w:val="0"/>
                                                                              <w:marRight w:val="0"/>
                                                                              <w:marTop w:val="0"/>
                                                                              <w:marBottom w:val="0"/>
                                                                              <w:divBdr>
                                                                                <w:top w:val="none" w:sz="0" w:space="0" w:color="auto"/>
                                                                                <w:left w:val="none" w:sz="0" w:space="0" w:color="auto"/>
                                                                                <w:bottom w:val="none" w:sz="0" w:space="0" w:color="auto"/>
                                                                                <w:right w:val="none" w:sz="0" w:space="0" w:color="auto"/>
                                                                              </w:divBdr>
                                                                              <w:divsChild>
                                                                                <w:div w:id="480465390">
                                                                                  <w:marLeft w:val="0"/>
                                                                                  <w:marRight w:val="0"/>
                                                                                  <w:marTop w:val="0"/>
                                                                                  <w:marBottom w:val="0"/>
                                                                                  <w:divBdr>
                                                                                    <w:top w:val="none" w:sz="0" w:space="0" w:color="auto"/>
                                                                                    <w:left w:val="none" w:sz="0" w:space="0" w:color="auto"/>
                                                                                    <w:bottom w:val="none" w:sz="0" w:space="0" w:color="auto"/>
                                                                                    <w:right w:val="none" w:sz="0" w:space="0" w:color="auto"/>
                                                                                  </w:divBdr>
                                                                                  <w:divsChild>
                                                                                    <w:div w:id="1194421647">
                                                                                      <w:marLeft w:val="0"/>
                                                                                      <w:marRight w:val="0"/>
                                                                                      <w:marTop w:val="0"/>
                                                                                      <w:marBottom w:val="0"/>
                                                                                      <w:divBdr>
                                                                                        <w:top w:val="none" w:sz="0" w:space="0" w:color="auto"/>
                                                                                        <w:left w:val="none" w:sz="0" w:space="0" w:color="auto"/>
                                                                                        <w:bottom w:val="none" w:sz="0" w:space="0" w:color="auto"/>
                                                                                        <w:right w:val="none" w:sz="0" w:space="0" w:color="auto"/>
                                                                                      </w:divBdr>
                                                                                      <w:divsChild>
                                                                                        <w:div w:id="872498149">
                                                                                          <w:marLeft w:val="0"/>
                                                                                          <w:marRight w:val="0"/>
                                                                                          <w:marTop w:val="0"/>
                                                                                          <w:marBottom w:val="0"/>
                                                                                          <w:divBdr>
                                                                                            <w:top w:val="none" w:sz="0" w:space="0" w:color="auto"/>
                                                                                            <w:left w:val="none" w:sz="0" w:space="0" w:color="auto"/>
                                                                                            <w:bottom w:val="none" w:sz="0" w:space="0" w:color="auto"/>
                                                                                            <w:right w:val="none" w:sz="0" w:space="0" w:color="auto"/>
                                                                                          </w:divBdr>
                                                                                          <w:divsChild>
                                                                                            <w:div w:id="1444809990">
                                                                                              <w:marLeft w:val="0"/>
                                                                                              <w:marRight w:val="0"/>
                                                                                              <w:marTop w:val="0"/>
                                                                                              <w:marBottom w:val="0"/>
                                                                                              <w:divBdr>
                                                                                                <w:top w:val="none" w:sz="0" w:space="0" w:color="auto"/>
                                                                                                <w:left w:val="none" w:sz="0" w:space="0" w:color="auto"/>
                                                                                                <w:bottom w:val="none" w:sz="0" w:space="0" w:color="auto"/>
                                                                                                <w:right w:val="none" w:sz="0" w:space="0" w:color="auto"/>
                                                                                              </w:divBdr>
                                                                                              <w:divsChild>
                                                                                                <w:div w:id="129375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49652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899508">
          <w:marLeft w:val="0"/>
          <w:marRight w:val="0"/>
          <w:marTop w:val="0"/>
          <w:marBottom w:val="0"/>
          <w:divBdr>
            <w:top w:val="none" w:sz="0" w:space="0" w:color="auto"/>
            <w:left w:val="none" w:sz="0" w:space="0" w:color="auto"/>
            <w:bottom w:val="none" w:sz="0" w:space="0" w:color="auto"/>
            <w:right w:val="none" w:sz="0" w:space="0" w:color="auto"/>
          </w:divBdr>
          <w:divsChild>
            <w:div w:id="278143228">
              <w:marLeft w:val="0"/>
              <w:marRight w:val="0"/>
              <w:marTop w:val="0"/>
              <w:marBottom w:val="0"/>
              <w:divBdr>
                <w:top w:val="none" w:sz="0" w:space="0" w:color="auto"/>
                <w:left w:val="none" w:sz="0" w:space="0" w:color="auto"/>
                <w:bottom w:val="none" w:sz="0" w:space="0" w:color="auto"/>
                <w:right w:val="none" w:sz="0" w:space="0" w:color="auto"/>
              </w:divBdr>
              <w:divsChild>
                <w:div w:id="1835029263">
                  <w:marLeft w:val="0"/>
                  <w:marRight w:val="0"/>
                  <w:marTop w:val="0"/>
                  <w:marBottom w:val="0"/>
                  <w:divBdr>
                    <w:top w:val="none" w:sz="0" w:space="0" w:color="auto"/>
                    <w:left w:val="none" w:sz="0" w:space="0" w:color="auto"/>
                    <w:bottom w:val="none" w:sz="0" w:space="0" w:color="auto"/>
                    <w:right w:val="none" w:sz="0" w:space="0" w:color="auto"/>
                  </w:divBdr>
                  <w:divsChild>
                    <w:div w:id="644890761">
                      <w:marLeft w:val="0"/>
                      <w:marRight w:val="0"/>
                      <w:marTop w:val="0"/>
                      <w:marBottom w:val="0"/>
                      <w:divBdr>
                        <w:top w:val="none" w:sz="0" w:space="0" w:color="auto"/>
                        <w:left w:val="none" w:sz="0" w:space="0" w:color="auto"/>
                        <w:bottom w:val="none" w:sz="0" w:space="0" w:color="auto"/>
                        <w:right w:val="none" w:sz="0" w:space="0" w:color="auto"/>
                      </w:divBdr>
                      <w:divsChild>
                        <w:div w:id="1119571014">
                          <w:marLeft w:val="0"/>
                          <w:marRight w:val="0"/>
                          <w:marTop w:val="0"/>
                          <w:marBottom w:val="0"/>
                          <w:divBdr>
                            <w:top w:val="none" w:sz="0" w:space="0" w:color="auto"/>
                            <w:left w:val="none" w:sz="0" w:space="0" w:color="auto"/>
                            <w:bottom w:val="none" w:sz="0" w:space="0" w:color="auto"/>
                            <w:right w:val="none" w:sz="0" w:space="0" w:color="auto"/>
                          </w:divBdr>
                          <w:divsChild>
                            <w:div w:id="638803779">
                              <w:marLeft w:val="0"/>
                              <w:marRight w:val="0"/>
                              <w:marTop w:val="0"/>
                              <w:marBottom w:val="0"/>
                              <w:divBdr>
                                <w:top w:val="none" w:sz="0" w:space="0" w:color="auto"/>
                                <w:left w:val="none" w:sz="0" w:space="0" w:color="auto"/>
                                <w:bottom w:val="none" w:sz="0" w:space="0" w:color="auto"/>
                                <w:right w:val="none" w:sz="0" w:space="0" w:color="auto"/>
                              </w:divBdr>
                              <w:divsChild>
                                <w:div w:id="1070886774">
                                  <w:marLeft w:val="0"/>
                                  <w:marRight w:val="0"/>
                                  <w:marTop w:val="0"/>
                                  <w:marBottom w:val="0"/>
                                  <w:divBdr>
                                    <w:top w:val="none" w:sz="0" w:space="0" w:color="auto"/>
                                    <w:left w:val="none" w:sz="0" w:space="0" w:color="auto"/>
                                    <w:bottom w:val="none" w:sz="0" w:space="0" w:color="auto"/>
                                    <w:right w:val="none" w:sz="0" w:space="0" w:color="auto"/>
                                  </w:divBdr>
                                  <w:divsChild>
                                    <w:div w:id="145367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6532">
          <w:marLeft w:val="0"/>
          <w:marRight w:val="0"/>
          <w:marTop w:val="0"/>
          <w:marBottom w:val="0"/>
          <w:divBdr>
            <w:top w:val="none" w:sz="0" w:space="0" w:color="auto"/>
            <w:left w:val="none" w:sz="0" w:space="0" w:color="auto"/>
            <w:bottom w:val="none" w:sz="0" w:space="0" w:color="auto"/>
            <w:right w:val="none" w:sz="0" w:space="0" w:color="auto"/>
          </w:divBdr>
          <w:divsChild>
            <w:div w:id="422338507">
              <w:marLeft w:val="0"/>
              <w:marRight w:val="0"/>
              <w:marTop w:val="0"/>
              <w:marBottom w:val="0"/>
              <w:divBdr>
                <w:top w:val="none" w:sz="0" w:space="0" w:color="auto"/>
                <w:left w:val="none" w:sz="0" w:space="0" w:color="auto"/>
                <w:bottom w:val="none" w:sz="0" w:space="0" w:color="auto"/>
                <w:right w:val="none" w:sz="0" w:space="0" w:color="auto"/>
              </w:divBdr>
              <w:divsChild>
                <w:div w:id="362707964">
                  <w:marLeft w:val="0"/>
                  <w:marRight w:val="0"/>
                  <w:marTop w:val="0"/>
                  <w:marBottom w:val="0"/>
                  <w:divBdr>
                    <w:top w:val="none" w:sz="0" w:space="0" w:color="auto"/>
                    <w:left w:val="none" w:sz="0" w:space="0" w:color="auto"/>
                    <w:bottom w:val="none" w:sz="0" w:space="0" w:color="auto"/>
                    <w:right w:val="none" w:sz="0" w:space="0" w:color="auto"/>
                  </w:divBdr>
                  <w:divsChild>
                    <w:div w:id="1165708384">
                      <w:marLeft w:val="0"/>
                      <w:marRight w:val="0"/>
                      <w:marTop w:val="0"/>
                      <w:marBottom w:val="0"/>
                      <w:divBdr>
                        <w:top w:val="none" w:sz="0" w:space="0" w:color="auto"/>
                        <w:left w:val="none" w:sz="0" w:space="0" w:color="auto"/>
                        <w:bottom w:val="none" w:sz="0" w:space="0" w:color="auto"/>
                        <w:right w:val="none" w:sz="0" w:space="0" w:color="auto"/>
                      </w:divBdr>
                      <w:divsChild>
                        <w:div w:id="896160665">
                          <w:marLeft w:val="0"/>
                          <w:marRight w:val="0"/>
                          <w:marTop w:val="0"/>
                          <w:marBottom w:val="0"/>
                          <w:divBdr>
                            <w:top w:val="none" w:sz="0" w:space="0" w:color="auto"/>
                            <w:left w:val="none" w:sz="0" w:space="0" w:color="auto"/>
                            <w:bottom w:val="none" w:sz="0" w:space="0" w:color="auto"/>
                            <w:right w:val="none" w:sz="0" w:space="0" w:color="auto"/>
                          </w:divBdr>
                          <w:divsChild>
                            <w:div w:id="703479971">
                              <w:marLeft w:val="0"/>
                              <w:marRight w:val="0"/>
                              <w:marTop w:val="0"/>
                              <w:marBottom w:val="0"/>
                              <w:divBdr>
                                <w:top w:val="none" w:sz="0" w:space="0" w:color="auto"/>
                                <w:left w:val="none" w:sz="0" w:space="0" w:color="auto"/>
                                <w:bottom w:val="none" w:sz="0" w:space="0" w:color="auto"/>
                                <w:right w:val="none" w:sz="0" w:space="0" w:color="auto"/>
                              </w:divBdr>
                              <w:divsChild>
                                <w:div w:id="203368892">
                                  <w:marLeft w:val="0"/>
                                  <w:marRight w:val="0"/>
                                  <w:marTop w:val="0"/>
                                  <w:marBottom w:val="0"/>
                                  <w:divBdr>
                                    <w:top w:val="none" w:sz="0" w:space="0" w:color="auto"/>
                                    <w:left w:val="none" w:sz="0" w:space="0" w:color="auto"/>
                                    <w:bottom w:val="none" w:sz="0" w:space="0" w:color="auto"/>
                                    <w:right w:val="none" w:sz="0" w:space="0" w:color="auto"/>
                                  </w:divBdr>
                                  <w:divsChild>
                                    <w:div w:id="929653986">
                                      <w:marLeft w:val="0"/>
                                      <w:marRight w:val="0"/>
                                      <w:marTop w:val="0"/>
                                      <w:marBottom w:val="0"/>
                                      <w:divBdr>
                                        <w:top w:val="none" w:sz="0" w:space="0" w:color="auto"/>
                                        <w:left w:val="none" w:sz="0" w:space="0" w:color="auto"/>
                                        <w:bottom w:val="none" w:sz="0" w:space="0" w:color="auto"/>
                                        <w:right w:val="none" w:sz="0" w:space="0" w:color="auto"/>
                                      </w:divBdr>
                                      <w:divsChild>
                                        <w:div w:id="286854813">
                                          <w:marLeft w:val="0"/>
                                          <w:marRight w:val="0"/>
                                          <w:marTop w:val="0"/>
                                          <w:marBottom w:val="0"/>
                                          <w:divBdr>
                                            <w:top w:val="none" w:sz="0" w:space="0" w:color="auto"/>
                                            <w:left w:val="none" w:sz="0" w:space="0" w:color="auto"/>
                                            <w:bottom w:val="none" w:sz="0" w:space="0" w:color="auto"/>
                                            <w:right w:val="none" w:sz="0" w:space="0" w:color="auto"/>
                                          </w:divBdr>
                                        </w:div>
                                      </w:divsChild>
                                    </w:div>
                                    <w:div w:id="1320696209">
                                      <w:marLeft w:val="0"/>
                                      <w:marRight w:val="0"/>
                                      <w:marTop w:val="0"/>
                                      <w:marBottom w:val="0"/>
                                      <w:divBdr>
                                        <w:top w:val="none" w:sz="0" w:space="0" w:color="auto"/>
                                        <w:left w:val="none" w:sz="0" w:space="0" w:color="auto"/>
                                        <w:bottom w:val="none" w:sz="0" w:space="0" w:color="auto"/>
                                        <w:right w:val="none" w:sz="0" w:space="0" w:color="auto"/>
                                      </w:divBdr>
                                      <w:divsChild>
                                        <w:div w:id="1949117285">
                                          <w:marLeft w:val="0"/>
                                          <w:marRight w:val="0"/>
                                          <w:marTop w:val="0"/>
                                          <w:marBottom w:val="0"/>
                                          <w:divBdr>
                                            <w:top w:val="none" w:sz="0" w:space="0" w:color="auto"/>
                                            <w:left w:val="none" w:sz="0" w:space="0" w:color="auto"/>
                                            <w:bottom w:val="none" w:sz="0" w:space="0" w:color="auto"/>
                                            <w:right w:val="none" w:sz="0" w:space="0" w:color="auto"/>
                                          </w:divBdr>
                                        </w:div>
                                      </w:divsChild>
                                    </w:div>
                                    <w:div w:id="38478656">
                                      <w:marLeft w:val="0"/>
                                      <w:marRight w:val="0"/>
                                      <w:marTop w:val="0"/>
                                      <w:marBottom w:val="0"/>
                                      <w:divBdr>
                                        <w:top w:val="none" w:sz="0" w:space="0" w:color="auto"/>
                                        <w:left w:val="none" w:sz="0" w:space="0" w:color="auto"/>
                                        <w:bottom w:val="none" w:sz="0" w:space="0" w:color="auto"/>
                                        <w:right w:val="none" w:sz="0" w:space="0" w:color="auto"/>
                                      </w:divBdr>
                                      <w:divsChild>
                                        <w:div w:id="1829831860">
                                          <w:marLeft w:val="0"/>
                                          <w:marRight w:val="0"/>
                                          <w:marTop w:val="0"/>
                                          <w:marBottom w:val="0"/>
                                          <w:divBdr>
                                            <w:top w:val="none" w:sz="0" w:space="0" w:color="auto"/>
                                            <w:left w:val="none" w:sz="0" w:space="0" w:color="auto"/>
                                            <w:bottom w:val="none" w:sz="0" w:space="0" w:color="auto"/>
                                            <w:right w:val="none" w:sz="0" w:space="0" w:color="auto"/>
                                          </w:divBdr>
                                        </w:div>
                                      </w:divsChild>
                                    </w:div>
                                    <w:div w:id="1225334190">
                                      <w:marLeft w:val="0"/>
                                      <w:marRight w:val="0"/>
                                      <w:marTop w:val="0"/>
                                      <w:marBottom w:val="0"/>
                                      <w:divBdr>
                                        <w:top w:val="none" w:sz="0" w:space="0" w:color="auto"/>
                                        <w:left w:val="none" w:sz="0" w:space="0" w:color="auto"/>
                                        <w:bottom w:val="none" w:sz="0" w:space="0" w:color="auto"/>
                                        <w:right w:val="none" w:sz="0" w:space="0" w:color="auto"/>
                                      </w:divBdr>
                                      <w:divsChild>
                                        <w:div w:id="584337038">
                                          <w:marLeft w:val="0"/>
                                          <w:marRight w:val="0"/>
                                          <w:marTop w:val="0"/>
                                          <w:marBottom w:val="0"/>
                                          <w:divBdr>
                                            <w:top w:val="none" w:sz="0" w:space="0" w:color="auto"/>
                                            <w:left w:val="none" w:sz="0" w:space="0" w:color="auto"/>
                                            <w:bottom w:val="none" w:sz="0" w:space="0" w:color="auto"/>
                                            <w:right w:val="none" w:sz="0" w:space="0" w:color="auto"/>
                                          </w:divBdr>
                                        </w:div>
                                      </w:divsChild>
                                    </w:div>
                                    <w:div w:id="545990502">
                                      <w:marLeft w:val="0"/>
                                      <w:marRight w:val="0"/>
                                      <w:marTop w:val="0"/>
                                      <w:marBottom w:val="0"/>
                                      <w:divBdr>
                                        <w:top w:val="none" w:sz="0" w:space="0" w:color="auto"/>
                                        <w:left w:val="none" w:sz="0" w:space="0" w:color="auto"/>
                                        <w:bottom w:val="none" w:sz="0" w:space="0" w:color="auto"/>
                                        <w:right w:val="none" w:sz="0" w:space="0" w:color="auto"/>
                                      </w:divBdr>
                                      <w:divsChild>
                                        <w:div w:id="1544898723">
                                          <w:marLeft w:val="0"/>
                                          <w:marRight w:val="0"/>
                                          <w:marTop w:val="0"/>
                                          <w:marBottom w:val="0"/>
                                          <w:divBdr>
                                            <w:top w:val="none" w:sz="0" w:space="0" w:color="auto"/>
                                            <w:left w:val="none" w:sz="0" w:space="0" w:color="auto"/>
                                            <w:bottom w:val="none" w:sz="0" w:space="0" w:color="auto"/>
                                            <w:right w:val="none" w:sz="0" w:space="0" w:color="auto"/>
                                          </w:divBdr>
                                        </w:div>
                                      </w:divsChild>
                                    </w:div>
                                    <w:div w:id="993684012">
                                      <w:marLeft w:val="0"/>
                                      <w:marRight w:val="0"/>
                                      <w:marTop w:val="0"/>
                                      <w:marBottom w:val="0"/>
                                      <w:divBdr>
                                        <w:top w:val="none" w:sz="0" w:space="0" w:color="auto"/>
                                        <w:left w:val="none" w:sz="0" w:space="0" w:color="auto"/>
                                        <w:bottom w:val="none" w:sz="0" w:space="0" w:color="auto"/>
                                        <w:right w:val="none" w:sz="0" w:space="0" w:color="auto"/>
                                      </w:divBdr>
                                      <w:divsChild>
                                        <w:div w:id="1676179613">
                                          <w:marLeft w:val="0"/>
                                          <w:marRight w:val="0"/>
                                          <w:marTop w:val="0"/>
                                          <w:marBottom w:val="0"/>
                                          <w:divBdr>
                                            <w:top w:val="none" w:sz="0" w:space="0" w:color="auto"/>
                                            <w:left w:val="none" w:sz="0" w:space="0" w:color="auto"/>
                                            <w:bottom w:val="none" w:sz="0" w:space="0" w:color="auto"/>
                                            <w:right w:val="none" w:sz="0" w:space="0" w:color="auto"/>
                                          </w:divBdr>
                                        </w:div>
                                      </w:divsChild>
                                    </w:div>
                                    <w:div w:id="1353144146">
                                      <w:marLeft w:val="0"/>
                                      <w:marRight w:val="0"/>
                                      <w:marTop w:val="0"/>
                                      <w:marBottom w:val="0"/>
                                      <w:divBdr>
                                        <w:top w:val="none" w:sz="0" w:space="0" w:color="auto"/>
                                        <w:left w:val="none" w:sz="0" w:space="0" w:color="auto"/>
                                        <w:bottom w:val="none" w:sz="0" w:space="0" w:color="auto"/>
                                        <w:right w:val="none" w:sz="0" w:space="0" w:color="auto"/>
                                      </w:divBdr>
                                      <w:divsChild>
                                        <w:div w:id="496119363">
                                          <w:marLeft w:val="0"/>
                                          <w:marRight w:val="0"/>
                                          <w:marTop w:val="0"/>
                                          <w:marBottom w:val="0"/>
                                          <w:divBdr>
                                            <w:top w:val="none" w:sz="0" w:space="0" w:color="auto"/>
                                            <w:left w:val="none" w:sz="0" w:space="0" w:color="auto"/>
                                            <w:bottom w:val="none" w:sz="0" w:space="0" w:color="auto"/>
                                            <w:right w:val="none" w:sz="0" w:space="0" w:color="auto"/>
                                          </w:divBdr>
                                        </w:div>
                                      </w:divsChild>
                                    </w:div>
                                    <w:div w:id="910893724">
                                      <w:marLeft w:val="0"/>
                                      <w:marRight w:val="0"/>
                                      <w:marTop w:val="0"/>
                                      <w:marBottom w:val="0"/>
                                      <w:divBdr>
                                        <w:top w:val="none" w:sz="0" w:space="0" w:color="auto"/>
                                        <w:left w:val="none" w:sz="0" w:space="0" w:color="auto"/>
                                        <w:bottom w:val="none" w:sz="0" w:space="0" w:color="auto"/>
                                        <w:right w:val="none" w:sz="0" w:space="0" w:color="auto"/>
                                      </w:divBdr>
                                      <w:divsChild>
                                        <w:div w:id="475029472">
                                          <w:marLeft w:val="0"/>
                                          <w:marRight w:val="0"/>
                                          <w:marTop w:val="0"/>
                                          <w:marBottom w:val="0"/>
                                          <w:divBdr>
                                            <w:top w:val="none" w:sz="0" w:space="0" w:color="auto"/>
                                            <w:left w:val="none" w:sz="0" w:space="0" w:color="auto"/>
                                            <w:bottom w:val="none" w:sz="0" w:space="0" w:color="auto"/>
                                            <w:right w:val="none" w:sz="0" w:space="0" w:color="auto"/>
                                          </w:divBdr>
                                        </w:div>
                                      </w:divsChild>
                                    </w:div>
                                    <w:div w:id="1879395098">
                                      <w:marLeft w:val="0"/>
                                      <w:marRight w:val="0"/>
                                      <w:marTop w:val="0"/>
                                      <w:marBottom w:val="0"/>
                                      <w:divBdr>
                                        <w:top w:val="none" w:sz="0" w:space="0" w:color="auto"/>
                                        <w:left w:val="none" w:sz="0" w:space="0" w:color="auto"/>
                                        <w:bottom w:val="none" w:sz="0" w:space="0" w:color="auto"/>
                                        <w:right w:val="none" w:sz="0" w:space="0" w:color="auto"/>
                                      </w:divBdr>
                                      <w:divsChild>
                                        <w:div w:id="1810825249">
                                          <w:marLeft w:val="0"/>
                                          <w:marRight w:val="0"/>
                                          <w:marTop w:val="0"/>
                                          <w:marBottom w:val="0"/>
                                          <w:divBdr>
                                            <w:top w:val="none" w:sz="0" w:space="0" w:color="auto"/>
                                            <w:left w:val="none" w:sz="0" w:space="0" w:color="auto"/>
                                            <w:bottom w:val="none" w:sz="0" w:space="0" w:color="auto"/>
                                            <w:right w:val="none" w:sz="0" w:space="0" w:color="auto"/>
                                          </w:divBdr>
                                        </w:div>
                                      </w:divsChild>
                                    </w:div>
                                    <w:div w:id="173767109">
                                      <w:marLeft w:val="0"/>
                                      <w:marRight w:val="0"/>
                                      <w:marTop w:val="0"/>
                                      <w:marBottom w:val="0"/>
                                      <w:divBdr>
                                        <w:top w:val="none" w:sz="0" w:space="0" w:color="auto"/>
                                        <w:left w:val="none" w:sz="0" w:space="0" w:color="auto"/>
                                        <w:bottom w:val="none" w:sz="0" w:space="0" w:color="auto"/>
                                        <w:right w:val="none" w:sz="0" w:space="0" w:color="auto"/>
                                      </w:divBdr>
                                      <w:divsChild>
                                        <w:div w:id="84806894">
                                          <w:marLeft w:val="0"/>
                                          <w:marRight w:val="0"/>
                                          <w:marTop w:val="0"/>
                                          <w:marBottom w:val="0"/>
                                          <w:divBdr>
                                            <w:top w:val="none" w:sz="0" w:space="0" w:color="auto"/>
                                            <w:left w:val="none" w:sz="0" w:space="0" w:color="auto"/>
                                            <w:bottom w:val="none" w:sz="0" w:space="0" w:color="auto"/>
                                            <w:right w:val="none" w:sz="0" w:space="0" w:color="auto"/>
                                          </w:divBdr>
                                        </w:div>
                                      </w:divsChild>
                                    </w:div>
                                    <w:div w:id="1501038284">
                                      <w:marLeft w:val="0"/>
                                      <w:marRight w:val="0"/>
                                      <w:marTop w:val="0"/>
                                      <w:marBottom w:val="0"/>
                                      <w:divBdr>
                                        <w:top w:val="none" w:sz="0" w:space="0" w:color="auto"/>
                                        <w:left w:val="none" w:sz="0" w:space="0" w:color="auto"/>
                                        <w:bottom w:val="none" w:sz="0" w:space="0" w:color="auto"/>
                                        <w:right w:val="none" w:sz="0" w:space="0" w:color="auto"/>
                                      </w:divBdr>
                                      <w:divsChild>
                                        <w:div w:id="847720350">
                                          <w:marLeft w:val="0"/>
                                          <w:marRight w:val="0"/>
                                          <w:marTop w:val="0"/>
                                          <w:marBottom w:val="0"/>
                                          <w:divBdr>
                                            <w:top w:val="none" w:sz="0" w:space="0" w:color="auto"/>
                                            <w:left w:val="none" w:sz="0" w:space="0" w:color="auto"/>
                                            <w:bottom w:val="none" w:sz="0" w:space="0" w:color="auto"/>
                                            <w:right w:val="none" w:sz="0" w:space="0" w:color="auto"/>
                                          </w:divBdr>
                                        </w:div>
                                      </w:divsChild>
                                    </w:div>
                                    <w:div w:id="745227344">
                                      <w:marLeft w:val="0"/>
                                      <w:marRight w:val="0"/>
                                      <w:marTop w:val="0"/>
                                      <w:marBottom w:val="0"/>
                                      <w:divBdr>
                                        <w:top w:val="none" w:sz="0" w:space="0" w:color="auto"/>
                                        <w:left w:val="none" w:sz="0" w:space="0" w:color="auto"/>
                                        <w:bottom w:val="none" w:sz="0" w:space="0" w:color="auto"/>
                                        <w:right w:val="none" w:sz="0" w:space="0" w:color="auto"/>
                                      </w:divBdr>
                                      <w:divsChild>
                                        <w:div w:id="1832329002">
                                          <w:marLeft w:val="0"/>
                                          <w:marRight w:val="0"/>
                                          <w:marTop w:val="0"/>
                                          <w:marBottom w:val="0"/>
                                          <w:divBdr>
                                            <w:top w:val="none" w:sz="0" w:space="0" w:color="auto"/>
                                            <w:left w:val="none" w:sz="0" w:space="0" w:color="auto"/>
                                            <w:bottom w:val="none" w:sz="0" w:space="0" w:color="auto"/>
                                            <w:right w:val="none" w:sz="0" w:space="0" w:color="auto"/>
                                          </w:divBdr>
                                        </w:div>
                                      </w:divsChild>
                                    </w:div>
                                    <w:div w:id="1549493562">
                                      <w:marLeft w:val="0"/>
                                      <w:marRight w:val="0"/>
                                      <w:marTop w:val="0"/>
                                      <w:marBottom w:val="0"/>
                                      <w:divBdr>
                                        <w:top w:val="none" w:sz="0" w:space="0" w:color="auto"/>
                                        <w:left w:val="none" w:sz="0" w:space="0" w:color="auto"/>
                                        <w:bottom w:val="none" w:sz="0" w:space="0" w:color="auto"/>
                                        <w:right w:val="none" w:sz="0" w:space="0" w:color="auto"/>
                                      </w:divBdr>
                                      <w:divsChild>
                                        <w:div w:id="131591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344786">
      <w:bodyDiv w:val="1"/>
      <w:marLeft w:val="0"/>
      <w:marRight w:val="0"/>
      <w:marTop w:val="0"/>
      <w:marBottom w:val="0"/>
      <w:divBdr>
        <w:top w:val="none" w:sz="0" w:space="0" w:color="auto"/>
        <w:left w:val="none" w:sz="0" w:space="0" w:color="auto"/>
        <w:bottom w:val="none" w:sz="0" w:space="0" w:color="auto"/>
        <w:right w:val="none" w:sz="0" w:space="0" w:color="auto"/>
      </w:divBdr>
      <w:divsChild>
        <w:div w:id="768231591">
          <w:marLeft w:val="0"/>
          <w:marRight w:val="0"/>
          <w:marTop w:val="0"/>
          <w:marBottom w:val="0"/>
          <w:divBdr>
            <w:top w:val="none" w:sz="0" w:space="0" w:color="auto"/>
            <w:left w:val="none" w:sz="0" w:space="0" w:color="auto"/>
            <w:bottom w:val="none" w:sz="0" w:space="0" w:color="auto"/>
            <w:right w:val="none" w:sz="0" w:space="0" w:color="auto"/>
          </w:divBdr>
          <w:divsChild>
            <w:div w:id="671838030">
              <w:marLeft w:val="0"/>
              <w:marRight w:val="0"/>
              <w:marTop w:val="0"/>
              <w:marBottom w:val="0"/>
              <w:divBdr>
                <w:top w:val="none" w:sz="0" w:space="0" w:color="auto"/>
                <w:left w:val="none" w:sz="0" w:space="0" w:color="auto"/>
                <w:bottom w:val="none" w:sz="0" w:space="0" w:color="auto"/>
                <w:right w:val="none" w:sz="0" w:space="0" w:color="auto"/>
              </w:divBdr>
            </w:div>
          </w:divsChild>
        </w:div>
        <w:div w:id="495196277">
          <w:marLeft w:val="0"/>
          <w:marRight w:val="0"/>
          <w:marTop w:val="0"/>
          <w:marBottom w:val="0"/>
          <w:divBdr>
            <w:top w:val="none" w:sz="0" w:space="0" w:color="auto"/>
            <w:left w:val="none" w:sz="0" w:space="0" w:color="auto"/>
            <w:bottom w:val="none" w:sz="0" w:space="0" w:color="auto"/>
            <w:right w:val="none" w:sz="0" w:space="0" w:color="auto"/>
          </w:divBdr>
          <w:divsChild>
            <w:div w:id="278727481">
              <w:marLeft w:val="0"/>
              <w:marRight w:val="0"/>
              <w:marTop w:val="0"/>
              <w:marBottom w:val="0"/>
              <w:divBdr>
                <w:top w:val="none" w:sz="0" w:space="0" w:color="auto"/>
                <w:left w:val="none" w:sz="0" w:space="0" w:color="auto"/>
                <w:bottom w:val="none" w:sz="0" w:space="0" w:color="auto"/>
                <w:right w:val="none" w:sz="0" w:space="0" w:color="auto"/>
              </w:divBdr>
            </w:div>
          </w:divsChild>
        </w:div>
        <w:div w:id="1267811992">
          <w:marLeft w:val="0"/>
          <w:marRight w:val="0"/>
          <w:marTop w:val="0"/>
          <w:marBottom w:val="0"/>
          <w:divBdr>
            <w:top w:val="none" w:sz="0" w:space="0" w:color="auto"/>
            <w:left w:val="none" w:sz="0" w:space="0" w:color="auto"/>
            <w:bottom w:val="none" w:sz="0" w:space="0" w:color="auto"/>
            <w:right w:val="none" w:sz="0" w:space="0" w:color="auto"/>
          </w:divBdr>
          <w:divsChild>
            <w:div w:id="1715079070">
              <w:marLeft w:val="0"/>
              <w:marRight w:val="0"/>
              <w:marTop w:val="0"/>
              <w:marBottom w:val="0"/>
              <w:divBdr>
                <w:top w:val="none" w:sz="0" w:space="0" w:color="auto"/>
                <w:left w:val="none" w:sz="0" w:space="0" w:color="auto"/>
                <w:bottom w:val="none" w:sz="0" w:space="0" w:color="auto"/>
                <w:right w:val="none" w:sz="0" w:space="0" w:color="auto"/>
              </w:divBdr>
            </w:div>
          </w:divsChild>
        </w:div>
        <w:div w:id="1088815912">
          <w:marLeft w:val="0"/>
          <w:marRight w:val="0"/>
          <w:marTop w:val="0"/>
          <w:marBottom w:val="0"/>
          <w:divBdr>
            <w:top w:val="none" w:sz="0" w:space="0" w:color="auto"/>
            <w:left w:val="none" w:sz="0" w:space="0" w:color="auto"/>
            <w:bottom w:val="none" w:sz="0" w:space="0" w:color="auto"/>
            <w:right w:val="none" w:sz="0" w:space="0" w:color="auto"/>
          </w:divBdr>
          <w:divsChild>
            <w:div w:id="381177049">
              <w:marLeft w:val="0"/>
              <w:marRight w:val="0"/>
              <w:marTop w:val="0"/>
              <w:marBottom w:val="0"/>
              <w:divBdr>
                <w:top w:val="none" w:sz="0" w:space="0" w:color="auto"/>
                <w:left w:val="none" w:sz="0" w:space="0" w:color="auto"/>
                <w:bottom w:val="none" w:sz="0" w:space="0" w:color="auto"/>
                <w:right w:val="none" w:sz="0" w:space="0" w:color="auto"/>
              </w:divBdr>
            </w:div>
          </w:divsChild>
        </w:div>
        <w:div w:id="771047700">
          <w:marLeft w:val="0"/>
          <w:marRight w:val="0"/>
          <w:marTop w:val="0"/>
          <w:marBottom w:val="0"/>
          <w:divBdr>
            <w:top w:val="none" w:sz="0" w:space="0" w:color="auto"/>
            <w:left w:val="none" w:sz="0" w:space="0" w:color="auto"/>
            <w:bottom w:val="none" w:sz="0" w:space="0" w:color="auto"/>
            <w:right w:val="none" w:sz="0" w:space="0" w:color="auto"/>
          </w:divBdr>
          <w:divsChild>
            <w:div w:id="30763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318561">
      <w:bodyDiv w:val="1"/>
      <w:marLeft w:val="0"/>
      <w:marRight w:val="0"/>
      <w:marTop w:val="0"/>
      <w:marBottom w:val="0"/>
      <w:divBdr>
        <w:top w:val="none" w:sz="0" w:space="0" w:color="auto"/>
        <w:left w:val="none" w:sz="0" w:space="0" w:color="auto"/>
        <w:bottom w:val="none" w:sz="0" w:space="0" w:color="auto"/>
        <w:right w:val="none" w:sz="0" w:space="0" w:color="auto"/>
      </w:divBdr>
    </w:div>
    <w:div w:id="1246525598">
      <w:bodyDiv w:val="1"/>
      <w:marLeft w:val="0"/>
      <w:marRight w:val="0"/>
      <w:marTop w:val="0"/>
      <w:marBottom w:val="0"/>
      <w:divBdr>
        <w:top w:val="none" w:sz="0" w:space="0" w:color="auto"/>
        <w:left w:val="none" w:sz="0" w:space="0" w:color="auto"/>
        <w:bottom w:val="none" w:sz="0" w:space="0" w:color="auto"/>
        <w:right w:val="none" w:sz="0" w:space="0" w:color="auto"/>
      </w:divBdr>
      <w:divsChild>
        <w:div w:id="223302166">
          <w:marLeft w:val="0"/>
          <w:marRight w:val="0"/>
          <w:marTop w:val="0"/>
          <w:marBottom w:val="0"/>
          <w:divBdr>
            <w:top w:val="none" w:sz="0" w:space="0" w:color="auto"/>
            <w:left w:val="none" w:sz="0" w:space="0" w:color="auto"/>
            <w:bottom w:val="none" w:sz="0" w:space="0" w:color="auto"/>
            <w:right w:val="none" w:sz="0" w:space="0" w:color="auto"/>
          </w:divBdr>
          <w:divsChild>
            <w:div w:id="1473670342">
              <w:marLeft w:val="0"/>
              <w:marRight w:val="0"/>
              <w:marTop w:val="0"/>
              <w:marBottom w:val="0"/>
              <w:divBdr>
                <w:top w:val="none" w:sz="0" w:space="0" w:color="auto"/>
                <w:left w:val="none" w:sz="0" w:space="0" w:color="auto"/>
                <w:bottom w:val="none" w:sz="0" w:space="0" w:color="auto"/>
                <w:right w:val="none" w:sz="0" w:space="0" w:color="auto"/>
              </w:divBdr>
            </w:div>
          </w:divsChild>
        </w:div>
        <w:div w:id="1841695961">
          <w:marLeft w:val="0"/>
          <w:marRight w:val="0"/>
          <w:marTop w:val="0"/>
          <w:marBottom w:val="0"/>
          <w:divBdr>
            <w:top w:val="none" w:sz="0" w:space="0" w:color="auto"/>
            <w:left w:val="none" w:sz="0" w:space="0" w:color="auto"/>
            <w:bottom w:val="none" w:sz="0" w:space="0" w:color="auto"/>
            <w:right w:val="none" w:sz="0" w:space="0" w:color="auto"/>
          </w:divBdr>
          <w:divsChild>
            <w:div w:id="378012561">
              <w:marLeft w:val="0"/>
              <w:marRight w:val="0"/>
              <w:marTop w:val="0"/>
              <w:marBottom w:val="0"/>
              <w:divBdr>
                <w:top w:val="none" w:sz="0" w:space="0" w:color="auto"/>
                <w:left w:val="none" w:sz="0" w:space="0" w:color="auto"/>
                <w:bottom w:val="none" w:sz="0" w:space="0" w:color="auto"/>
                <w:right w:val="none" w:sz="0" w:space="0" w:color="auto"/>
              </w:divBdr>
            </w:div>
          </w:divsChild>
        </w:div>
        <w:div w:id="2049984596">
          <w:marLeft w:val="0"/>
          <w:marRight w:val="0"/>
          <w:marTop w:val="0"/>
          <w:marBottom w:val="0"/>
          <w:divBdr>
            <w:top w:val="none" w:sz="0" w:space="0" w:color="auto"/>
            <w:left w:val="none" w:sz="0" w:space="0" w:color="auto"/>
            <w:bottom w:val="none" w:sz="0" w:space="0" w:color="auto"/>
            <w:right w:val="none" w:sz="0" w:space="0" w:color="auto"/>
          </w:divBdr>
          <w:divsChild>
            <w:div w:id="1987199601">
              <w:marLeft w:val="0"/>
              <w:marRight w:val="0"/>
              <w:marTop w:val="0"/>
              <w:marBottom w:val="0"/>
              <w:divBdr>
                <w:top w:val="none" w:sz="0" w:space="0" w:color="auto"/>
                <w:left w:val="none" w:sz="0" w:space="0" w:color="auto"/>
                <w:bottom w:val="none" w:sz="0" w:space="0" w:color="auto"/>
                <w:right w:val="none" w:sz="0" w:space="0" w:color="auto"/>
              </w:divBdr>
            </w:div>
          </w:divsChild>
        </w:div>
        <w:div w:id="426115683">
          <w:marLeft w:val="0"/>
          <w:marRight w:val="0"/>
          <w:marTop w:val="0"/>
          <w:marBottom w:val="0"/>
          <w:divBdr>
            <w:top w:val="none" w:sz="0" w:space="0" w:color="auto"/>
            <w:left w:val="none" w:sz="0" w:space="0" w:color="auto"/>
            <w:bottom w:val="none" w:sz="0" w:space="0" w:color="auto"/>
            <w:right w:val="none" w:sz="0" w:space="0" w:color="auto"/>
          </w:divBdr>
          <w:divsChild>
            <w:div w:id="333067195">
              <w:marLeft w:val="0"/>
              <w:marRight w:val="0"/>
              <w:marTop w:val="0"/>
              <w:marBottom w:val="0"/>
              <w:divBdr>
                <w:top w:val="none" w:sz="0" w:space="0" w:color="auto"/>
                <w:left w:val="none" w:sz="0" w:space="0" w:color="auto"/>
                <w:bottom w:val="none" w:sz="0" w:space="0" w:color="auto"/>
                <w:right w:val="none" w:sz="0" w:space="0" w:color="auto"/>
              </w:divBdr>
            </w:div>
          </w:divsChild>
        </w:div>
        <w:div w:id="1288009298">
          <w:marLeft w:val="0"/>
          <w:marRight w:val="0"/>
          <w:marTop w:val="0"/>
          <w:marBottom w:val="0"/>
          <w:divBdr>
            <w:top w:val="none" w:sz="0" w:space="0" w:color="auto"/>
            <w:left w:val="none" w:sz="0" w:space="0" w:color="auto"/>
            <w:bottom w:val="none" w:sz="0" w:space="0" w:color="auto"/>
            <w:right w:val="none" w:sz="0" w:space="0" w:color="auto"/>
          </w:divBdr>
          <w:divsChild>
            <w:div w:id="7189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91466">
      <w:bodyDiv w:val="1"/>
      <w:marLeft w:val="0"/>
      <w:marRight w:val="0"/>
      <w:marTop w:val="0"/>
      <w:marBottom w:val="0"/>
      <w:divBdr>
        <w:top w:val="none" w:sz="0" w:space="0" w:color="auto"/>
        <w:left w:val="none" w:sz="0" w:space="0" w:color="auto"/>
        <w:bottom w:val="none" w:sz="0" w:space="0" w:color="auto"/>
        <w:right w:val="none" w:sz="0" w:space="0" w:color="auto"/>
      </w:divBdr>
      <w:divsChild>
        <w:div w:id="778178647">
          <w:marLeft w:val="0"/>
          <w:marRight w:val="0"/>
          <w:marTop w:val="0"/>
          <w:marBottom w:val="0"/>
          <w:divBdr>
            <w:top w:val="none" w:sz="0" w:space="0" w:color="auto"/>
            <w:left w:val="none" w:sz="0" w:space="0" w:color="auto"/>
            <w:bottom w:val="none" w:sz="0" w:space="0" w:color="auto"/>
            <w:right w:val="none" w:sz="0" w:space="0" w:color="auto"/>
          </w:divBdr>
          <w:divsChild>
            <w:div w:id="1783068004">
              <w:marLeft w:val="0"/>
              <w:marRight w:val="0"/>
              <w:marTop w:val="0"/>
              <w:marBottom w:val="0"/>
              <w:divBdr>
                <w:top w:val="none" w:sz="0" w:space="0" w:color="auto"/>
                <w:left w:val="none" w:sz="0" w:space="0" w:color="auto"/>
                <w:bottom w:val="none" w:sz="0" w:space="0" w:color="auto"/>
                <w:right w:val="none" w:sz="0" w:space="0" w:color="auto"/>
              </w:divBdr>
              <w:divsChild>
                <w:div w:id="603660069">
                  <w:marLeft w:val="0"/>
                  <w:marRight w:val="0"/>
                  <w:marTop w:val="0"/>
                  <w:marBottom w:val="0"/>
                  <w:divBdr>
                    <w:top w:val="none" w:sz="0" w:space="0" w:color="auto"/>
                    <w:left w:val="none" w:sz="0" w:space="0" w:color="auto"/>
                    <w:bottom w:val="none" w:sz="0" w:space="0" w:color="auto"/>
                    <w:right w:val="none" w:sz="0" w:space="0" w:color="auto"/>
                  </w:divBdr>
                  <w:divsChild>
                    <w:div w:id="1169246461">
                      <w:marLeft w:val="0"/>
                      <w:marRight w:val="0"/>
                      <w:marTop w:val="0"/>
                      <w:marBottom w:val="0"/>
                      <w:divBdr>
                        <w:top w:val="none" w:sz="0" w:space="0" w:color="auto"/>
                        <w:left w:val="none" w:sz="0" w:space="0" w:color="auto"/>
                        <w:bottom w:val="none" w:sz="0" w:space="0" w:color="auto"/>
                        <w:right w:val="none" w:sz="0" w:space="0" w:color="auto"/>
                      </w:divBdr>
                      <w:divsChild>
                        <w:div w:id="954016702">
                          <w:marLeft w:val="0"/>
                          <w:marRight w:val="0"/>
                          <w:marTop w:val="0"/>
                          <w:marBottom w:val="0"/>
                          <w:divBdr>
                            <w:top w:val="none" w:sz="0" w:space="0" w:color="auto"/>
                            <w:left w:val="none" w:sz="0" w:space="0" w:color="auto"/>
                            <w:bottom w:val="none" w:sz="0" w:space="0" w:color="auto"/>
                            <w:right w:val="none" w:sz="0" w:space="0" w:color="auto"/>
                          </w:divBdr>
                          <w:divsChild>
                            <w:div w:id="2073499004">
                              <w:marLeft w:val="0"/>
                              <w:marRight w:val="0"/>
                              <w:marTop w:val="0"/>
                              <w:marBottom w:val="0"/>
                              <w:divBdr>
                                <w:top w:val="none" w:sz="0" w:space="0" w:color="auto"/>
                                <w:left w:val="none" w:sz="0" w:space="0" w:color="auto"/>
                                <w:bottom w:val="none" w:sz="0" w:space="0" w:color="auto"/>
                                <w:right w:val="none" w:sz="0" w:space="0" w:color="auto"/>
                              </w:divBdr>
                              <w:divsChild>
                                <w:div w:id="2117821620">
                                  <w:marLeft w:val="0"/>
                                  <w:marRight w:val="0"/>
                                  <w:marTop w:val="0"/>
                                  <w:marBottom w:val="0"/>
                                  <w:divBdr>
                                    <w:top w:val="none" w:sz="0" w:space="0" w:color="auto"/>
                                    <w:left w:val="none" w:sz="0" w:space="0" w:color="auto"/>
                                    <w:bottom w:val="none" w:sz="0" w:space="0" w:color="auto"/>
                                    <w:right w:val="none" w:sz="0" w:space="0" w:color="auto"/>
                                  </w:divBdr>
                                  <w:divsChild>
                                    <w:div w:id="105219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356327">
      <w:bodyDiv w:val="1"/>
      <w:marLeft w:val="0"/>
      <w:marRight w:val="0"/>
      <w:marTop w:val="0"/>
      <w:marBottom w:val="0"/>
      <w:divBdr>
        <w:top w:val="none" w:sz="0" w:space="0" w:color="auto"/>
        <w:left w:val="none" w:sz="0" w:space="0" w:color="auto"/>
        <w:bottom w:val="none" w:sz="0" w:space="0" w:color="auto"/>
        <w:right w:val="none" w:sz="0" w:space="0" w:color="auto"/>
      </w:divBdr>
    </w:div>
    <w:div w:id="1624379574">
      <w:bodyDiv w:val="1"/>
      <w:marLeft w:val="0"/>
      <w:marRight w:val="0"/>
      <w:marTop w:val="0"/>
      <w:marBottom w:val="0"/>
      <w:divBdr>
        <w:top w:val="none" w:sz="0" w:space="0" w:color="auto"/>
        <w:left w:val="none" w:sz="0" w:space="0" w:color="auto"/>
        <w:bottom w:val="none" w:sz="0" w:space="0" w:color="auto"/>
        <w:right w:val="none" w:sz="0" w:space="0" w:color="auto"/>
      </w:divBdr>
      <w:divsChild>
        <w:div w:id="1814713778">
          <w:marLeft w:val="0"/>
          <w:marRight w:val="0"/>
          <w:marTop w:val="0"/>
          <w:marBottom w:val="0"/>
          <w:divBdr>
            <w:top w:val="none" w:sz="0" w:space="0" w:color="auto"/>
            <w:left w:val="none" w:sz="0" w:space="0" w:color="auto"/>
            <w:bottom w:val="none" w:sz="0" w:space="0" w:color="auto"/>
            <w:right w:val="none" w:sz="0" w:space="0" w:color="auto"/>
          </w:divBdr>
          <w:divsChild>
            <w:div w:id="2082629762">
              <w:marLeft w:val="0"/>
              <w:marRight w:val="0"/>
              <w:marTop w:val="0"/>
              <w:marBottom w:val="0"/>
              <w:divBdr>
                <w:top w:val="none" w:sz="0" w:space="0" w:color="auto"/>
                <w:left w:val="none" w:sz="0" w:space="0" w:color="auto"/>
                <w:bottom w:val="none" w:sz="0" w:space="0" w:color="auto"/>
                <w:right w:val="none" w:sz="0" w:space="0" w:color="auto"/>
              </w:divBdr>
            </w:div>
          </w:divsChild>
        </w:div>
        <w:div w:id="327681462">
          <w:marLeft w:val="0"/>
          <w:marRight w:val="0"/>
          <w:marTop w:val="0"/>
          <w:marBottom w:val="0"/>
          <w:divBdr>
            <w:top w:val="none" w:sz="0" w:space="0" w:color="auto"/>
            <w:left w:val="none" w:sz="0" w:space="0" w:color="auto"/>
            <w:bottom w:val="none" w:sz="0" w:space="0" w:color="auto"/>
            <w:right w:val="none" w:sz="0" w:space="0" w:color="auto"/>
          </w:divBdr>
          <w:divsChild>
            <w:div w:id="468667648">
              <w:marLeft w:val="0"/>
              <w:marRight w:val="0"/>
              <w:marTop w:val="0"/>
              <w:marBottom w:val="0"/>
              <w:divBdr>
                <w:top w:val="none" w:sz="0" w:space="0" w:color="auto"/>
                <w:left w:val="none" w:sz="0" w:space="0" w:color="auto"/>
                <w:bottom w:val="none" w:sz="0" w:space="0" w:color="auto"/>
                <w:right w:val="none" w:sz="0" w:space="0" w:color="auto"/>
              </w:divBdr>
            </w:div>
          </w:divsChild>
        </w:div>
        <w:div w:id="866675984">
          <w:marLeft w:val="0"/>
          <w:marRight w:val="0"/>
          <w:marTop w:val="0"/>
          <w:marBottom w:val="0"/>
          <w:divBdr>
            <w:top w:val="none" w:sz="0" w:space="0" w:color="auto"/>
            <w:left w:val="none" w:sz="0" w:space="0" w:color="auto"/>
            <w:bottom w:val="none" w:sz="0" w:space="0" w:color="auto"/>
            <w:right w:val="none" w:sz="0" w:space="0" w:color="auto"/>
          </w:divBdr>
          <w:divsChild>
            <w:div w:id="307052847">
              <w:marLeft w:val="0"/>
              <w:marRight w:val="0"/>
              <w:marTop w:val="0"/>
              <w:marBottom w:val="0"/>
              <w:divBdr>
                <w:top w:val="none" w:sz="0" w:space="0" w:color="auto"/>
                <w:left w:val="none" w:sz="0" w:space="0" w:color="auto"/>
                <w:bottom w:val="none" w:sz="0" w:space="0" w:color="auto"/>
                <w:right w:val="none" w:sz="0" w:space="0" w:color="auto"/>
              </w:divBdr>
            </w:div>
          </w:divsChild>
        </w:div>
        <w:div w:id="1198666565">
          <w:marLeft w:val="0"/>
          <w:marRight w:val="0"/>
          <w:marTop w:val="0"/>
          <w:marBottom w:val="0"/>
          <w:divBdr>
            <w:top w:val="none" w:sz="0" w:space="0" w:color="auto"/>
            <w:left w:val="none" w:sz="0" w:space="0" w:color="auto"/>
            <w:bottom w:val="none" w:sz="0" w:space="0" w:color="auto"/>
            <w:right w:val="none" w:sz="0" w:space="0" w:color="auto"/>
          </w:divBdr>
          <w:divsChild>
            <w:div w:id="1228416108">
              <w:marLeft w:val="0"/>
              <w:marRight w:val="0"/>
              <w:marTop w:val="0"/>
              <w:marBottom w:val="0"/>
              <w:divBdr>
                <w:top w:val="none" w:sz="0" w:space="0" w:color="auto"/>
                <w:left w:val="none" w:sz="0" w:space="0" w:color="auto"/>
                <w:bottom w:val="none" w:sz="0" w:space="0" w:color="auto"/>
                <w:right w:val="none" w:sz="0" w:space="0" w:color="auto"/>
              </w:divBdr>
            </w:div>
          </w:divsChild>
        </w:div>
        <w:div w:id="1368214574">
          <w:marLeft w:val="0"/>
          <w:marRight w:val="0"/>
          <w:marTop w:val="0"/>
          <w:marBottom w:val="0"/>
          <w:divBdr>
            <w:top w:val="none" w:sz="0" w:space="0" w:color="auto"/>
            <w:left w:val="none" w:sz="0" w:space="0" w:color="auto"/>
            <w:bottom w:val="none" w:sz="0" w:space="0" w:color="auto"/>
            <w:right w:val="none" w:sz="0" w:space="0" w:color="auto"/>
          </w:divBdr>
          <w:divsChild>
            <w:div w:id="1291783845">
              <w:marLeft w:val="0"/>
              <w:marRight w:val="0"/>
              <w:marTop w:val="0"/>
              <w:marBottom w:val="0"/>
              <w:divBdr>
                <w:top w:val="none" w:sz="0" w:space="0" w:color="auto"/>
                <w:left w:val="none" w:sz="0" w:space="0" w:color="auto"/>
                <w:bottom w:val="none" w:sz="0" w:space="0" w:color="auto"/>
                <w:right w:val="none" w:sz="0" w:space="0" w:color="auto"/>
              </w:divBdr>
            </w:div>
          </w:divsChild>
        </w:div>
        <w:div w:id="1201825617">
          <w:marLeft w:val="0"/>
          <w:marRight w:val="0"/>
          <w:marTop w:val="0"/>
          <w:marBottom w:val="0"/>
          <w:divBdr>
            <w:top w:val="none" w:sz="0" w:space="0" w:color="auto"/>
            <w:left w:val="none" w:sz="0" w:space="0" w:color="auto"/>
            <w:bottom w:val="none" w:sz="0" w:space="0" w:color="auto"/>
            <w:right w:val="none" w:sz="0" w:space="0" w:color="auto"/>
          </w:divBdr>
          <w:divsChild>
            <w:div w:id="387921525">
              <w:marLeft w:val="0"/>
              <w:marRight w:val="0"/>
              <w:marTop w:val="0"/>
              <w:marBottom w:val="0"/>
              <w:divBdr>
                <w:top w:val="none" w:sz="0" w:space="0" w:color="auto"/>
                <w:left w:val="none" w:sz="0" w:space="0" w:color="auto"/>
                <w:bottom w:val="none" w:sz="0" w:space="0" w:color="auto"/>
                <w:right w:val="none" w:sz="0" w:space="0" w:color="auto"/>
              </w:divBdr>
            </w:div>
          </w:divsChild>
        </w:div>
        <w:div w:id="4984515">
          <w:marLeft w:val="0"/>
          <w:marRight w:val="0"/>
          <w:marTop w:val="0"/>
          <w:marBottom w:val="0"/>
          <w:divBdr>
            <w:top w:val="none" w:sz="0" w:space="0" w:color="auto"/>
            <w:left w:val="none" w:sz="0" w:space="0" w:color="auto"/>
            <w:bottom w:val="none" w:sz="0" w:space="0" w:color="auto"/>
            <w:right w:val="none" w:sz="0" w:space="0" w:color="auto"/>
          </w:divBdr>
          <w:divsChild>
            <w:div w:id="1464351555">
              <w:marLeft w:val="0"/>
              <w:marRight w:val="0"/>
              <w:marTop w:val="0"/>
              <w:marBottom w:val="0"/>
              <w:divBdr>
                <w:top w:val="none" w:sz="0" w:space="0" w:color="auto"/>
                <w:left w:val="none" w:sz="0" w:space="0" w:color="auto"/>
                <w:bottom w:val="none" w:sz="0" w:space="0" w:color="auto"/>
                <w:right w:val="none" w:sz="0" w:space="0" w:color="auto"/>
              </w:divBdr>
            </w:div>
          </w:divsChild>
        </w:div>
        <w:div w:id="1199852473">
          <w:marLeft w:val="0"/>
          <w:marRight w:val="0"/>
          <w:marTop w:val="0"/>
          <w:marBottom w:val="0"/>
          <w:divBdr>
            <w:top w:val="none" w:sz="0" w:space="0" w:color="auto"/>
            <w:left w:val="none" w:sz="0" w:space="0" w:color="auto"/>
            <w:bottom w:val="none" w:sz="0" w:space="0" w:color="auto"/>
            <w:right w:val="none" w:sz="0" w:space="0" w:color="auto"/>
          </w:divBdr>
          <w:divsChild>
            <w:div w:id="1147087256">
              <w:marLeft w:val="0"/>
              <w:marRight w:val="0"/>
              <w:marTop w:val="0"/>
              <w:marBottom w:val="0"/>
              <w:divBdr>
                <w:top w:val="none" w:sz="0" w:space="0" w:color="auto"/>
                <w:left w:val="none" w:sz="0" w:space="0" w:color="auto"/>
                <w:bottom w:val="none" w:sz="0" w:space="0" w:color="auto"/>
                <w:right w:val="none" w:sz="0" w:space="0" w:color="auto"/>
              </w:divBdr>
            </w:div>
          </w:divsChild>
        </w:div>
        <w:div w:id="471025591">
          <w:marLeft w:val="0"/>
          <w:marRight w:val="0"/>
          <w:marTop w:val="0"/>
          <w:marBottom w:val="0"/>
          <w:divBdr>
            <w:top w:val="none" w:sz="0" w:space="0" w:color="auto"/>
            <w:left w:val="none" w:sz="0" w:space="0" w:color="auto"/>
            <w:bottom w:val="none" w:sz="0" w:space="0" w:color="auto"/>
            <w:right w:val="none" w:sz="0" w:space="0" w:color="auto"/>
          </w:divBdr>
          <w:divsChild>
            <w:div w:id="2140300012">
              <w:marLeft w:val="0"/>
              <w:marRight w:val="0"/>
              <w:marTop w:val="0"/>
              <w:marBottom w:val="0"/>
              <w:divBdr>
                <w:top w:val="none" w:sz="0" w:space="0" w:color="auto"/>
                <w:left w:val="none" w:sz="0" w:space="0" w:color="auto"/>
                <w:bottom w:val="none" w:sz="0" w:space="0" w:color="auto"/>
                <w:right w:val="none" w:sz="0" w:space="0" w:color="auto"/>
              </w:divBdr>
            </w:div>
          </w:divsChild>
        </w:div>
        <w:div w:id="1021977511">
          <w:marLeft w:val="0"/>
          <w:marRight w:val="0"/>
          <w:marTop w:val="0"/>
          <w:marBottom w:val="0"/>
          <w:divBdr>
            <w:top w:val="none" w:sz="0" w:space="0" w:color="auto"/>
            <w:left w:val="none" w:sz="0" w:space="0" w:color="auto"/>
            <w:bottom w:val="none" w:sz="0" w:space="0" w:color="auto"/>
            <w:right w:val="none" w:sz="0" w:space="0" w:color="auto"/>
          </w:divBdr>
          <w:divsChild>
            <w:div w:id="24616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95234">
      <w:bodyDiv w:val="1"/>
      <w:marLeft w:val="0"/>
      <w:marRight w:val="0"/>
      <w:marTop w:val="0"/>
      <w:marBottom w:val="0"/>
      <w:divBdr>
        <w:top w:val="none" w:sz="0" w:space="0" w:color="auto"/>
        <w:left w:val="none" w:sz="0" w:space="0" w:color="auto"/>
        <w:bottom w:val="none" w:sz="0" w:space="0" w:color="auto"/>
        <w:right w:val="none" w:sz="0" w:space="0" w:color="auto"/>
      </w:divBdr>
      <w:divsChild>
        <w:div w:id="77795413">
          <w:marLeft w:val="0"/>
          <w:marRight w:val="0"/>
          <w:marTop w:val="0"/>
          <w:marBottom w:val="0"/>
          <w:divBdr>
            <w:top w:val="none" w:sz="0" w:space="0" w:color="auto"/>
            <w:left w:val="none" w:sz="0" w:space="0" w:color="auto"/>
            <w:bottom w:val="none" w:sz="0" w:space="0" w:color="auto"/>
            <w:right w:val="none" w:sz="0" w:space="0" w:color="auto"/>
          </w:divBdr>
          <w:divsChild>
            <w:div w:id="1543177727">
              <w:marLeft w:val="0"/>
              <w:marRight w:val="0"/>
              <w:marTop w:val="0"/>
              <w:marBottom w:val="0"/>
              <w:divBdr>
                <w:top w:val="none" w:sz="0" w:space="0" w:color="auto"/>
                <w:left w:val="none" w:sz="0" w:space="0" w:color="auto"/>
                <w:bottom w:val="none" w:sz="0" w:space="0" w:color="auto"/>
                <w:right w:val="none" w:sz="0" w:space="0" w:color="auto"/>
              </w:divBdr>
            </w:div>
          </w:divsChild>
        </w:div>
        <w:div w:id="1240945375">
          <w:marLeft w:val="0"/>
          <w:marRight w:val="0"/>
          <w:marTop w:val="0"/>
          <w:marBottom w:val="0"/>
          <w:divBdr>
            <w:top w:val="none" w:sz="0" w:space="0" w:color="auto"/>
            <w:left w:val="none" w:sz="0" w:space="0" w:color="auto"/>
            <w:bottom w:val="none" w:sz="0" w:space="0" w:color="auto"/>
            <w:right w:val="none" w:sz="0" w:space="0" w:color="auto"/>
          </w:divBdr>
          <w:divsChild>
            <w:div w:id="516578789">
              <w:marLeft w:val="0"/>
              <w:marRight w:val="0"/>
              <w:marTop w:val="0"/>
              <w:marBottom w:val="0"/>
              <w:divBdr>
                <w:top w:val="none" w:sz="0" w:space="0" w:color="auto"/>
                <w:left w:val="none" w:sz="0" w:space="0" w:color="auto"/>
                <w:bottom w:val="none" w:sz="0" w:space="0" w:color="auto"/>
                <w:right w:val="none" w:sz="0" w:space="0" w:color="auto"/>
              </w:divBdr>
            </w:div>
          </w:divsChild>
        </w:div>
        <w:div w:id="32968956">
          <w:marLeft w:val="0"/>
          <w:marRight w:val="0"/>
          <w:marTop w:val="0"/>
          <w:marBottom w:val="0"/>
          <w:divBdr>
            <w:top w:val="none" w:sz="0" w:space="0" w:color="auto"/>
            <w:left w:val="none" w:sz="0" w:space="0" w:color="auto"/>
            <w:bottom w:val="none" w:sz="0" w:space="0" w:color="auto"/>
            <w:right w:val="none" w:sz="0" w:space="0" w:color="auto"/>
          </w:divBdr>
          <w:divsChild>
            <w:div w:id="354968333">
              <w:marLeft w:val="0"/>
              <w:marRight w:val="0"/>
              <w:marTop w:val="0"/>
              <w:marBottom w:val="0"/>
              <w:divBdr>
                <w:top w:val="none" w:sz="0" w:space="0" w:color="auto"/>
                <w:left w:val="none" w:sz="0" w:space="0" w:color="auto"/>
                <w:bottom w:val="none" w:sz="0" w:space="0" w:color="auto"/>
                <w:right w:val="none" w:sz="0" w:space="0" w:color="auto"/>
              </w:divBdr>
            </w:div>
          </w:divsChild>
        </w:div>
        <w:div w:id="1118793083">
          <w:marLeft w:val="0"/>
          <w:marRight w:val="0"/>
          <w:marTop w:val="0"/>
          <w:marBottom w:val="0"/>
          <w:divBdr>
            <w:top w:val="none" w:sz="0" w:space="0" w:color="auto"/>
            <w:left w:val="none" w:sz="0" w:space="0" w:color="auto"/>
            <w:bottom w:val="none" w:sz="0" w:space="0" w:color="auto"/>
            <w:right w:val="none" w:sz="0" w:space="0" w:color="auto"/>
          </w:divBdr>
          <w:divsChild>
            <w:div w:id="1149709580">
              <w:marLeft w:val="0"/>
              <w:marRight w:val="0"/>
              <w:marTop w:val="0"/>
              <w:marBottom w:val="0"/>
              <w:divBdr>
                <w:top w:val="none" w:sz="0" w:space="0" w:color="auto"/>
                <w:left w:val="none" w:sz="0" w:space="0" w:color="auto"/>
                <w:bottom w:val="none" w:sz="0" w:space="0" w:color="auto"/>
                <w:right w:val="none" w:sz="0" w:space="0" w:color="auto"/>
              </w:divBdr>
            </w:div>
          </w:divsChild>
        </w:div>
        <w:div w:id="1289315511">
          <w:marLeft w:val="0"/>
          <w:marRight w:val="0"/>
          <w:marTop w:val="0"/>
          <w:marBottom w:val="0"/>
          <w:divBdr>
            <w:top w:val="none" w:sz="0" w:space="0" w:color="auto"/>
            <w:left w:val="none" w:sz="0" w:space="0" w:color="auto"/>
            <w:bottom w:val="none" w:sz="0" w:space="0" w:color="auto"/>
            <w:right w:val="none" w:sz="0" w:space="0" w:color="auto"/>
          </w:divBdr>
          <w:divsChild>
            <w:div w:id="44264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97794">
      <w:bodyDiv w:val="1"/>
      <w:marLeft w:val="0"/>
      <w:marRight w:val="0"/>
      <w:marTop w:val="0"/>
      <w:marBottom w:val="0"/>
      <w:divBdr>
        <w:top w:val="none" w:sz="0" w:space="0" w:color="auto"/>
        <w:left w:val="none" w:sz="0" w:space="0" w:color="auto"/>
        <w:bottom w:val="none" w:sz="0" w:space="0" w:color="auto"/>
        <w:right w:val="none" w:sz="0" w:space="0" w:color="auto"/>
      </w:divBdr>
      <w:divsChild>
        <w:div w:id="1553930211">
          <w:marLeft w:val="0"/>
          <w:marRight w:val="0"/>
          <w:marTop w:val="0"/>
          <w:marBottom w:val="0"/>
          <w:divBdr>
            <w:top w:val="none" w:sz="0" w:space="0" w:color="auto"/>
            <w:left w:val="none" w:sz="0" w:space="0" w:color="auto"/>
            <w:bottom w:val="none" w:sz="0" w:space="0" w:color="auto"/>
            <w:right w:val="none" w:sz="0" w:space="0" w:color="auto"/>
          </w:divBdr>
          <w:divsChild>
            <w:div w:id="2042586388">
              <w:marLeft w:val="0"/>
              <w:marRight w:val="0"/>
              <w:marTop w:val="0"/>
              <w:marBottom w:val="0"/>
              <w:divBdr>
                <w:top w:val="none" w:sz="0" w:space="0" w:color="auto"/>
                <w:left w:val="none" w:sz="0" w:space="0" w:color="auto"/>
                <w:bottom w:val="none" w:sz="0" w:space="0" w:color="auto"/>
                <w:right w:val="none" w:sz="0" w:space="0" w:color="auto"/>
              </w:divBdr>
              <w:divsChild>
                <w:div w:id="1837108388">
                  <w:marLeft w:val="0"/>
                  <w:marRight w:val="0"/>
                  <w:marTop w:val="0"/>
                  <w:marBottom w:val="0"/>
                  <w:divBdr>
                    <w:top w:val="none" w:sz="0" w:space="0" w:color="auto"/>
                    <w:left w:val="none" w:sz="0" w:space="0" w:color="auto"/>
                    <w:bottom w:val="none" w:sz="0" w:space="0" w:color="auto"/>
                    <w:right w:val="none" w:sz="0" w:space="0" w:color="auto"/>
                  </w:divBdr>
                  <w:divsChild>
                    <w:div w:id="1185090610">
                      <w:marLeft w:val="0"/>
                      <w:marRight w:val="0"/>
                      <w:marTop w:val="0"/>
                      <w:marBottom w:val="0"/>
                      <w:divBdr>
                        <w:top w:val="none" w:sz="0" w:space="0" w:color="auto"/>
                        <w:left w:val="none" w:sz="0" w:space="0" w:color="auto"/>
                        <w:bottom w:val="none" w:sz="0" w:space="0" w:color="auto"/>
                        <w:right w:val="none" w:sz="0" w:space="0" w:color="auto"/>
                      </w:divBdr>
                      <w:divsChild>
                        <w:div w:id="730343669">
                          <w:marLeft w:val="0"/>
                          <w:marRight w:val="0"/>
                          <w:marTop w:val="0"/>
                          <w:marBottom w:val="0"/>
                          <w:divBdr>
                            <w:top w:val="none" w:sz="0" w:space="0" w:color="auto"/>
                            <w:left w:val="none" w:sz="0" w:space="0" w:color="auto"/>
                            <w:bottom w:val="none" w:sz="0" w:space="0" w:color="auto"/>
                            <w:right w:val="none" w:sz="0" w:space="0" w:color="auto"/>
                          </w:divBdr>
                          <w:divsChild>
                            <w:div w:id="821895855">
                              <w:marLeft w:val="0"/>
                              <w:marRight w:val="0"/>
                              <w:marTop w:val="0"/>
                              <w:marBottom w:val="0"/>
                              <w:divBdr>
                                <w:top w:val="none" w:sz="0" w:space="0" w:color="auto"/>
                                <w:left w:val="none" w:sz="0" w:space="0" w:color="auto"/>
                                <w:bottom w:val="none" w:sz="0" w:space="0" w:color="auto"/>
                                <w:right w:val="none" w:sz="0" w:space="0" w:color="auto"/>
                              </w:divBdr>
                              <w:divsChild>
                                <w:div w:id="1740245748">
                                  <w:marLeft w:val="0"/>
                                  <w:marRight w:val="0"/>
                                  <w:marTop w:val="0"/>
                                  <w:marBottom w:val="0"/>
                                  <w:divBdr>
                                    <w:top w:val="none" w:sz="0" w:space="0" w:color="auto"/>
                                    <w:left w:val="none" w:sz="0" w:space="0" w:color="auto"/>
                                    <w:bottom w:val="none" w:sz="0" w:space="0" w:color="auto"/>
                                    <w:right w:val="none" w:sz="0" w:space="0" w:color="auto"/>
                                  </w:divBdr>
                                  <w:divsChild>
                                    <w:div w:id="2061976340">
                                      <w:marLeft w:val="0"/>
                                      <w:marRight w:val="0"/>
                                      <w:marTop w:val="0"/>
                                      <w:marBottom w:val="0"/>
                                      <w:divBdr>
                                        <w:top w:val="none" w:sz="0" w:space="0" w:color="auto"/>
                                        <w:left w:val="none" w:sz="0" w:space="0" w:color="auto"/>
                                        <w:bottom w:val="none" w:sz="0" w:space="0" w:color="auto"/>
                                        <w:right w:val="none" w:sz="0" w:space="0" w:color="auto"/>
                                      </w:divBdr>
                                      <w:divsChild>
                                        <w:div w:id="1819224527">
                                          <w:marLeft w:val="0"/>
                                          <w:marRight w:val="0"/>
                                          <w:marTop w:val="0"/>
                                          <w:marBottom w:val="0"/>
                                          <w:divBdr>
                                            <w:top w:val="none" w:sz="0" w:space="0" w:color="auto"/>
                                            <w:left w:val="none" w:sz="0" w:space="0" w:color="auto"/>
                                            <w:bottom w:val="none" w:sz="0" w:space="0" w:color="auto"/>
                                            <w:right w:val="none" w:sz="0" w:space="0" w:color="auto"/>
                                          </w:divBdr>
                                          <w:divsChild>
                                            <w:div w:id="13374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0602982">
      <w:bodyDiv w:val="1"/>
      <w:marLeft w:val="0"/>
      <w:marRight w:val="0"/>
      <w:marTop w:val="0"/>
      <w:marBottom w:val="0"/>
      <w:divBdr>
        <w:top w:val="none" w:sz="0" w:space="0" w:color="auto"/>
        <w:left w:val="none" w:sz="0" w:space="0" w:color="auto"/>
        <w:bottom w:val="none" w:sz="0" w:space="0" w:color="auto"/>
        <w:right w:val="none" w:sz="0" w:space="0" w:color="auto"/>
      </w:divBdr>
      <w:divsChild>
        <w:div w:id="1456176336">
          <w:marLeft w:val="0"/>
          <w:marRight w:val="0"/>
          <w:marTop w:val="0"/>
          <w:marBottom w:val="0"/>
          <w:divBdr>
            <w:top w:val="none" w:sz="0" w:space="0" w:color="auto"/>
            <w:left w:val="none" w:sz="0" w:space="0" w:color="auto"/>
            <w:bottom w:val="none" w:sz="0" w:space="0" w:color="auto"/>
            <w:right w:val="none" w:sz="0" w:space="0" w:color="auto"/>
          </w:divBdr>
          <w:divsChild>
            <w:div w:id="1831559771">
              <w:marLeft w:val="0"/>
              <w:marRight w:val="0"/>
              <w:marTop w:val="0"/>
              <w:marBottom w:val="0"/>
              <w:divBdr>
                <w:top w:val="none" w:sz="0" w:space="0" w:color="auto"/>
                <w:left w:val="none" w:sz="0" w:space="0" w:color="auto"/>
                <w:bottom w:val="none" w:sz="0" w:space="0" w:color="auto"/>
                <w:right w:val="none" w:sz="0" w:space="0" w:color="auto"/>
              </w:divBdr>
              <w:divsChild>
                <w:div w:id="465704320">
                  <w:marLeft w:val="0"/>
                  <w:marRight w:val="0"/>
                  <w:marTop w:val="0"/>
                  <w:marBottom w:val="0"/>
                  <w:divBdr>
                    <w:top w:val="none" w:sz="0" w:space="0" w:color="auto"/>
                    <w:left w:val="none" w:sz="0" w:space="0" w:color="auto"/>
                    <w:bottom w:val="none" w:sz="0" w:space="0" w:color="auto"/>
                    <w:right w:val="none" w:sz="0" w:space="0" w:color="auto"/>
                  </w:divBdr>
                  <w:divsChild>
                    <w:div w:id="48773061">
                      <w:marLeft w:val="0"/>
                      <w:marRight w:val="0"/>
                      <w:marTop w:val="0"/>
                      <w:marBottom w:val="0"/>
                      <w:divBdr>
                        <w:top w:val="none" w:sz="0" w:space="0" w:color="auto"/>
                        <w:left w:val="none" w:sz="0" w:space="0" w:color="auto"/>
                        <w:bottom w:val="none" w:sz="0" w:space="0" w:color="auto"/>
                        <w:right w:val="none" w:sz="0" w:space="0" w:color="auto"/>
                      </w:divBdr>
                      <w:divsChild>
                        <w:div w:id="1804889362">
                          <w:marLeft w:val="0"/>
                          <w:marRight w:val="0"/>
                          <w:marTop w:val="0"/>
                          <w:marBottom w:val="0"/>
                          <w:divBdr>
                            <w:top w:val="none" w:sz="0" w:space="0" w:color="auto"/>
                            <w:left w:val="none" w:sz="0" w:space="0" w:color="auto"/>
                            <w:bottom w:val="none" w:sz="0" w:space="0" w:color="auto"/>
                            <w:right w:val="none" w:sz="0" w:space="0" w:color="auto"/>
                          </w:divBdr>
                          <w:divsChild>
                            <w:div w:id="1643122171">
                              <w:marLeft w:val="0"/>
                              <w:marRight w:val="0"/>
                              <w:marTop w:val="0"/>
                              <w:marBottom w:val="0"/>
                              <w:divBdr>
                                <w:top w:val="none" w:sz="0" w:space="0" w:color="auto"/>
                                <w:left w:val="none" w:sz="0" w:space="0" w:color="auto"/>
                                <w:bottom w:val="none" w:sz="0" w:space="0" w:color="auto"/>
                                <w:right w:val="none" w:sz="0" w:space="0" w:color="auto"/>
                              </w:divBdr>
                              <w:divsChild>
                                <w:div w:id="586963523">
                                  <w:marLeft w:val="0"/>
                                  <w:marRight w:val="0"/>
                                  <w:marTop w:val="0"/>
                                  <w:marBottom w:val="0"/>
                                  <w:divBdr>
                                    <w:top w:val="none" w:sz="0" w:space="0" w:color="auto"/>
                                    <w:left w:val="none" w:sz="0" w:space="0" w:color="auto"/>
                                    <w:bottom w:val="none" w:sz="0" w:space="0" w:color="auto"/>
                                    <w:right w:val="none" w:sz="0" w:space="0" w:color="auto"/>
                                  </w:divBdr>
                                  <w:divsChild>
                                    <w:div w:id="59559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footer" Target="footer1.xml"/><Relationship Id="rId21" Type="http://schemas.openxmlformats.org/officeDocument/2006/relationships/chart" Target="charts/chart9.xml"/><Relationship Id="rId34" Type="http://schemas.openxmlformats.org/officeDocument/2006/relationships/chart" Target="charts/chart2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chart" Target="charts/chart17.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10" Type="http://schemas.openxmlformats.org/officeDocument/2006/relationships/image" Target="media/image4.jpeg"/><Relationship Id="rId19" Type="http://schemas.openxmlformats.org/officeDocument/2006/relationships/chart" Target="charts/chart7.xml"/><Relationship Id="rId31" Type="http://schemas.openxmlformats.org/officeDocument/2006/relationships/chart" Target="charts/chart19.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5.xml"/><Relationship Id="rId1" Type="http://schemas.microsoft.com/office/2011/relationships/chartStyle" Target="style2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Below 25 years</c:v>
                </c:pt>
                <c:pt idx="1">
                  <c:v>25–34 years</c:v>
                </c:pt>
                <c:pt idx="2">
                  <c:v>35–44 years</c:v>
                </c:pt>
                <c:pt idx="3">
                  <c:v>45–54 years</c:v>
                </c:pt>
                <c:pt idx="4">
                  <c:v>55 years and above</c:v>
                </c:pt>
              </c:strCache>
            </c:strRef>
          </c:cat>
          <c:val>
            <c:numRef>
              <c:f>Sheet1!$B$2:$B$6</c:f>
              <c:numCache>
                <c:formatCode>General</c:formatCode>
                <c:ptCount val="5"/>
                <c:pt idx="0">
                  <c:v>17.309999999999999</c:v>
                </c:pt>
                <c:pt idx="1">
                  <c:v>32.69</c:v>
                </c:pt>
                <c:pt idx="2">
                  <c:v>25.96</c:v>
                </c:pt>
                <c:pt idx="3">
                  <c:v>15.38</c:v>
                </c:pt>
                <c:pt idx="4">
                  <c:v>8.66</c:v>
                </c:pt>
              </c:numCache>
            </c:numRef>
          </c:val>
          <c:extLst>
            <c:ext xmlns:c16="http://schemas.microsoft.com/office/drawing/2014/chart" uri="{C3380CC4-5D6E-409C-BE32-E72D297353CC}">
              <c16:uniqueId val="{00000000-FCFF-4733-9599-E20AEBD87023}"/>
            </c:ext>
          </c:extLst>
        </c:ser>
        <c:dLbls>
          <c:dLblPos val="inEnd"/>
          <c:showLegendKey val="0"/>
          <c:showVal val="1"/>
          <c:showCatName val="0"/>
          <c:showSerName val="0"/>
          <c:showPercent val="0"/>
          <c:showBubbleSize val="0"/>
        </c:dLbls>
        <c:gapWidth val="219"/>
        <c:overlap val="-27"/>
        <c:axId val="1911192431"/>
        <c:axId val="1911193263"/>
      </c:barChart>
      <c:catAx>
        <c:axId val="1911192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1193263"/>
        <c:crosses val="autoZero"/>
        <c:auto val="1"/>
        <c:lblAlgn val="ctr"/>
        <c:lblOffset val="100"/>
        <c:noMultiLvlLbl val="0"/>
      </c:catAx>
      <c:valAx>
        <c:axId val="19111932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11924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Sheet1!$C$2:$C$4</c:f>
              <c:strCache>
                <c:ptCount val="3"/>
                <c:pt idx="0">
                  <c:v>Male</c:v>
                </c:pt>
                <c:pt idx="1">
                  <c:v>Female</c:v>
                </c:pt>
                <c:pt idx="2">
                  <c:v>Other</c:v>
                </c:pt>
              </c:strCache>
            </c:strRef>
          </c:cat>
          <c:val>
            <c:numRef>
              <c:f>Sheet1!$D$2:$D$4</c:f>
              <c:numCache>
                <c:formatCode>General</c:formatCode>
                <c:ptCount val="3"/>
                <c:pt idx="0">
                  <c:v>55.77</c:v>
                </c:pt>
                <c:pt idx="1">
                  <c:v>40.380000000000003</c:v>
                </c:pt>
                <c:pt idx="2">
                  <c:v>3.85</c:v>
                </c:pt>
              </c:numCache>
            </c:numRef>
          </c:val>
          <c:extLst>
            <c:ext xmlns:c16="http://schemas.microsoft.com/office/drawing/2014/chart" uri="{C3380CC4-5D6E-409C-BE32-E72D297353CC}">
              <c16:uniqueId val="{00000000-3AF6-481D-B3E8-ABFF78C65819}"/>
            </c:ext>
          </c:extLst>
        </c:ser>
        <c:dLbls>
          <c:dLblPos val="inEnd"/>
          <c:showLegendKey val="0"/>
          <c:showVal val="1"/>
          <c:showCatName val="0"/>
          <c:showSerName val="0"/>
          <c:showPercent val="0"/>
          <c:showBubbleSize val="0"/>
        </c:dLbls>
        <c:gapWidth val="219"/>
        <c:overlap val="-27"/>
        <c:axId val="1857191583"/>
        <c:axId val="1911192847"/>
      </c:barChart>
      <c:catAx>
        <c:axId val="18571915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1192847"/>
        <c:crosses val="autoZero"/>
        <c:auto val="1"/>
        <c:lblAlgn val="ctr"/>
        <c:lblOffset val="100"/>
        <c:noMultiLvlLbl val="0"/>
      </c:catAx>
      <c:valAx>
        <c:axId val="1911192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71915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Sheet1!$F$1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Sheet1!$E$2:$E$6</c:f>
              <c:strCache>
                <c:ptCount val="5"/>
                <c:pt idx="0">
                  <c:v>Middle East</c:v>
                </c:pt>
                <c:pt idx="1">
                  <c:v>Africa</c:v>
                </c:pt>
                <c:pt idx="2">
                  <c:v>Asia</c:v>
                </c:pt>
                <c:pt idx="3">
                  <c:v>Europe</c:v>
                </c:pt>
                <c:pt idx="4">
                  <c:v>Other</c:v>
                </c:pt>
              </c:strCache>
            </c:strRef>
          </c:cat>
          <c:val>
            <c:numRef>
              <c:f>Sheet1!$F$2:$F$6</c:f>
              <c:numCache>
                <c:formatCode>General</c:formatCode>
                <c:ptCount val="5"/>
                <c:pt idx="0">
                  <c:v>37.5</c:v>
                </c:pt>
                <c:pt idx="1">
                  <c:v>23.08</c:v>
                </c:pt>
                <c:pt idx="2">
                  <c:v>20.190000000000001</c:v>
                </c:pt>
                <c:pt idx="3">
                  <c:v>12.5</c:v>
                </c:pt>
                <c:pt idx="4">
                  <c:v>6.73</c:v>
                </c:pt>
              </c:numCache>
            </c:numRef>
          </c:val>
          <c:extLst>
            <c:ext xmlns:c16="http://schemas.microsoft.com/office/drawing/2014/chart" uri="{C3380CC4-5D6E-409C-BE32-E72D297353CC}">
              <c16:uniqueId val="{00000000-02A1-46B7-83BB-6BF75AE2B2F2}"/>
            </c:ext>
          </c:extLst>
        </c:ser>
        <c:dLbls>
          <c:dLblPos val="inEnd"/>
          <c:showLegendKey val="0"/>
          <c:showVal val="1"/>
          <c:showCatName val="0"/>
          <c:showSerName val="0"/>
          <c:showPercent val="0"/>
          <c:showBubbleSize val="0"/>
        </c:dLbls>
        <c:gapWidth val="219"/>
        <c:overlap val="-27"/>
        <c:axId val="1791200895"/>
        <c:axId val="1791205887"/>
      </c:barChart>
      <c:catAx>
        <c:axId val="17912008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1205887"/>
        <c:crosses val="autoZero"/>
        <c:auto val="1"/>
        <c:lblAlgn val="ctr"/>
        <c:lblOffset val="100"/>
        <c:noMultiLvlLbl val="0"/>
      </c:catAx>
      <c:valAx>
        <c:axId val="1791205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12008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Sheet1!$H$1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Sheet1!$G$2:$G$6</c:f>
              <c:strCache>
                <c:ptCount val="5"/>
                <c:pt idx="0">
                  <c:v>High School</c:v>
                </c:pt>
                <c:pt idx="1">
                  <c:v>Diploma</c:v>
                </c:pt>
                <c:pt idx="2">
                  <c:v>Undergraduate</c:v>
                </c:pt>
                <c:pt idx="3">
                  <c:v>Postgraduate</c:v>
                </c:pt>
                <c:pt idx="4">
                  <c:v>Professional Qualification</c:v>
                </c:pt>
              </c:strCache>
            </c:strRef>
          </c:cat>
          <c:val>
            <c:numRef>
              <c:f>Sheet1!$H$2:$H$6</c:f>
              <c:numCache>
                <c:formatCode>General</c:formatCode>
                <c:ptCount val="5"/>
                <c:pt idx="0">
                  <c:v>13.46</c:v>
                </c:pt>
                <c:pt idx="1">
                  <c:v>19.23</c:v>
                </c:pt>
                <c:pt idx="2">
                  <c:v>33.65</c:v>
                </c:pt>
                <c:pt idx="3">
                  <c:v>24.04</c:v>
                </c:pt>
                <c:pt idx="4">
                  <c:v>9.6199999999999992</c:v>
                </c:pt>
              </c:numCache>
            </c:numRef>
          </c:val>
          <c:extLst>
            <c:ext xmlns:c16="http://schemas.microsoft.com/office/drawing/2014/chart" uri="{C3380CC4-5D6E-409C-BE32-E72D297353CC}">
              <c16:uniqueId val="{00000000-6124-4987-BD14-AA0514EE232C}"/>
            </c:ext>
          </c:extLst>
        </c:ser>
        <c:dLbls>
          <c:dLblPos val="inEnd"/>
          <c:showLegendKey val="0"/>
          <c:showVal val="1"/>
          <c:showCatName val="0"/>
          <c:showSerName val="0"/>
          <c:showPercent val="0"/>
          <c:showBubbleSize val="0"/>
        </c:dLbls>
        <c:gapWidth val="219"/>
        <c:overlap val="-27"/>
        <c:axId val="1960870415"/>
        <c:axId val="1960870831"/>
      </c:barChart>
      <c:catAx>
        <c:axId val="19608704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70831"/>
        <c:crosses val="autoZero"/>
        <c:auto val="1"/>
        <c:lblAlgn val="ctr"/>
        <c:lblOffset val="100"/>
        <c:noMultiLvlLbl val="0"/>
      </c:catAx>
      <c:valAx>
        <c:axId val="19608708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7041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Sheet1!$J$1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Sheet1!$I$2:$I$6</c:f>
              <c:strCache>
                <c:ptCount val="5"/>
                <c:pt idx="0">
                  <c:v>General Medical Treatment</c:v>
                </c:pt>
                <c:pt idx="1">
                  <c:v>Specialized Surgery</c:v>
                </c:pt>
                <c:pt idx="2">
                  <c:v>Cosmetic Treatment</c:v>
                </c:pt>
                <c:pt idx="3">
                  <c:v>Fertility Treatment</c:v>
                </c:pt>
                <c:pt idx="4">
                  <c:v>Other Medical Treatment</c:v>
                </c:pt>
              </c:strCache>
            </c:strRef>
          </c:cat>
          <c:val>
            <c:numRef>
              <c:f>Sheet1!$J$2:$J$6</c:f>
              <c:numCache>
                <c:formatCode>General</c:formatCode>
                <c:ptCount val="5"/>
                <c:pt idx="0">
                  <c:v>29.81</c:v>
                </c:pt>
                <c:pt idx="1">
                  <c:v>26.92</c:v>
                </c:pt>
                <c:pt idx="2">
                  <c:v>13.46</c:v>
                </c:pt>
                <c:pt idx="3">
                  <c:v>16.350000000000001</c:v>
                </c:pt>
                <c:pt idx="4">
                  <c:v>13.46</c:v>
                </c:pt>
              </c:numCache>
            </c:numRef>
          </c:val>
          <c:extLst>
            <c:ext xmlns:c16="http://schemas.microsoft.com/office/drawing/2014/chart" uri="{C3380CC4-5D6E-409C-BE32-E72D297353CC}">
              <c16:uniqueId val="{00000000-DD88-495F-8B4F-F18E5F58799E}"/>
            </c:ext>
          </c:extLst>
        </c:ser>
        <c:dLbls>
          <c:dLblPos val="inEnd"/>
          <c:showLegendKey val="0"/>
          <c:showVal val="1"/>
          <c:showCatName val="0"/>
          <c:showSerName val="0"/>
          <c:showPercent val="0"/>
          <c:showBubbleSize val="0"/>
        </c:dLbls>
        <c:gapWidth val="219"/>
        <c:overlap val="-27"/>
        <c:axId val="1915386911"/>
        <c:axId val="1915391903"/>
      </c:barChart>
      <c:catAx>
        <c:axId val="19153869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5391903"/>
        <c:crosses val="autoZero"/>
        <c:auto val="1"/>
        <c:lblAlgn val="ctr"/>
        <c:lblOffset val="100"/>
        <c:noMultiLvlLbl val="0"/>
      </c:catAx>
      <c:valAx>
        <c:axId val="19153919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53869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Sheet1!$L$1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Sheet1!$K$2:$K$6</c:f>
              <c:strCache>
                <c:ptCount val="5"/>
                <c:pt idx="0">
                  <c:v>Social Media</c:v>
                </c:pt>
                <c:pt idx="1">
                  <c:v>Hospital Referral</c:v>
                </c:pt>
                <c:pt idx="2">
                  <c:v>Friends/Relatives</c:v>
                </c:pt>
                <c:pt idx="3">
                  <c:v>Website</c:v>
                </c:pt>
                <c:pt idx="4">
                  <c:v>Medical Consultant</c:v>
                </c:pt>
              </c:strCache>
            </c:strRef>
          </c:cat>
          <c:val>
            <c:numRef>
              <c:f>Sheet1!$L$2:$L$6</c:f>
              <c:numCache>
                <c:formatCode>General</c:formatCode>
                <c:ptCount val="5"/>
                <c:pt idx="0">
                  <c:v>27.88</c:v>
                </c:pt>
                <c:pt idx="1">
                  <c:v>23.08</c:v>
                </c:pt>
                <c:pt idx="2">
                  <c:v>19.23</c:v>
                </c:pt>
                <c:pt idx="3">
                  <c:v>17.309999999999999</c:v>
                </c:pt>
                <c:pt idx="4">
                  <c:v>12.5</c:v>
                </c:pt>
              </c:numCache>
            </c:numRef>
          </c:val>
          <c:extLst>
            <c:ext xmlns:c16="http://schemas.microsoft.com/office/drawing/2014/chart" uri="{C3380CC4-5D6E-409C-BE32-E72D297353CC}">
              <c16:uniqueId val="{00000000-2970-468B-81DF-8C5BFE3E48AA}"/>
            </c:ext>
          </c:extLst>
        </c:ser>
        <c:dLbls>
          <c:dLblPos val="inEnd"/>
          <c:showLegendKey val="0"/>
          <c:showVal val="1"/>
          <c:showCatName val="0"/>
          <c:showSerName val="0"/>
          <c:showPercent val="0"/>
          <c:showBubbleSize val="0"/>
        </c:dLbls>
        <c:gapWidth val="219"/>
        <c:overlap val="-27"/>
        <c:axId val="1960856687"/>
        <c:axId val="1960863759"/>
      </c:barChart>
      <c:catAx>
        <c:axId val="1960856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63759"/>
        <c:crosses val="autoZero"/>
        <c:auto val="1"/>
        <c:lblAlgn val="ctr"/>
        <c:lblOffset val="100"/>
        <c:noMultiLvlLbl val="0"/>
      </c:catAx>
      <c:valAx>
        <c:axId val="19608637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566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Sheet1!$N$1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Sheet1!$M$2:$M$6</c:f>
              <c:strCache>
                <c:ptCount val="5"/>
                <c:pt idx="0">
                  <c:v>Very Easy</c:v>
                </c:pt>
                <c:pt idx="1">
                  <c:v>Easy</c:v>
                </c:pt>
                <c:pt idx="2">
                  <c:v>Moderate</c:v>
                </c:pt>
                <c:pt idx="3">
                  <c:v>Difficult</c:v>
                </c:pt>
                <c:pt idx="4">
                  <c:v>Very Difficult</c:v>
                </c:pt>
              </c:strCache>
            </c:strRef>
          </c:cat>
          <c:val>
            <c:numRef>
              <c:f>Sheet1!$N$2:$N$6</c:f>
              <c:numCache>
                <c:formatCode>General</c:formatCode>
                <c:ptCount val="5"/>
                <c:pt idx="0">
                  <c:v>35.58</c:v>
                </c:pt>
                <c:pt idx="1">
                  <c:v>32.69</c:v>
                </c:pt>
                <c:pt idx="2">
                  <c:v>17.309999999999999</c:v>
                </c:pt>
                <c:pt idx="3">
                  <c:v>9.6199999999999992</c:v>
                </c:pt>
                <c:pt idx="4">
                  <c:v>4.8</c:v>
                </c:pt>
              </c:numCache>
            </c:numRef>
          </c:val>
          <c:extLst>
            <c:ext xmlns:c16="http://schemas.microsoft.com/office/drawing/2014/chart" uri="{C3380CC4-5D6E-409C-BE32-E72D297353CC}">
              <c16:uniqueId val="{00000000-5C2D-4098-8E18-2ACDD5EB5B06}"/>
            </c:ext>
          </c:extLst>
        </c:ser>
        <c:dLbls>
          <c:dLblPos val="inEnd"/>
          <c:showLegendKey val="0"/>
          <c:showVal val="1"/>
          <c:showCatName val="0"/>
          <c:showSerName val="0"/>
          <c:showPercent val="0"/>
          <c:showBubbleSize val="0"/>
        </c:dLbls>
        <c:gapWidth val="219"/>
        <c:overlap val="-27"/>
        <c:axId val="1911188687"/>
        <c:axId val="1960863343"/>
      </c:barChart>
      <c:catAx>
        <c:axId val="1911188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63343"/>
        <c:crosses val="autoZero"/>
        <c:auto val="1"/>
        <c:lblAlgn val="ctr"/>
        <c:lblOffset val="100"/>
        <c:noMultiLvlLbl val="0"/>
      </c:catAx>
      <c:valAx>
        <c:axId val="1960863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11886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Sheet1!$P$1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Sheet1!$O$2:$O$6</c:f>
              <c:strCache>
                <c:ptCount val="5"/>
                <c:pt idx="0">
                  <c:v>Immediately</c:v>
                </c:pt>
                <c:pt idx="1">
                  <c:v>Within 24 Hours</c:v>
                </c:pt>
                <c:pt idx="2">
                  <c:v>Within 2–3 Days</c:v>
                </c:pt>
                <c:pt idx="3">
                  <c:v>After 3 Days</c:v>
                </c:pt>
                <c:pt idx="4">
                  <c:v>Very Late</c:v>
                </c:pt>
              </c:strCache>
            </c:strRef>
          </c:cat>
          <c:val>
            <c:numRef>
              <c:f>Sheet1!$P$2:$P$6</c:f>
              <c:numCache>
                <c:formatCode>General</c:formatCode>
                <c:ptCount val="5"/>
                <c:pt idx="0">
                  <c:v>33.65</c:v>
                </c:pt>
                <c:pt idx="1">
                  <c:v>30.77</c:v>
                </c:pt>
                <c:pt idx="2">
                  <c:v>18.27</c:v>
                </c:pt>
                <c:pt idx="3">
                  <c:v>10.58</c:v>
                </c:pt>
                <c:pt idx="4">
                  <c:v>6.73</c:v>
                </c:pt>
              </c:numCache>
            </c:numRef>
          </c:val>
          <c:extLst>
            <c:ext xmlns:c16="http://schemas.microsoft.com/office/drawing/2014/chart" uri="{C3380CC4-5D6E-409C-BE32-E72D297353CC}">
              <c16:uniqueId val="{00000000-4BC2-4601-B41B-89614AB51BD4}"/>
            </c:ext>
          </c:extLst>
        </c:ser>
        <c:dLbls>
          <c:dLblPos val="inEnd"/>
          <c:showLegendKey val="0"/>
          <c:showVal val="1"/>
          <c:showCatName val="0"/>
          <c:showSerName val="0"/>
          <c:showPercent val="0"/>
          <c:showBubbleSize val="0"/>
        </c:dLbls>
        <c:gapWidth val="219"/>
        <c:overlap val="-27"/>
        <c:axId val="1963320431"/>
        <c:axId val="1963317935"/>
      </c:barChart>
      <c:catAx>
        <c:axId val="1963320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3317935"/>
        <c:crosses val="autoZero"/>
        <c:auto val="1"/>
        <c:lblAlgn val="ctr"/>
        <c:lblOffset val="100"/>
        <c:noMultiLvlLbl val="0"/>
      </c:catAx>
      <c:valAx>
        <c:axId val="19633179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33204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Sheet1!$R$1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Sheet1!$Q$2:$Q$6</c:f>
              <c:strCache>
                <c:ptCount val="5"/>
                <c:pt idx="0">
                  <c:v>Excellent</c:v>
                </c:pt>
                <c:pt idx="1">
                  <c:v>Good</c:v>
                </c:pt>
                <c:pt idx="2">
                  <c:v>Average</c:v>
                </c:pt>
                <c:pt idx="3">
                  <c:v>Poor</c:v>
                </c:pt>
                <c:pt idx="4">
                  <c:v>Very Poor</c:v>
                </c:pt>
              </c:strCache>
            </c:strRef>
          </c:cat>
          <c:val>
            <c:numRef>
              <c:f>Sheet1!$R$2:$R$6</c:f>
              <c:numCache>
                <c:formatCode>General</c:formatCode>
                <c:ptCount val="5"/>
                <c:pt idx="0">
                  <c:v>34.619999999999997</c:v>
                </c:pt>
                <c:pt idx="1">
                  <c:v>31.73</c:v>
                </c:pt>
                <c:pt idx="2">
                  <c:v>19.23</c:v>
                </c:pt>
                <c:pt idx="3">
                  <c:v>8.65</c:v>
                </c:pt>
                <c:pt idx="4">
                  <c:v>5.77</c:v>
                </c:pt>
              </c:numCache>
            </c:numRef>
          </c:val>
          <c:extLst>
            <c:ext xmlns:c16="http://schemas.microsoft.com/office/drawing/2014/chart" uri="{C3380CC4-5D6E-409C-BE32-E72D297353CC}">
              <c16:uniqueId val="{00000000-E37A-4B4D-9BA1-404D999EA5F5}"/>
            </c:ext>
          </c:extLst>
        </c:ser>
        <c:dLbls>
          <c:dLblPos val="inEnd"/>
          <c:showLegendKey val="0"/>
          <c:showVal val="1"/>
          <c:showCatName val="0"/>
          <c:showSerName val="0"/>
          <c:showPercent val="0"/>
          <c:showBubbleSize val="0"/>
        </c:dLbls>
        <c:gapWidth val="219"/>
        <c:overlap val="-27"/>
        <c:axId val="1963313359"/>
        <c:axId val="1963312111"/>
      </c:barChart>
      <c:catAx>
        <c:axId val="19633133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3312111"/>
        <c:crosses val="autoZero"/>
        <c:auto val="1"/>
        <c:lblAlgn val="ctr"/>
        <c:lblOffset val="100"/>
        <c:noMultiLvlLbl val="0"/>
      </c:catAx>
      <c:valAx>
        <c:axId val="19633121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33133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Sheet1!$T$1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Sheet1!$S$2:$S$6</c:f>
              <c:strCache>
                <c:ptCount val="5"/>
                <c:pt idx="0">
                  <c:v>Highly Satisfied</c:v>
                </c:pt>
                <c:pt idx="1">
                  <c:v>Satisfied</c:v>
                </c:pt>
                <c:pt idx="2">
                  <c:v>Neutral</c:v>
                </c:pt>
                <c:pt idx="3">
                  <c:v>Dissatisfied</c:v>
                </c:pt>
                <c:pt idx="4">
                  <c:v>Highly Dissatisfied</c:v>
                </c:pt>
              </c:strCache>
            </c:strRef>
          </c:cat>
          <c:val>
            <c:numRef>
              <c:f>Sheet1!$T$2:$T$6</c:f>
              <c:numCache>
                <c:formatCode>General</c:formatCode>
                <c:ptCount val="5"/>
                <c:pt idx="0">
                  <c:v>32.69</c:v>
                </c:pt>
                <c:pt idx="1">
                  <c:v>34.619999999999997</c:v>
                </c:pt>
                <c:pt idx="2">
                  <c:v>17.309999999999999</c:v>
                </c:pt>
                <c:pt idx="3">
                  <c:v>9.61</c:v>
                </c:pt>
                <c:pt idx="4">
                  <c:v>5.77</c:v>
                </c:pt>
              </c:numCache>
            </c:numRef>
          </c:val>
          <c:extLst>
            <c:ext xmlns:c16="http://schemas.microsoft.com/office/drawing/2014/chart" uri="{C3380CC4-5D6E-409C-BE32-E72D297353CC}">
              <c16:uniqueId val="{00000000-BF70-42D1-A696-4F624362AB99}"/>
            </c:ext>
          </c:extLst>
        </c:ser>
        <c:dLbls>
          <c:dLblPos val="inEnd"/>
          <c:showLegendKey val="0"/>
          <c:showVal val="1"/>
          <c:showCatName val="0"/>
          <c:showSerName val="0"/>
          <c:showPercent val="0"/>
          <c:showBubbleSize val="0"/>
        </c:dLbls>
        <c:gapWidth val="219"/>
        <c:overlap val="-27"/>
        <c:axId val="1960855855"/>
        <c:axId val="1960859183"/>
      </c:barChart>
      <c:catAx>
        <c:axId val="1960855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59183"/>
        <c:crosses val="autoZero"/>
        <c:auto val="1"/>
        <c:lblAlgn val="ctr"/>
        <c:lblOffset val="100"/>
        <c:noMultiLvlLbl val="0"/>
      </c:catAx>
      <c:valAx>
        <c:axId val="19608591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558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Sheet1!$V$1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Sheet1!$U$2:$U$6</c:f>
              <c:strCache>
                <c:ptCount val="5"/>
                <c:pt idx="0">
                  <c:v>Very Effective</c:v>
                </c:pt>
                <c:pt idx="1">
                  <c:v>Effective</c:v>
                </c:pt>
                <c:pt idx="2">
                  <c:v>Neutral</c:v>
                </c:pt>
                <c:pt idx="3">
                  <c:v>Ineffective</c:v>
                </c:pt>
                <c:pt idx="4">
                  <c:v>Very Ineffective</c:v>
                </c:pt>
              </c:strCache>
            </c:strRef>
          </c:cat>
          <c:val>
            <c:numRef>
              <c:f>Sheet1!$V$2:$V$6</c:f>
              <c:numCache>
                <c:formatCode>General</c:formatCode>
                <c:ptCount val="5"/>
                <c:pt idx="0">
                  <c:v>36.54</c:v>
                </c:pt>
                <c:pt idx="1">
                  <c:v>29.81</c:v>
                </c:pt>
                <c:pt idx="2">
                  <c:v>17.309999999999999</c:v>
                </c:pt>
                <c:pt idx="3">
                  <c:v>10.58</c:v>
                </c:pt>
                <c:pt idx="4">
                  <c:v>5.77</c:v>
                </c:pt>
              </c:numCache>
            </c:numRef>
          </c:val>
          <c:extLst>
            <c:ext xmlns:c16="http://schemas.microsoft.com/office/drawing/2014/chart" uri="{C3380CC4-5D6E-409C-BE32-E72D297353CC}">
              <c16:uniqueId val="{00000000-8F1D-4FA8-8249-6701E4A07BDD}"/>
            </c:ext>
          </c:extLst>
        </c:ser>
        <c:dLbls>
          <c:dLblPos val="inEnd"/>
          <c:showLegendKey val="0"/>
          <c:showVal val="1"/>
          <c:showCatName val="0"/>
          <c:showSerName val="0"/>
          <c:showPercent val="0"/>
          <c:showBubbleSize val="0"/>
        </c:dLbls>
        <c:gapWidth val="219"/>
        <c:overlap val="-27"/>
        <c:axId val="1963307535"/>
        <c:axId val="1963311279"/>
      </c:barChart>
      <c:catAx>
        <c:axId val="19633075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3311279"/>
        <c:crosses val="autoZero"/>
        <c:auto val="1"/>
        <c:lblAlgn val="ctr"/>
        <c:lblOffset val="100"/>
        <c:noMultiLvlLbl val="0"/>
      </c:catAx>
      <c:valAx>
        <c:axId val="19633112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33075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Sheet1!$X$1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Sheet1!$W$2:$W$6</c:f>
              <c:strCache>
                <c:ptCount val="5"/>
                <c:pt idx="0">
                  <c:v>Excellent</c:v>
                </c:pt>
                <c:pt idx="1">
                  <c:v>Good</c:v>
                </c:pt>
                <c:pt idx="2">
                  <c:v>Average</c:v>
                </c:pt>
                <c:pt idx="3">
                  <c:v>Poor</c:v>
                </c:pt>
                <c:pt idx="4">
                  <c:v>Very Poor</c:v>
                </c:pt>
              </c:strCache>
            </c:strRef>
          </c:cat>
          <c:val>
            <c:numRef>
              <c:f>Sheet1!$X$2:$X$6</c:f>
              <c:numCache>
                <c:formatCode>General</c:formatCode>
                <c:ptCount val="5"/>
                <c:pt idx="0">
                  <c:v>33.65</c:v>
                </c:pt>
                <c:pt idx="1">
                  <c:v>32.69</c:v>
                </c:pt>
                <c:pt idx="2">
                  <c:v>18.27</c:v>
                </c:pt>
                <c:pt idx="3">
                  <c:v>9.6199999999999992</c:v>
                </c:pt>
                <c:pt idx="4">
                  <c:v>5.77</c:v>
                </c:pt>
              </c:numCache>
            </c:numRef>
          </c:val>
          <c:extLst>
            <c:ext xmlns:c16="http://schemas.microsoft.com/office/drawing/2014/chart" uri="{C3380CC4-5D6E-409C-BE32-E72D297353CC}">
              <c16:uniqueId val="{00000000-84F1-4DE3-9EF5-1179C8BE34DA}"/>
            </c:ext>
          </c:extLst>
        </c:ser>
        <c:dLbls>
          <c:dLblPos val="inEnd"/>
          <c:showLegendKey val="0"/>
          <c:showVal val="1"/>
          <c:showCatName val="0"/>
          <c:showSerName val="0"/>
          <c:showPercent val="0"/>
          <c:showBubbleSize val="0"/>
        </c:dLbls>
        <c:gapWidth val="219"/>
        <c:overlap val="-27"/>
        <c:axId val="1857182127"/>
        <c:axId val="1857183791"/>
      </c:barChart>
      <c:catAx>
        <c:axId val="18571821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7183791"/>
        <c:crosses val="autoZero"/>
        <c:auto val="1"/>
        <c:lblAlgn val="ctr"/>
        <c:lblOffset val="100"/>
        <c:noMultiLvlLbl val="0"/>
      </c:catAx>
      <c:valAx>
        <c:axId val="18571837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71821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Sheet1!$Z$1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Sheet1!$Y$2:$Y$6</c:f>
              <c:strCache>
                <c:ptCount val="5"/>
                <c:pt idx="0">
                  <c:v>Highly Satisfied</c:v>
                </c:pt>
                <c:pt idx="1">
                  <c:v>Satisfied</c:v>
                </c:pt>
                <c:pt idx="2">
                  <c:v>Neutral</c:v>
                </c:pt>
                <c:pt idx="3">
                  <c:v>Dissatisfied</c:v>
                </c:pt>
                <c:pt idx="4">
                  <c:v>Highly Dissatisfied</c:v>
                </c:pt>
              </c:strCache>
            </c:strRef>
          </c:cat>
          <c:val>
            <c:numRef>
              <c:f>Sheet1!$Z$2:$Z$6</c:f>
              <c:numCache>
                <c:formatCode>General</c:formatCode>
                <c:ptCount val="5"/>
                <c:pt idx="0">
                  <c:v>35.58</c:v>
                </c:pt>
                <c:pt idx="1">
                  <c:v>31.73</c:v>
                </c:pt>
                <c:pt idx="2">
                  <c:v>17.309999999999999</c:v>
                </c:pt>
                <c:pt idx="3">
                  <c:v>9.6199999999999992</c:v>
                </c:pt>
                <c:pt idx="4">
                  <c:v>5.77</c:v>
                </c:pt>
              </c:numCache>
            </c:numRef>
          </c:val>
          <c:extLst>
            <c:ext xmlns:c16="http://schemas.microsoft.com/office/drawing/2014/chart" uri="{C3380CC4-5D6E-409C-BE32-E72D297353CC}">
              <c16:uniqueId val="{00000000-5AB4-4C0B-8570-0988288CFFA4}"/>
            </c:ext>
          </c:extLst>
        </c:ser>
        <c:dLbls>
          <c:dLblPos val="inEnd"/>
          <c:showLegendKey val="0"/>
          <c:showVal val="1"/>
          <c:showCatName val="0"/>
          <c:showSerName val="0"/>
          <c:showPercent val="0"/>
          <c:showBubbleSize val="0"/>
        </c:dLbls>
        <c:gapWidth val="219"/>
        <c:overlap val="-27"/>
        <c:axId val="1963307119"/>
        <c:axId val="1911188271"/>
      </c:barChart>
      <c:catAx>
        <c:axId val="1963307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1188271"/>
        <c:crosses val="autoZero"/>
        <c:auto val="1"/>
        <c:lblAlgn val="ctr"/>
        <c:lblOffset val="100"/>
        <c:noMultiLvlLbl val="0"/>
      </c:catAx>
      <c:valAx>
        <c:axId val="19111882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33071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Sheet1!$AB$1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Sheet1!$AA$2:$AA$6</c:f>
              <c:strCache>
                <c:ptCount val="5"/>
                <c:pt idx="0">
                  <c:v>Completely</c:v>
                </c:pt>
                <c:pt idx="1">
                  <c:v>Mostly</c:v>
                </c:pt>
                <c:pt idx="2">
                  <c:v>Moderately</c:v>
                </c:pt>
                <c:pt idx="3">
                  <c:v>Slightly</c:v>
                </c:pt>
                <c:pt idx="4">
                  <c:v>Not at All</c:v>
                </c:pt>
              </c:strCache>
            </c:strRef>
          </c:cat>
          <c:val>
            <c:numRef>
              <c:f>Sheet1!$AB$2:$AB$6</c:f>
              <c:numCache>
                <c:formatCode>General</c:formatCode>
                <c:ptCount val="5"/>
                <c:pt idx="0">
                  <c:v>37.5</c:v>
                </c:pt>
                <c:pt idx="1">
                  <c:v>29.81</c:v>
                </c:pt>
                <c:pt idx="2">
                  <c:v>17.309999999999999</c:v>
                </c:pt>
                <c:pt idx="3">
                  <c:v>9.6199999999999992</c:v>
                </c:pt>
                <c:pt idx="4">
                  <c:v>5.77</c:v>
                </c:pt>
              </c:numCache>
            </c:numRef>
          </c:val>
          <c:extLst>
            <c:ext xmlns:c16="http://schemas.microsoft.com/office/drawing/2014/chart" uri="{C3380CC4-5D6E-409C-BE32-E72D297353CC}">
              <c16:uniqueId val="{00000000-C5B8-4B52-846B-E5DE2C9CD63A}"/>
            </c:ext>
          </c:extLst>
        </c:ser>
        <c:dLbls>
          <c:dLblPos val="inEnd"/>
          <c:showLegendKey val="0"/>
          <c:showVal val="1"/>
          <c:showCatName val="0"/>
          <c:showSerName val="0"/>
          <c:showPercent val="0"/>
          <c:showBubbleSize val="0"/>
        </c:dLbls>
        <c:gapWidth val="219"/>
        <c:overlap val="-27"/>
        <c:axId val="1969662751"/>
        <c:axId val="1969666079"/>
      </c:barChart>
      <c:catAx>
        <c:axId val="1969662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9666079"/>
        <c:crosses val="autoZero"/>
        <c:auto val="1"/>
        <c:lblAlgn val="ctr"/>
        <c:lblOffset val="100"/>
        <c:noMultiLvlLbl val="0"/>
      </c:catAx>
      <c:valAx>
        <c:axId val="19696660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96627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Sheet1!$AD$1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Sheet1!$AC$2:$AC$6</c:f>
              <c:strCache>
                <c:ptCount val="5"/>
                <c:pt idx="0">
                  <c:v>Highly Satisfied</c:v>
                </c:pt>
                <c:pt idx="1">
                  <c:v>Satisfied</c:v>
                </c:pt>
                <c:pt idx="2">
                  <c:v>Neutral</c:v>
                </c:pt>
                <c:pt idx="3">
                  <c:v>Dissatisfied</c:v>
                </c:pt>
                <c:pt idx="4">
                  <c:v>Highly Dissatisfied</c:v>
                </c:pt>
              </c:strCache>
            </c:strRef>
          </c:cat>
          <c:val>
            <c:numRef>
              <c:f>Sheet1!$AD$2:$AD$6</c:f>
              <c:numCache>
                <c:formatCode>General</c:formatCode>
                <c:ptCount val="5"/>
                <c:pt idx="0">
                  <c:v>34.619999999999997</c:v>
                </c:pt>
                <c:pt idx="1">
                  <c:v>32.69</c:v>
                </c:pt>
                <c:pt idx="2">
                  <c:v>17.309999999999999</c:v>
                </c:pt>
                <c:pt idx="3">
                  <c:v>9.6199999999999992</c:v>
                </c:pt>
                <c:pt idx="4">
                  <c:v>5.77</c:v>
                </c:pt>
              </c:numCache>
            </c:numRef>
          </c:val>
          <c:extLst>
            <c:ext xmlns:c16="http://schemas.microsoft.com/office/drawing/2014/chart" uri="{C3380CC4-5D6E-409C-BE32-E72D297353CC}">
              <c16:uniqueId val="{00000000-2FA6-43CA-B27E-DBFCDDC58F65}"/>
            </c:ext>
          </c:extLst>
        </c:ser>
        <c:dLbls>
          <c:dLblPos val="inEnd"/>
          <c:showLegendKey val="0"/>
          <c:showVal val="1"/>
          <c:showCatName val="0"/>
          <c:showSerName val="0"/>
          <c:showPercent val="0"/>
          <c:showBubbleSize val="0"/>
        </c:dLbls>
        <c:gapWidth val="219"/>
        <c:overlap val="-27"/>
        <c:axId val="1969663999"/>
        <c:axId val="1969656927"/>
      </c:barChart>
      <c:catAx>
        <c:axId val="19696639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9656927"/>
        <c:crosses val="autoZero"/>
        <c:auto val="1"/>
        <c:lblAlgn val="ctr"/>
        <c:lblOffset val="100"/>
        <c:noMultiLvlLbl val="0"/>
      </c:catAx>
      <c:valAx>
        <c:axId val="19696569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96639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Sheet1!$AF$1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Sheet1!$AE$2:$AE$6</c:f>
              <c:strCache>
                <c:ptCount val="5"/>
                <c:pt idx="0">
                  <c:v>Strongly Agree</c:v>
                </c:pt>
                <c:pt idx="1">
                  <c:v>Agree</c:v>
                </c:pt>
                <c:pt idx="2">
                  <c:v>Neutral</c:v>
                </c:pt>
                <c:pt idx="3">
                  <c:v>Disagree</c:v>
                </c:pt>
                <c:pt idx="4">
                  <c:v>Strongly Disagree</c:v>
                </c:pt>
              </c:strCache>
            </c:strRef>
          </c:cat>
          <c:val>
            <c:numRef>
              <c:f>Sheet1!$AF$2:$AF$6</c:f>
              <c:numCache>
                <c:formatCode>General</c:formatCode>
                <c:ptCount val="5"/>
                <c:pt idx="0">
                  <c:v>38.46</c:v>
                </c:pt>
                <c:pt idx="1">
                  <c:v>30.77</c:v>
                </c:pt>
                <c:pt idx="2">
                  <c:v>16.350000000000001</c:v>
                </c:pt>
                <c:pt idx="3">
                  <c:v>9.6199999999999992</c:v>
                </c:pt>
                <c:pt idx="4">
                  <c:v>4.8</c:v>
                </c:pt>
              </c:numCache>
            </c:numRef>
          </c:val>
          <c:extLst>
            <c:ext xmlns:c16="http://schemas.microsoft.com/office/drawing/2014/chart" uri="{C3380CC4-5D6E-409C-BE32-E72D297353CC}">
              <c16:uniqueId val="{00000000-0B5C-4D07-94D7-73C9E6F1A273}"/>
            </c:ext>
          </c:extLst>
        </c:ser>
        <c:dLbls>
          <c:dLblPos val="inEnd"/>
          <c:showLegendKey val="0"/>
          <c:showVal val="1"/>
          <c:showCatName val="0"/>
          <c:showSerName val="0"/>
          <c:showPercent val="0"/>
          <c:showBubbleSize val="0"/>
        </c:dLbls>
        <c:gapWidth val="219"/>
        <c:overlap val="-27"/>
        <c:axId val="1915390239"/>
        <c:axId val="1969651519"/>
      </c:barChart>
      <c:catAx>
        <c:axId val="1915390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9651519"/>
        <c:crosses val="autoZero"/>
        <c:auto val="1"/>
        <c:lblAlgn val="ctr"/>
        <c:lblOffset val="100"/>
        <c:noMultiLvlLbl val="0"/>
      </c:catAx>
      <c:valAx>
        <c:axId val="19696515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53902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Sheet1!$AH$1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Sheet1!$AG$2:$AG$6</c:f>
              <c:strCache>
                <c:ptCount val="5"/>
                <c:pt idx="0">
                  <c:v>Strongly Agree</c:v>
                </c:pt>
                <c:pt idx="1">
                  <c:v>Agree</c:v>
                </c:pt>
                <c:pt idx="2">
                  <c:v>Neutral</c:v>
                </c:pt>
                <c:pt idx="3">
                  <c:v>Disagree</c:v>
                </c:pt>
                <c:pt idx="4">
                  <c:v>Strongly Disagree</c:v>
                </c:pt>
              </c:strCache>
            </c:strRef>
          </c:cat>
          <c:val>
            <c:numRef>
              <c:f>Sheet1!$AH$2:$AH$6</c:f>
              <c:numCache>
                <c:formatCode>General</c:formatCode>
                <c:ptCount val="5"/>
                <c:pt idx="0">
                  <c:v>36.54</c:v>
                </c:pt>
                <c:pt idx="1">
                  <c:v>32.69</c:v>
                </c:pt>
                <c:pt idx="2">
                  <c:v>16.350000000000001</c:v>
                </c:pt>
                <c:pt idx="3">
                  <c:v>9.6199999999999992</c:v>
                </c:pt>
                <c:pt idx="4">
                  <c:v>4.8</c:v>
                </c:pt>
              </c:numCache>
            </c:numRef>
          </c:val>
          <c:extLst>
            <c:ext xmlns:c16="http://schemas.microsoft.com/office/drawing/2014/chart" uri="{C3380CC4-5D6E-409C-BE32-E72D297353CC}">
              <c16:uniqueId val="{00000000-0223-4428-B36C-C18BAD1B1D15}"/>
            </c:ext>
          </c:extLst>
        </c:ser>
        <c:dLbls>
          <c:dLblPos val="inEnd"/>
          <c:showLegendKey val="0"/>
          <c:showVal val="1"/>
          <c:showCatName val="0"/>
          <c:showSerName val="0"/>
          <c:showPercent val="0"/>
          <c:showBubbleSize val="0"/>
        </c:dLbls>
        <c:gapWidth val="219"/>
        <c:overlap val="-27"/>
        <c:axId val="1960865423"/>
        <c:axId val="1960867087"/>
      </c:barChart>
      <c:catAx>
        <c:axId val="1960865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67087"/>
        <c:crosses val="autoZero"/>
        <c:auto val="1"/>
        <c:lblAlgn val="ctr"/>
        <c:lblOffset val="100"/>
        <c:noMultiLvlLbl val="0"/>
      </c:catAx>
      <c:valAx>
        <c:axId val="19608670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654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Sheet1!$AJ$1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Sheet1!$AI$2:$AI$6</c:f>
              <c:strCache>
                <c:ptCount val="5"/>
                <c:pt idx="0">
                  <c:v>Strongly Agree</c:v>
                </c:pt>
                <c:pt idx="1">
                  <c:v>Agree</c:v>
                </c:pt>
                <c:pt idx="2">
                  <c:v>Neutral</c:v>
                </c:pt>
                <c:pt idx="3">
                  <c:v>Disagree</c:v>
                </c:pt>
                <c:pt idx="4">
                  <c:v>Strongly Disagree</c:v>
                </c:pt>
              </c:strCache>
            </c:strRef>
          </c:cat>
          <c:val>
            <c:numRef>
              <c:f>Sheet1!$AJ$2:$AJ$6</c:f>
              <c:numCache>
                <c:formatCode>General</c:formatCode>
                <c:ptCount val="5"/>
                <c:pt idx="0">
                  <c:v>35.58</c:v>
                </c:pt>
                <c:pt idx="1">
                  <c:v>33.65</c:v>
                </c:pt>
                <c:pt idx="2">
                  <c:v>15.38</c:v>
                </c:pt>
                <c:pt idx="3">
                  <c:v>10.58</c:v>
                </c:pt>
                <c:pt idx="4">
                  <c:v>4.8099999999999996</c:v>
                </c:pt>
              </c:numCache>
            </c:numRef>
          </c:val>
          <c:extLst>
            <c:ext xmlns:c16="http://schemas.microsoft.com/office/drawing/2014/chart" uri="{C3380CC4-5D6E-409C-BE32-E72D297353CC}">
              <c16:uniqueId val="{00000000-070C-4266-B171-0711CA7B0D5D}"/>
            </c:ext>
          </c:extLst>
        </c:ser>
        <c:dLbls>
          <c:dLblPos val="inEnd"/>
          <c:showLegendKey val="0"/>
          <c:showVal val="1"/>
          <c:showCatName val="0"/>
          <c:showSerName val="0"/>
          <c:showPercent val="0"/>
          <c:showBubbleSize val="0"/>
        </c:dLbls>
        <c:gapWidth val="219"/>
        <c:overlap val="-27"/>
        <c:axId val="1960857103"/>
        <c:axId val="1960867503"/>
      </c:barChart>
      <c:catAx>
        <c:axId val="1960857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67503"/>
        <c:crosses val="autoZero"/>
        <c:auto val="1"/>
        <c:lblAlgn val="ctr"/>
        <c:lblOffset val="100"/>
        <c:noMultiLvlLbl val="0"/>
      </c:catAx>
      <c:valAx>
        <c:axId val="19608675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571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Sheet1!$AL$1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Sheet1!$AK$2:$AK$6</c:f>
              <c:strCache>
                <c:ptCount val="5"/>
                <c:pt idx="0">
                  <c:v>Strongly Agree</c:v>
                </c:pt>
                <c:pt idx="1">
                  <c:v>Agree</c:v>
                </c:pt>
                <c:pt idx="2">
                  <c:v>Neutral</c:v>
                </c:pt>
                <c:pt idx="3">
                  <c:v>Disagree</c:v>
                </c:pt>
                <c:pt idx="4">
                  <c:v>Strongly Disagree</c:v>
                </c:pt>
              </c:strCache>
            </c:strRef>
          </c:cat>
          <c:val>
            <c:numRef>
              <c:f>Sheet1!$AL$2:$AL$6</c:f>
              <c:numCache>
                <c:formatCode>General</c:formatCode>
                <c:ptCount val="5"/>
                <c:pt idx="0">
                  <c:v>37.5</c:v>
                </c:pt>
                <c:pt idx="1">
                  <c:v>31.73</c:v>
                </c:pt>
                <c:pt idx="2">
                  <c:v>15.38</c:v>
                </c:pt>
                <c:pt idx="3">
                  <c:v>9.6199999999999992</c:v>
                </c:pt>
                <c:pt idx="4">
                  <c:v>5.77</c:v>
                </c:pt>
              </c:numCache>
            </c:numRef>
          </c:val>
          <c:extLst>
            <c:ext xmlns:c16="http://schemas.microsoft.com/office/drawing/2014/chart" uri="{C3380CC4-5D6E-409C-BE32-E72D297353CC}">
              <c16:uniqueId val="{00000000-B834-4192-98F4-B3406C214C37}"/>
            </c:ext>
          </c:extLst>
        </c:ser>
        <c:dLbls>
          <c:dLblPos val="inEnd"/>
          <c:showLegendKey val="0"/>
          <c:showVal val="1"/>
          <c:showCatName val="0"/>
          <c:showSerName val="0"/>
          <c:showPercent val="0"/>
          <c:showBubbleSize val="0"/>
        </c:dLbls>
        <c:gapWidth val="219"/>
        <c:overlap val="-27"/>
        <c:axId val="1969658175"/>
        <c:axId val="1969651103"/>
      </c:barChart>
      <c:catAx>
        <c:axId val="1969658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9651103"/>
        <c:crosses val="autoZero"/>
        <c:auto val="1"/>
        <c:lblAlgn val="ctr"/>
        <c:lblOffset val="100"/>
        <c:noMultiLvlLbl val="0"/>
      </c:catAx>
      <c:valAx>
        <c:axId val="19696511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96581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Sheet1!$AN$1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Sheet1!$AM$2:$AM$6</c:f>
              <c:strCache>
                <c:ptCount val="5"/>
                <c:pt idx="0">
                  <c:v>Strongly Agree</c:v>
                </c:pt>
                <c:pt idx="1">
                  <c:v>Agree</c:v>
                </c:pt>
                <c:pt idx="2">
                  <c:v>Neutral</c:v>
                </c:pt>
                <c:pt idx="3">
                  <c:v>Disagree</c:v>
                </c:pt>
                <c:pt idx="4">
                  <c:v>Strongly Disagree</c:v>
                </c:pt>
              </c:strCache>
            </c:strRef>
          </c:cat>
          <c:val>
            <c:numRef>
              <c:f>Sheet1!$AN$2:$AN$6</c:f>
              <c:numCache>
                <c:formatCode>General</c:formatCode>
                <c:ptCount val="5"/>
                <c:pt idx="0">
                  <c:v>34.619999999999997</c:v>
                </c:pt>
                <c:pt idx="1">
                  <c:v>33.65</c:v>
                </c:pt>
                <c:pt idx="2">
                  <c:v>16.350000000000001</c:v>
                </c:pt>
                <c:pt idx="3">
                  <c:v>9.61</c:v>
                </c:pt>
                <c:pt idx="4">
                  <c:v>5.77</c:v>
                </c:pt>
              </c:numCache>
            </c:numRef>
          </c:val>
          <c:extLst>
            <c:ext xmlns:c16="http://schemas.microsoft.com/office/drawing/2014/chart" uri="{C3380CC4-5D6E-409C-BE32-E72D297353CC}">
              <c16:uniqueId val="{00000000-1919-454B-ACE2-0FC73D036B6F}"/>
            </c:ext>
          </c:extLst>
        </c:ser>
        <c:dLbls>
          <c:dLblPos val="inEnd"/>
          <c:showLegendKey val="0"/>
          <c:showVal val="1"/>
          <c:showCatName val="0"/>
          <c:showSerName val="0"/>
          <c:showPercent val="0"/>
          <c:showBubbleSize val="0"/>
        </c:dLbls>
        <c:gapWidth val="219"/>
        <c:overlap val="-27"/>
        <c:axId val="1969654431"/>
        <c:axId val="1969662335"/>
      </c:barChart>
      <c:catAx>
        <c:axId val="1969654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9662335"/>
        <c:crosses val="autoZero"/>
        <c:auto val="1"/>
        <c:lblAlgn val="ctr"/>
        <c:lblOffset val="100"/>
        <c:noMultiLvlLbl val="0"/>
      </c:catAx>
      <c:valAx>
        <c:axId val="1969662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96544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Sheet1!$AP$1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Sheet1!$AO$2:$AO$6</c:f>
              <c:strCache>
                <c:ptCount val="5"/>
                <c:pt idx="0">
                  <c:v>Strongly Agree</c:v>
                </c:pt>
                <c:pt idx="1">
                  <c:v>Agree</c:v>
                </c:pt>
                <c:pt idx="2">
                  <c:v>Neutral</c:v>
                </c:pt>
                <c:pt idx="3">
                  <c:v>Disagree</c:v>
                </c:pt>
                <c:pt idx="4">
                  <c:v>Strongly Disagree</c:v>
                </c:pt>
              </c:strCache>
            </c:strRef>
          </c:cat>
          <c:val>
            <c:numRef>
              <c:f>Sheet1!$AP$2:$AP$6</c:f>
              <c:numCache>
                <c:formatCode>General</c:formatCode>
                <c:ptCount val="5"/>
                <c:pt idx="0">
                  <c:v>37.5</c:v>
                </c:pt>
                <c:pt idx="1">
                  <c:v>32.69</c:v>
                </c:pt>
                <c:pt idx="2">
                  <c:v>14.42</c:v>
                </c:pt>
                <c:pt idx="3">
                  <c:v>9.6199999999999992</c:v>
                </c:pt>
                <c:pt idx="4">
                  <c:v>5.77</c:v>
                </c:pt>
              </c:numCache>
            </c:numRef>
          </c:val>
          <c:extLst>
            <c:ext xmlns:c16="http://schemas.microsoft.com/office/drawing/2014/chart" uri="{C3380CC4-5D6E-409C-BE32-E72D297353CC}">
              <c16:uniqueId val="{00000000-B9E2-460B-A53C-96FD08857C4F}"/>
            </c:ext>
          </c:extLst>
        </c:ser>
        <c:dLbls>
          <c:dLblPos val="inEnd"/>
          <c:showLegendKey val="0"/>
          <c:showVal val="1"/>
          <c:showCatName val="0"/>
          <c:showSerName val="0"/>
          <c:showPercent val="0"/>
          <c:showBubbleSize val="0"/>
        </c:dLbls>
        <c:gapWidth val="219"/>
        <c:overlap val="-27"/>
        <c:axId val="1960863759"/>
        <c:axId val="1960860015"/>
      </c:barChart>
      <c:catAx>
        <c:axId val="1960863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60015"/>
        <c:crosses val="autoZero"/>
        <c:auto val="1"/>
        <c:lblAlgn val="ctr"/>
        <c:lblOffset val="100"/>
        <c:noMultiLvlLbl val="0"/>
      </c:catAx>
      <c:valAx>
        <c:axId val="19608600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637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Sheet1!$AR$1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Sheet1!$AQ$2:$AQ$6</c:f>
              <c:strCache>
                <c:ptCount val="5"/>
                <c:pt idx="0">
                  <c:v>Strongly Agree</c:v>
                </c:pt>
                <c:pt idx="1">
                  <c:v>Agree</c:v>
                </c:pt>
                <c:pt idx="2">
                  <c:v>Neutral</c:v>
                </c:pt>
                <c:pt idx="3">
                  <c:v>Disagree</c:v>
                </c:pt>
                <c:pt idx="4">
                  <c:v>Strongly Disagree</c:v>
                </c:pt>
              </c:strCache>
            </c:strRef>
          </c:cat>
          <c:val>
            <c:numRef>
              <c:f>Sheet1!$AR$2:$AR$6</c:f>
              <c:numCache>
                <c:formatCode>General</c:formatCode>
                <c:ptCount val="5"/>
                <c:pt idx="0">
                  <c:v>35.58</c:v>
                </c:pt>
                <c:pt idx="1">
                  <c:v>33.65</c:v>
                </c:pt>
                <c:pt idx="2">
                  <c:v>15.38</c:v>
                </c:pt>
                <c:pt idx="3">
                  <c:v>9.6199999999999992</c:v>
                </c:pt>
                <c:pt idx="4">
                  <c:v>5.77</c:v>
                </c:pt>
              </c:numCache>
            </c:numRef>
          </c:val>
          <c:extLst>
            <c:ext xmlns:c16="http://schemas.microsoft.com/office/drawing/2014/chart" uri="{C3380CC4-5D6E-409C-BE32-E72D297353CC}">
              <c16:uniqueId val="{00000000-1392-4D4E-A09F-8EF67AD1D96B}"/>
            </c:ext>
          </c:extLst>
        </c:ser>
        <c:dLbls>
          <c:dLblPos val="inEnd"/>
          <c:showLegendKey val="0"/>
          <c:showVal val="1"/>
          <c:showCatName val="0"/>
          <c:showSerName val="0"/>
          <c:showPercent val="0"/>
          <c:showBubbleSize val="0"/>
        </c:dLbls>
        <c:gapWidth val="219"/>
        <c:overlap val="-27"/>
        <c:axId val="1963310863"/>
        <c:axId val="1963315439"/>
      </c:barChart>
      <c:catAx>
        <c:axId val="19633108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3315439"/>
        <c:crosses val="autoZero"/>
        <c:auto val="1"/>
        <c:lblAlgn val="ctr"/>
        <c:lblOffset val="100"/>
        <c:noMultiLvlLbl val="0"/>
      </c:catAx>
      <c:valAx>
        <c:axId val="19633154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33108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Sheet1!$AT$1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Sheet1!$AS$2:$AS$6</c:f>
              <c:strCache>
                <c:ptCount val="5"/>
                <c:pt idx="0">
                  <c:v>Strongly Agree</c:v>
                </c:pt>
                <c:pt idx="1">
                  <c:v>Agree</c:v>
                </c:pt>
                <c:pt idx="2">
                  <c:v>Neutral</c:v>
                </c:pt>
                <c:pt idx="3">
                  <c:v>Disagree</c:v>
                </c:pt>
                <c:pt idx="4">
                  <c:v>Strongly Disagree</c:v>
                </c:pt>
              </c:strCache>
            </c:strRef>
          </c:cat>
          <c:val>
            <c:numRef>
              <c:f>Sheet1!$AT$2:$AT$6</c:f>
              <c:numCache>
                <c:formatCode>General</c:formatCode>
                <c:ptCount val="5"/>
                <c:pt idx="0">
                  <c:v>38.46</c:v>
                </c:pt>
                <c:pt idx="1">
                  <c:v>31.73</c:v>
                </c:pt>
                <c:pt idx="2">
                  <c:v>14.42</c:v>
                </c:pt>
                <c:pt idx="3">
                  <c:v>9.6199999999999992</c:v>
                </c:pt>
                <c:pt idx="4">
                  <c:v>5.77</c:v>
                </c:pt>
              </c:numCache>
            </c:numRef>
          </c:val>
          <c:extLst>
            <c:ext xmlns:c16="http://schemas.microsoft.com/office/drawing/2014/chart" uri="{C3380CC4-5D6E-409C-BE32-E72D297353CC}">
              <c16:uniqueId val="{00000000-DC08-44A4-9AB3-4AAD9C61ADAD}"/>
            </c:ext>
          </c:extLst>
        </c:ser>
        <c:dLbls>
          <c:dLblPos val="inEnd"/>
          <c:showLegendKey val="0"/>
          <c:showVal val="1"/>
          <c:showCatName val="0"/>
          <c:showSerName val="0"/>
          <c:showPercent val="0"/>
          <c:showBubbleSize val="0"/>
        </c:dLbls>
        <c:gapWidth val="219"/>
        <c:overlap val="-27"/>
        <c:axId val="1963309199"/>
        <c:axId val="1963319599"/>
      </c:barChart>
      <c:catAx>
        <c:axId val="1963309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3319599"/>
        <c:crosses val="autoZero"/>
        <c:auto val="1"/>
        <c:lblAlgn val="ctr"/>
        <c:lblOffset val="100"/>
        <c:noMultiLvlLbl val="0"/>
      </c:catAx>
      <c:valAx>
        <c:axId val="19633195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33091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Sheet1!$AV$1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Sheet1!$AU$2:$AU$6</c:f>
              <c:strCache>
                <c:ptCount val="5"/>
                <c:pt idx="0">
                  <c:v>Strongly Agree</c:v>
                </c:pt>
                <c:pt idx="1">
                  <c:v>Agree</c:v>
                </c:pt>
                <c:pt idx="2">
                  <c:v>Neutral</c:v>
                </c:pt>
                <c:pt idx="3">
                  <c:v>Disagree</c:v>
                </c:pt>
                <c:pt idx="4">
                  <c:v>Strongly Disagree</c:v>
                </c:pt>
              </c:strCache>
            </c:strRef>
          </c:cat>
          <c:val>
            <c:numRef>
              <c:f>Sheet1!$AV$2:$AV$6</c:f>
              <c:numCache>
                <c:formatCode>General</c:formatCode>
                <c:ptCount val="5"/>
                <c:pt idx="0">
                  <c:v>36.54</c:v>
                </c:pt>
                <c:pt idx="1">
                  <c:v>32.69</c:v>
                </c:pt>
                <c:pt idx="2">
                  <c:v>15.38</c:v>
                </c:pt>
                <c:pt idx="3">
                  <c:v>9.6199999999999992</c:v>
                </c:pt>
                <c:pt idx="4">
                  <c:v>5.77</c:v>
                </c:pt>
              </c:numCache>
            </c:numRef>
          </c:val>
          <c:extLst>
            <c:ext xmlns:c16="http://schemas.microsoft.com/office/drawing/2014/chart" uri="{C3380CC4-5D6E-409C-BE32-E72D297353CC}">
              <c16:uniqueId val="{00000000-E5C2-441A-BBF4-FDA3ADB76DFE}"/>
            </c:ext>
          </c:extLst>
        </c:ser>
        <c:dLbls>
          <c:dLblPos val="inEnd"/>
          <c:showLegendKey val="0"/>
          <c:showVal val="1"/>
          <c:showCatName val="0"/>
          <c:showSerName val="0"/>
          <c:showPercent val="0"/>
          <c:showBubbleSize val="0"/>
        </c:dLbls>
        <c:gapWidth val="219"/>
        <c:overlap val="-27"/>
        <c:axId val="1960855855"/>
        <c:axId val="1960858351"/>
      </c:barChart>
      <c:catAx>
        <c:axId val="1960855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58351"/>
        <c:crosses val="autoZero"/>
        <c:auto val="1"/>
        <c:lblAlgn val="ctr"/>
        <c:lblOffset val="100"/>
        <c:noMultiLvlLbl val="0"/>
      </c:catAx>
      <c:valAx>
        <c:axId val="1960858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558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Sheet1!$AX$1</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Sheet1!$AW$2:$AW$6</c:f>
              <c:strCache>
                <c:ptCount val="5"/>
                <c:pt idx="0">
                  <c:v>Strongly Agree</c:v>
                </c:pt>
                <c:pt idx="1">
                  <c:v>Agree</c:v>
                </c:pt>
                <c:pt idx="2">
                  <c:v>Neutral</c:v>
                </c:pt>
                <c:pt idx="3">
                  <c:v>Disagree</c:v>
                </c:pt>
                <c:pt idx="4">
                  <c:v>Strongly Disagree</c:v>
                </c:pt>
              </c:strCache>
            </c:strRef>
          </c:cat>
          <c:val>
            <c:numRef>
              <c:f>Sheet1!$AX$2:$AX$6</c:f>
              <c:numCache>
                <c:formatCode>General</c:formatCode>
                <c:ptCount val="5"/>
                <c:pt idx="0">
                  <c:v>39.42</c:v>
                </c:pt>
                <c:pt idx="1">
                  <c:v>30.77</c:v>
                </c:pt>
                <c:pt idx="2">
                  <c:v>14.42</c:v>
                </c:pt>
                <c:pt idx="3">
                  <c:v>9.6199999999999992</c:v>
                </c:pt>
                <c:pt idx="4">
                  <c:v>5.77</c:v>
                </c:pt>
              </c:numCache>
            </c:numRef>
          </c:val>
          <c:extLst>
            <c:ext xmlns:c16="http://schemas.microsoft.com/office/drawing/2014/chart" uri="{C3380CC4-5D6E-409C-BE32-E72D297353CC}">
              <c16:uniqueId val="{00000000-F996-4D53-9D9C-99D56A1B69EE}"/>
            </c:ext>
          </c:extLst>
        </c:ser>
        <c:dLbls>
          <c:dLblPos val="inEnd"/>
          <c:showLegendKey val="0"/>
          <c:showVal val="1"/>
          <c:showCatName val="0"/>
          <c:showSerName val="0"/>
          <c:showPercent val="0"/>
          <c:showBubbleSize val="0"/>
        </c:dLbls>
        <c:gapWidth val="219"/>
        <c:overlap val="-27"/>
        <c:axId val="1960861263"/>
        <c:axId val="1960869583"/>
      </c:barChart>
      <c:catAx>
        <c:axId val="1960861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69583"/>
        <c:crosses val="autoZero"/>
        <c:auto val="1"/>
        <c:lblAlgn val="ctr"/>
        <c:lblOffset val="100"/>
        <c:noMultiLvlLbl val="0"/>
      </c:catAx>
      <c:valAx>
        <c:axId val="19608695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8612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59</Pages>
  <Words>8056</Words>
  <Characters>45925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Microsoft Word - naveen project</vt:lpstr>
    </vt:vector>
  </TitlesOfParts>
  <Company/>
  <LinksUpToDate>false</LinksUpToDate>
  <CharactersWithSpaces>53874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naveen project</dc:title>
  <dc:creator>Diya Deepan</dc:creator>
  <cp:lastModifiedBy>DPS3</cp:lastModifiedBy>
  <cp:revision>5</cp:revision>
  <dcterms:created xsi:type="dcterms:W3CDTF">2026-08-06T09:03:00Z</dcterms:created>
  <dcterms:modified xsi:type="dcterms:W3CDTF">2026-08-06T09:13:00Z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2026-06-18T00:00:00Z</vt:filetime>
  </property>
  <property fmtid="{D5CDD505-2E9C-101B-9397-08002B2CF9AE}" pid="4" name="LastSaved">
    <vt:filetime>2026-07-16T00:00:00Z</vt:filetime>
  </property>
  <property fmtid="{D5CDD505-2E9C-101B-9397-08002B2CF9AE}" pid="5" name="Producer">
    <vt:lpwstr>Microsoft: Print To PDF</vt:lpwstr>
  </property>
</Properties>
</file>